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9A8CDB" w14:textId="77777777" w:rsidR="00080338" w:rsidRDefault="00080338">
      <w:pPr>
        <w:pStyle w:val="Heading1"/>
        <w:jc w:val="center"/>
      </w:pPr>
      <w:r>
        <w:rPr>
          <w:noProof/>
        </w:rPr>
        <w:drawing>
          <wp:inline distT="0" distB="0" distL="0" distR="0" wp14:anchorId="79FFB96E" wp14:editId="09FF5154">
            <wp:extent cx="1969135" cy="1605552"/>
            <wp:effectExtent l="0" t="0" r="0" b="0"/>
            <wp:docPr id="1062116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16666" name="Picture 1"/>
                    <pic:cNvPicPr>
                      <a:picLocks noChangeAspect="1" noChangeArrowheads="1"/>
                    </pic:cNvPicPr>
                  </pic:nvPicPr>
                  <pic:blipFill>
                    <a:blip r:embed="rId6"/>
                    <a:stretch>
                      <a:fillRect/>
                    </a:stretch>
                  </pic:blipFill>
                  <pic:spPr bwMode="auto">
                    <a:xfrm>
                      <a:off x="0" y="0"/>
                      <a:ext cx="1969135" cy="1605552"/>
                    </a:xfrm>
                    <a:prstGeom prst="rect">
                      <a:avLst/>
                    </a:prstGeom>
                    <a:noFill/>
                  </pic:spPr>
                </pic:pic>
              </a:graphicData>
            </a:graphic>
          </wp:inline>
        </w:drawing>
      </w:r>
    </w:p>
    <w:p w14:paraId="771A7BDB" w14:textId="77777777" w:rsidR="00080338" w:rsidRDefault="00080338" w:rsidP="00080338">
      <w:pPr>
        <w:pStyle w:val="Title1"/>
      </w:pPr>
      <w:r>
        <w:rPr>
          <w:rStyle w:val="Strong1"/>
        </w:rPr>
        <w:t>Monthly Newsletter</w:t>
      </w:r>
    </w:p>
    <w:p w14:paraId="4E0E79A4" w14:textId="77777777" w:rsidR="00080338" w:rsidRDefault="00080338" w:rsidP="00080338">
      <w:pPr>
        <w:pStyle w:val="Heading1"/>
        <w:jc w:val="center"/>
      </w:pPr>
      <w:r>
        <w:rPr>
          <w:noProof/>
        </w:rPr>
        <w:drawing>
          <wp:inline distT="0" distB="0" distL="0" distR="0" wp14:anchorId="734ED5D4" wp14:editId="326E0FAA">
            <wp:extent cx="4457700" cy="596391"/>
            <wp:effectExtent l="0" t="0" r="0" b="0"/>
            <wp:docPr id="777543415" name="Picture2" descr="Local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 cstate="print"/>
                    <a:stretch>
                      <a:fillRect/>
                    </a:stretch>
                  </pic:blipFill>
                  <pic:spPr>
                    <a:xfrm>
                      <a:off x="0" y="0"/>
                      <a:ext cx="4457700" cy="596391"/>
                    </a:xfrm>
                    <a:prstGeom prst="rect">
                      <a:avLst/>
                    </a:prstGeom>
                  </pic:spPr>
                </pic:pic>
              </a:graphicData>
            </a:graphic>
          </wp:inline>
        </w:drawing>
      </w:r>
    </w:p>
    <w:p w14:paraId="1C5D76CD" w14:textId="20FDD0FC" w:rsidR="00382B27" w:rsidRPr="00C664B2" w:rsidRDefault="00B90844">
      <w:pPr>
        <w:pStyle w:val="Heading1"/>
        <w:jc w:val="center"/>
        <w:rPr>
          <w:color w:val="0070C0"/>
        </w:rPr>
      </w:pPr>
      <w:r>
        <w:rPr>
          <w:color w:val="0070C0"/>
        </w:rPr>
        <w:t>September</w:t>
      </w:r>
      <w:r w:rsidR="00F65FA4" w:rsidRPr="00C664B2">
        <w:rPr>
          <w:color w:val="0070C0"/>
        </w:rPr>
        <w:t xml:space="preserve"> 2025 Newsletter</w:t>
      </w:r>
    </w:p>
    <w:p w14:paraId="48A3515E" w14:textId="77777777" w:rsidR="00382B27" w:rsidRPr="00C664B2" w:rsidRDefault="00F65FA4">
      <w:pPr>
        <w:pStyle w:val="Heading2"/>
        <w:rPr>
          <w:color w:val="0070C0"/>
        </w:rPr>
      </w:pPr>
      <w:r w:rsidRPr="00C664B2">
        <w:rPr>
          <w:color w:val="0070C0"/>
        </w:rPr>
        <w:t>Event Recaps</w:t>
      </w:r>
    </w:p>
    <w:p w14:paraId="3C755425" w14:textId="061A477C" w:rsidR="00382B27" w:rsidRPr="00A20691" w:rsidRDefault="00B90844">
      <w:pPr>
        <w:pStyle w:val="ListBullet"/>
        <w:rPr>
          <w:b/>
          <w:bCs/>
        </w:rPr>
      </w:pPr>
      <w:r>
        <w:rPr>
          <w:b/>
          <w:bCs/>
        </w:rPr>
        <w:t>Club Dinner/Meeting – 7 August</w:t>
      </w:r>
    </w:p>
    <w:p w14:paraId="7C29F6D7" w14:textId="0A2990EF" w:rsidR="00382B27" w:rsidRDefault="00B90844">
      <w:pPr>
        <w:rPr>
          <w:rFonts w:cs="Cavolini"/>
        </w:rPr>
      </w:pPr>
      <w:r>
        <w:t xml:space="preserve">We had a great turn up at the Cowboys Leagues Club.  The food and drinks flowed.  We also were able to say Hi to our lifetime member Wilf Hardy who has moved interstate but visits us when he can.  Wilf has been a member of the club since 2000 or thereabouts.  As always it was lovely to see </w:t>
      </w:r>
      <w:r w:rsidR="008A711A">
        <w:t>him</w:t>
      </w:r>
      <w:r>
        <w:t xml:space="preserve"> and his </w:t>
      </w:r>
      <w:proofErr w:type="gramStart"/>
      <w:r>
        <w:t>wife</w:t>
      </w:r>
      <w:proofErr w:type="gramEnd"/>
      <w:r>
        <w:t xml:space="preserve"> and we will miss their visits.</w:t>
      </w:r>
    </w:p>
    <w:p w14:paraId="1049D4F9" w14:textId="315C7D4F" w:rsidR="00382B27" w:rsidRPr="00B90844" w:rsidRDefault="00F65FA4" w:rsidP="00B90844">
      <w:pPr>
        <w:pStyle w:val="ListParagraph"/>
        <w:numPr>
          <w:ilvl w:val="0"/>
          <w:numId w:val="11"/>
        </w:numPr>
        <w:rPr>
          <w:b/>
          <w:bCs/>
        </w:rPr>
      </w:pPr>
      <w:r w:rsidRPr="00B90844">
        <w:rPr>
          <w:b/>
          <w:bCs/>
        </w:rPr>
        <w:t xml:space="preserve">Mid-Week Drive – </w:t>
      </w:r>
      <w:r w:rsidR="00B90844">
        <w:rPr>
          <w:b/>
          <w:bCs/>
        </w:rPr>
        <w:t>13 August</w:t>
      </w:r>
    </w:p>
    <w:p w14:paraId="7B7C138B" w14:textId="749D964D" w:rsidR="00382B27" w:rsidRDefault="00F65FA4">
      <w:r>
        <w:t xml:space="preserve">A great drive around town followed by morning tea at </w:t>
      </w:r>
      <w:r w:rsidR="00B90844">
        <w:t>Dose Tropical Coffee.</w:t>
      </w:r>
      <w:r w:rsidR="00F523F5">
        <w:t xml:space="preserve"> We had a good </w:t>
      </w:r>
      <w:proofErr w:type="gramStart"/>
      <w:r w:rsidR="00F523F5">
        <w:t>turn out</w:t>
      </w:r>
      <w:proofErr w:type="gramEnd"/>
      <w:r w:rsidR="00F523F5">
        <w:t xml:space="preserve"> as </w:t>
      </w:r>
      <w:r w:rsidR="008A711A">
        <w:t>usual,</w:t>
      </w:r>
      <w:r w:rsidR="00F523F5">
        <w:t xml:space="preserve"> and </w:t>
      </w:r>
      <w:r w:rsidR="00161CED">
        <w:t>I would recommend the coffee shop.</w:t>
      </w:r>
    </w:p>
    <w:p w14:paraId="6206B973" w14:textId="364C7251" w:rsidR="00382B27" w:rsidRPr="00A20691" w:rsidRDefault="002718E5">
      <w:pPr>
        <w:pStyle w:val="ListBullet"/>
        <w:rPr>
          <w:b/>
          <w:bCs/>
        </w:rPr>
      </w:pPr>
      <w:r>
        <w:rPr>
          <w:b/>
          <w:bCs/>
        </w:rPr>
        <w:t>Monthly Drive – 17 August</w:t>
      </w:r>
    </w:p>
    <w:p w14:paraId="370557A8" w14:textId="52CA8BBD" w:rsidR="00080338" w:rsidRPr="00080338" w:rsidRDefault="001C6992" w:rsidP="00080338">
      <w:pPr>
        <w:pStyle w:val="Normal1"/>
        <w:jc w:val="both"/>
        <w:rPr>
          <w:rFonts w:asciiTheme="minorHAnsi" w:cs="Cavolini"/>
          <w:sz w:val="22"/>
          <w:szCs w:val="22"/>
        </w:rPr>
      </w:pPr>
      <w:r>
        <w:rPr>
          <w:rFonts w:asciiTheme="minorHAnsi"/>
          <w:sz w:val="22"/>
          <w:szCs w:val="22"/>
        </w:rPr>
        <w:t xml:space="preserve">We had a drive to Ayr and went to the RSL for lunch.  Healthy turnout of about 20 which was great to see.  </w:t>
      </w:r>
      <w:r w:rsidR="0004605C">
        <w:rPr>
          <w:rFonts w:asciiTheme="minorHAnsi"/>
          <w:sz w:val="22"/>
          <w:szCs w:val="22"/>
        </w:rPr>
        <w:t xml:space="preserve">The food was top </w:t>
      </w:r>
      <w:r w:rsidR="008A711A">
        <w:rPr>
          <w:rFonts w:asciiTheme="minorHAnsi"/>
          <w:sz w:val="22"/>
          <w:szCs w:val="22"/>
        </w:rPr>
        <w:t>notch,</w:t>
      </w:r>
      <w:r w:rsidR="0004605C">
        <w:rPr>
          <w:rFonts w:asciiTheme="minorHAnsi"/>
          <w:sz w:val="22"/>
          <w:szCs w:val="22"/>
        </w:rPr>
        <w:t xml:space="preserve"> and I did not hear any complaints from anyone.  The drive enabled a few to give their vehicles a good run.</w:t>
      </w:r>
      <w:r w:rsidR="009F6333">
        <w:rPr>
          <w:rFonts w:asciiTheme="minorHAnsi"/>
          <w:sz w:val="22"/>
          <w:szCs w:val="22"/>
        </w:rPr>
        <w:t xml:space="preserve">  We had run a small raffle “lucky square” and sold the last of them at lunch.  </w:t>
      </w:r>
      <w:r w:rsidR="00D1609F">
        <w:rPr>
          <w:rFonts w:asciiTheme="minorHAnsi"/>
          <w:sz w:val="22"/>
          <w:szCs w:val="22"/>
        </w:rPr>
        <w:t>We drew the winners who were:  First Prize – Ray Scagliotti, Second Prize – Alan Stibbs and Third Prize – Evonne Skimmings.</w:t>
      </w:r>
      <w:r w:rsidR="00804D8E">
        <w:rPr>
          <w:rFonts w:asciiTheme="minorHAnsi"/>
          <w:sz w:val="22"/>
          <w:szCs w:val="22"/>
        </w:rPr>
        <w:t xml:space="preserve">  Thank you to all for your continued support.</w:t>
      </w:r>
    </w:p>
    <w:p w14:paraId="63008A91" w14:textId="27EED860" w:rsidR="00382B27" w:rsidRDefault="00182CD4">
      <w:pPr>
        <w:pStyle w:val="ListBullet"/>
        <w:rPr>
          <w:b/>
          <w:bCs/>
        </w:rPr>
      </w:pPr>
      <w:r>
        <w:rPr>
          <w:b/>
          <w:bCs/>
        </w:rPr>
        <w:t>Super Cheap Auto Sprint Round 6 – 23 August</w:t>
      </w:r>
    </w:p>
    <w:p w14:paraId="0BF8A4A4" w14:textId="21A4A596" w:rsidR="004B3917" w:rsidRDefault="004B3917" w:rsidP="004B3917">
      <w:pPr>
        <w:pStyle w:val="ListBullet"/>
        <w:numPr>
          <w:ilvl w:val="0"/>
          <w:numId w:val="0"/>
        </w:numPr>
        <w:ind w:left="360" w:hanging="360"/>
        <w:rPr>
          <w:b/>
          <w:bCs/>
        </w:rPr>
      </w:pPr>
    </w:p>
    <w:p w14:paraId="4333BC77" w14:textId="485222BC" w:rsidR="00973912" w:rsidRPr="00973912" w:rsidRDefault="00973912" w:rsidP="004B3917">
      <w:pPr>
        <w:pStyle w:val="ListBullet"/>
        <w:numPr>
          <w:ilvl w:val="0"/>
          <w:numId w:val="0"/>
        </w:numPr>
        <w:ind w:left="360" w:hanging="360"/>
      </w:pPr>
      <w:r>
        <w:lastRenderedPageBreak/>
        <w:t>Great day of racing had by all.  Results and report from Michael below.</w:t>
      </w:r>
    </w:p>
    <w:p w14:paraId="7DC22681" w14:textId="77777777" w:rsidR="00A55AD3" w:rsidRDefault="00A55AD3" w:rsidP="00A55AD3">
      <w:pPr>
        <w:pStyle w:val="ListBullet"/>
        <w:numPr>
          <w:ilvl w:val="0"/>
          <w:numId w:val="0"/>
        </w:numPr>
        <w:ind w:left="360"/>
        <w:rPr>
          <w:b/>
          <w:bCs/>
        </w:rPr>
      </w:pPr>
    </w:p>
    <w:p w14:paraId="2166329E" w14:textId="14222A6C" w:rsidR="00C664B2" w:rsidRPr="00A20691" w:rsidRDefault="00C664B2" w:rsidP="00C664B2">
      <w:pPr>
        <w:pStyle w:val="ListBullet"/>
        <w:numPr>
          <w:ilvl w:val="0"/>
          <w:numId w:val="10"/>
        </w:numPr>
        <w:rPr>
          <w:b/>
          <w:bCs/>
        </w:rPr>
      </w:pPr>
      <w:r w:rsidRPr="00A20691">
        <w:rPr>
          <w:b/>
          <w:bCs/>
        </w:rPr>
        <w:t xml:space="preserve">Mid-Week Drive – </w:t>
      </w:r>
      <w:r w:rsidR="009A59C8">
        <w:rPr>
          <w:b/>
          <w:bCs/>
        </w:rPr>
        <w:t>27 August</w:t>
      </w:r>
    </w:p>
    <w:p w14:paraId="68B08E8B" w14:textId="32B4C22A" w:rsidR="00080338" w:rsidRPr="00C664B2" w:rsidRDefault="00ED5D49" w:rsidP="00C664B2">
      <w:pPr>
        <w:pStyle w:val="Normal1"/>
        <w:jc w:val="both"/>
        <w:rPr>
          <w:rFonts w:asciiTheme="minorHAnsi" w:cs="Cavolini"/>
          <w:sz w:val="22"/>
          <w:szCs w:val="22"/>
        </w:rPr>
      </w:pPr>
      <w:r>
        <w:rPr>
          <w:rFonts w:asciiTheme="minorHAnsi" w:cs="Cavolini"/>
          <w:sz w:val="22"/>
          <w:szCs w:val="22"/>
        </w:rPr>
        <w:t xml:space="preserve">A dozen or so cars turned up for the drive out to Bushland Beach.  </w:t>
      </w:r>
      <w:r w:rsidR="00B162BD">
        <w:rPr>
          <w:rFonts w:asciiTheme="minorHAnsi" w:cs="Cavolini"/>
          <w:sz w:val="22"/>
          <w:szCs w:val="22"/>
        </w:rPr>
        <w:t xml:space="preserve">A lovely day weatherwise followed by a great morning tea at Hyve Café. </w:t>
      </w:r>
      <w:r w:rsidR="00D76DA1">
        <w:rPr>
          <w:rFonts w:asciiTheme="minorHAnsi" w:cs="Cavolini"/>
          <w:sz w:val="22"/>
          <w:szCs w:val="22"/>
        </w:rPr>
        <w:t xml:space="preserve">  Morning tea was filled with a lot of chat as usual.</w:t>
      </w:r>
    </w:p>
    <w:p w14:paraId="0E9EB4AB" w14:textId="77777777" w:rsidR="00382B27" w:rsidRDefault="00F65FA4">
      <w:pPr>
        <w:pStyle w:val="Heading2"/>
        <w:rPr>
          <w:color w:val="0070C0"/>
          <w:sz w:val="32"/>
          <w:szCs w:val="32"/>
        </w:rPr>
      </w:pPr>
      <w:r w:rsidRPr="00DE6D92">
        <w:rPr>
          <w:color w:val="0070C0"/>
          <w:sz w:val="32"/>
          <w:szCs w:val="32"/>
        </w:rPr>
        <w:t>Club Announcement</w:t>
      </w:r>
    </w:p>
    <w:p w14:paraId="79AC4C3D" w14:textId="77777777" w:rsidR="00FB7C2A" w:rsidRPr="00FB7C2A" w:rsidRDefault="00FB7C2A" w:rsidP="00FB7C2A"/>
    <w:p w14:paraId="5287EEE9" w14:textId="4AB9E3C1" w:rsidR="00C664B2" w:rsidRDefault="00FB7C2A">
      <w:r>
        <w:t xml:space="preserve">We have club caps for </w:t>
      </w:r>
      <w:proofErr w:type="gramStart"/>
      <w:r>
        <w:t>sale</w:t>
      </w:r>
      <w:proofErr w:type="gramEnd"/>
      <w:r>
        <w:t xml:space="preserve"> $24.00 each.  If you would like to purchase one just contact me via email:  </w:t>
      </w:r>
      <w:hyperlink r:id="rId8" w:history="1">
        <w:r w:rsidRPr="00DD11E0">
          <w:rPr>
            <w:rStyle w:val="Hyperlink"/>
          </w:rPr>
          <w:t>social@marquenq.com.au</w:t>
        </w:r>
      </w:hyperlink>
      <w:r>
        <w:t xml:space="preserve">.  We have also completed the first run of our club </w:t>
      </w:r>
      <w:r w:rsidR="00CB1817">
        <w:t>polos,</w:t>
      </w:r>
      <w:r>
        <w:t xml:space="preserve"> but should there be any interest for either a short/long sleeved polo or a black racing T – let me know and we will see what we can organize.  All </w:t>
      </w:r>
      <w:r w:rsidR="009E166F">
        <w:t>polos</w:t>
      </w:r>
      <w:r>
        <w:t xml:space="preserve"> and T’s have a minimum order amount so we would need a few people to be interested before we can do another run.</w:t>
      </w:r>
    </w:p>
    <w:p w14:paraId="43E549FE" w14:textId="6811870F" w:rsidR="00CD3D9F" w:rsidRDefault="001E244F" w:rsidP="00CD3D9F">
      <w:pPr>
        <w:pStyle w:val="Heading2"/>
        <w:rPr>
          <w:color w:val="0070C0"/>
          <w:sz w:val="32"/>
          <w:szCs w:val="32"/>
        </w:rPr>
      </w:pPr>
      <w:r>
        <w:rPr>
          <w:color w:val="0070C0"/>
          <w:sz w:val="32"/>
          <w:szCs w:val="32"/>
        </w:rPr>
        <w:t>Article by Warren Skimmings</w:t>
      </w:r>
    </w:p>
    <w:p w14:paraId="1D276AFE" w14:textId="06BD6EC6" w:rsidR="003F7CDE" w:rsidRPr="003F7CDE" w:rsidRDefault="003F7CDE" w:rsidP="003F7CDE">
      <w:r w:rsidRPr="003F7CDE">
        <w:t>I have been asked by Michele to write an article for our monthly club newsletter. Our club – the Marque Sports Car Register was established to accommodate any make or model car and is now over 30 years old. In that time, we have had some very special cars that most people know little about and each month I will put forward one car from this club as the most notable of that make.</w:t>
      </w:r>
    </w:p>
    <w:p w14:paraId="0C40642C" w14:textId="51381B60" w:rsidR="003F7CDE" w:rsidRPr="003F7CDE" w:rsidRDefault="003F7CDE" w:rsidP="003F7CDE">
      <w:r w:rsidRPr="003F7CDE">
        <w:t xml:space="preserve">I have organized many </w:t>
      </w:r>
      <w:proofErr w:type="gramStart"/>
      <w:r w:rsidRPr="003F7CDE">
        <w:t>car</w:t>
      </w:r>
      <w:proofErr w:type="gramEnd"/>
      <w:r w:rsidRPr="003F7CDE">
        <w:t xml:space="preserve"> shows for this club and been to way too many very large shows [one with 600 cars], even as a judge, up to National level importance all over the country from North Queensland all the way to Tasmania. With that experience I may be part qualified to select a car from this club each month as the best in Nth. Qld. </w:t>
      </w:r>
    </w:p>
    <w:p w14:paraId="1D4FB3EB" w14:textId="77777777" w:rsidR="003F7CDE" w:rsidRPr="003F7CDE" w:rsidRDefault="003F7CDE" w:rsidP="003F7CDE">
      <w:r w:rsidRPr="003F7CDE">
        <w:t>This month my selection is Gerard Tarlington’s 1969 Holden HK GTS Monaro – the best HK Monaro I have ever seen.</w:t>
      </w:r>
    </w:p>
    <w:p w14:paraId="15B6003C" w14:textId="77777777" w:rsidR="003F7CDE" w:rsidRPr="003F7CDE" w:rsidRDefault="003F7CDE" w:rsidP="003F7CDE">
      <w:r w:rsidRPr="003F7CDE">
        <w:t xml:space="preserve"> Gerards’ Monaro restoration is a long story as he started it many years ago in1976 and then sat apart in storage in Canberra until in 2012 when he retrieved it and trailered to Townsville to complete.      </w:t>
      </w:r>
    </w:p>
    <w:p w14:paraId="0233CAAD" w14:textId="06CD5ACB" w:rsidR="003F7CDE" w:rsidRPr="003F7CDE" w:rsidRDefault="003F7CDE" w:rsidP="003F7CDE">
      <w:r w:rsidRPr="003F7CDE">
        <w:t xml:space="preserve">It now rarely comes out of its </w:t>
      </w:r>
      <w:r w:rsidR="00E836BD" w:rsidRPr="003F7CDE">
        <w:t>garage,</w:t>
      </w:r>
      <w:r w:rsidRPr="003F7CDE">
        <w:t xml:space="preserve"> but he and his lovely wife Bernadette brought it along to our little gathering at the recent Swap Meet at the show grounds.  It is most notable for its original perfect interior trim, the original 307V8 presented in show standard, and the superb original </w:t>
      </w:r>
      <w:proofErr w:type="spellStart"/>
      <w:r w:rsidRPr="003F7CDE">
        <w:t>colour</w:t>
      </w:r>
      <w:proofErr w:type="spellEnd"/>
      <w:r w:rsidRPr="003F7CDE">
        <w:t xml:space="preserve"> paintwork and bodywork attended to by Dav</w:t>
      </w:r>
      <w:r w:rsidR="00E836BD">
        <w:t>i</w:t>
      </w:r>
      <w:r w:rsidRPr="003F7CDE">
        <w:t xml:space="preserve">d Taylor. It has been airconditioned with the cold air being </w:t>
      </w:r>
      <w:proofErr w:type="gramStart"/>
      <w:r w:rsidRPr="003F7CDE">
        <w:t>ducted</w:t>
      </w:r>
      <w:proofErr w:type="gramEnd"/>
      <w:r w:rsidRPr="003F7CDE">
        <w:t xml:space="preserve"> through the beautifully crafted vents in the interior front foot </w:t>
      </w:r>
      <w:proofErr w:type="spellStart"/>
      <w:r w:rsidRPr="003F7CDE">
        <w:t>well</w:t>
      </w:r>
      <w:proofErr w:type="spellEnd"/>
      <w:r w:rsidRPr="003F7CDE">
        <w:t xml:space="preserve"> panels. </w:t>
      </w:r>
    </w:p>
    <w:p w14:paraId="51FF2A7D" w14:textId="38CEA19F" w:rsidR="00724A54" w:rsidRDefault="00C85BA6" w:rsidP="00E64786">
      <w:r>
        <w:rPr>
          <w:noProof/>
        </w:rPr>
        <w:lastRenderedPageBreak/>
        <w:drawing>
          <wp:inline distT="0" distB="0" distL="0" distR="0" wp14:anchorId="6A1B1685" wp14:editId="4E849588">
            <wp:extent cx="5486400" cy="4239895"/>
            <wp:effectExtent l="0" t="0" r="0" b="8255"/>
            <wp:docPr id="567993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993068" name="Picture 567993068"/>
                    <pic:cNvPicPr/>
                  </pic:nvPicPr>
                  <pic:blipFill>
                    <a:blip r:embed="rId9"/>
                    <a:stretch>
                      <a:fillRect/>
                    </a:stretch>
                  </pic:blipFill>
                  <pic:spPr>
                    <a:xfrm>
                      <a:off x="0" y="0"/>
                      <a:ext cx="5486400" cy="4239895"/>
                    </a:xfrm>
                    <a:prstGeom prst="rect">
                      <a:avLst/>
                    </a:prstGeom>
                  </pic:spPr>
                </pic:pic>
              </a:graphicData>
            </a:graphic>
          </wp:inline>
        </w:drawing>
      </w:r>
    </w:p>
    <w:p w14:paraId="4F6972A7" w14:textId="77777777" w:rsidR="00C85BA6" w:rsidRPr="00E64786" w:rsidRDefault="00C85BA6" w:rsidP="00C85BA6">
      <w:r w:rsidRPr="00E64786">
        <w:t xml:space="preserve">Photo by </w:t>
      </w:r>
      <w:proofErr w:type="spellStart"/>
      <w:r w:rsidRPr="00E64786">
        <w:t>Skimmo</w:t>
      </w:r>
      <w:proofErr w:type="spellEnd"/>
      <w:r w:rsidRPr="00E64786">
        <w:t xml:space="preserve"> </w:t>
      </w:r>
      <w:proofErr w:type="gramStart"/>
      <w:r w:rsidRPr="00E64786">
        <w:t>obviously</w:t>
      </w:r>
      <w:proofErr w:type="gramEnd"/>
      <w:r w:rsidRPr="00E64786">
        <w:t xml:space="preserve"> 2017</w:t>
      </w:r>
    </w:p>
    <w:p w14:paraId="6E4119FE" w14:textId="23764473" w:rsidR="00382B27" w:rsidRPr="00C664B2" w:rsidRDefault="00F65FA4">
      <w:pPr>
        <w:pStyle w:val="Heading2"/>
        <w:rPr>
          <w:color w:val="0070C0"/>
        </w:rPr>
      </w:pPr>
      <w:r w:rsidRPr="00C664B2">
        <w:rPr>
          <w:color w:val="0070C0"/>
        </w:rPr>
        <w:t xml:space="preserve">Upcoming Events – </w:t>
      </w:r>
      <w:r w:rsidR="00FB7C2A">
        <w:rPr>
          <w:color w:val="0070C0"/>
        </w:rPr>
        <w:t>September</w:t>
      </w:r>
      <w:r w:rsidRPr="00C664B2">
        <w:rPr>
          <w:color w:val="0070C0"/>
        </w:rPr>
        <w:t xml:space="preserve"> 2025</w:t>
      </w:r>
    </w:p>
    <w:p w14:paraId="710ADB4E" w14:textId="22C063BF" w:rsidR="00FB7C2A" w:rsidRDefault="00FB7C2A" w:rsidP="00FB7C2A">
      <w:pPr>
        <w:pStyle w:val="ListBullet"/>
      </w:pPr>
      <w:r>
        <w:t>6 September: Monthly Club Drive – Details TBA</w:t>
      </w:r>
    </w:p>
    <w:p w14:paraId="567E4395" w14:textId="793976BC" w:rsidR="00382B27" w:rsidRDefault="00FB7C2A">
      <w:pPr>
        <w:pStyle w:val="ListBullet"/>
      </w:pPr>
      <w:r>
        <w:t>9 September</w:t>
      </w:r>
      <w:r w:rsidR="00F65FA4">
        <w:t xml:space="preserve">: Monthly Meeting – 7:30 PM, </w:t>
      </w:r>
      <w:proofErr w:type="spellStart"/>
      <w:r w:rsidR="00F65FA4">
        <w:t>Rodders</w:t>
      </w:r>
      <w:proofErr w:type="spellEnd"/>
      <w:r w:rsidR="00F65FA4">
        <w:t xml:space="preserve"> Club House</w:t>
      </w:r>
    </w:p>
    <w:p w14:paraId="5103E471" w14:textId="07657D91" w:rsidR="00382B27" w:rsidRDefault="00FB7C2A">
      <w:pPr>
        <w:pStyle w:val="ListBullet"/>
      </w:pPr>
      <w:r>
        <w:t>10 September</w:t>
      </w:r>
      <w:r w:rsidR="00F65FA4">
        <w:t xml:space="preserve">: Mid-Week Drive – 9:00 AM, </w:t>
      </w:r>
      <w:proofErr w:type="spellStart"/>
      <w:r w:rsidR="00F65FA4">
        <w:t>WildCatz</w:t>
      </w:r>
      <w:proofErr w:type="spellEnd"/>
    </w:p>
    <w:p w14:paraId="1D5F9CF8" w14:textId="5518508F" w:rsidR="00382B27" w:rsidRDefault="00FB7C2A">
      <w:pPr>
        <w:pStyle w:val="ListBullet"/>
      </w:pPr>
      <w:r>
        <w:t>20 September</w:t>
      </w:r>
      <w:r w:rsidR="00F65FA4">
        <w:t xml:space="preserve">: Sprint Series Round </w:t>
      </w:r>
      <w:r>
        <w:t>7</w:t>
      </w:r>
      <w:r w:rsidR="00F65FA4">
        <w:t xml:space="preserve"> – Manton Park (</w:t>
      </w:r>
      <w:proofErr w:type="spellStart"/>
      <w:r w:rsidR="00F65FA4">
        <w:t>DriveIt</w:t>
      </w:r>
      <w:proofErr w:type="spellEnd"/>
      <w:r w:rsidR="00F65FA4">
        <w:t>)</w:t>
      </w:r>
    </w:p>
    <w:p w14:paraId="4EC1AD92" w14:textId="5AB1402B" w:rsidR="00FB7C2A" w:rsidRDefault="00FB7C2A" w:rsidP="00FB7C2A">
      <w:pPr>
        <w:pStyle w:val="ListBullet"/>
      </w:pPr>
      <w:r>
        <w:t xml:space="preserve">24 September: Mid-Week Drive – 9:00 AM, </w:t>
      </w:r>
      <w:proofErr w:type="spellStart"/>
      <w:r>
        <w:t>WildCatz</w:t>
      </w:r>
      <w:proofErr w:type="spellEnd"/>
    </w:p>
    <w:p w14:paraId="04774235" w14:textId="01C45B00" w:rsidR="00FB7C2A" w:rsidRDefault="00FB7C2A" w:rsidP="00FB7C2A">
      <w:pPr>
        <w:pStyle w:val="ListBullet"/>
      </w:pPr>
      <w:r>
        <w:t>30 September: Club Dinner – Venue TBA</w:t>
      </w:r>
    </w:p>
    <w:p w14:paraId="1ED5BC69" w14:textId="772C8749" w:rsidR="00C664B2" w:rsidRDefault="00C664B2" w:rsidP="00FB7C2A">
      <w:pPr>
        <w:pStyle w:val="ListBullet"/>
        <w:numPr>
          <w:ilvl w:val="0"/>
          <w:numId w:val="0"/>
        </w:numPr>
        <w:ind w:left="360"/>
      </w:pPr>
    </w:p>
    <w:tbl>
      <w:tblPr>
        <w:tblStyle w:val="TableGrid"/>
        <w:tblpPr w:leftFromText="180" w:rightFromText="180" w:vertAnchor="text" w:horzAnchor="margin" w:tblpXSpec="center" w:tblpY="144"/>
        <w:tblW w:w="10761" w:type="dxa"/>
        <w:tblLook w:val="04A0" w:firstRow="1" w:lastRow="0" w:firstColumn="1" w:lastColumn="0" w:noHBand="0" w:noVBand="1"/>
      </w:tblPr>
      <w:tblGrid>
        <w:gridCol w:w="1560"/>
        <w:gridCol w:w="1214"/>
        <w:gridCol w:w="2135"/>
        <w:gridCol w:w="1662"/>
        <w:gridCol w:w="1450"/>
        <w:gridCol w:w="1302"/>
        <w:gridCol w:w="1438"/>
      </w:tblGrid>
      <w:tr w:rsidR="00A20691" w:rsidRPr="00344156" w14:paraId="2AF30D83" w14:textId="77777777" w:rsidTr="00A20691">
        <w:trPr>
          <w:trHeight w:val="561"/>
        </w:trPr>
        <w:tc>
          <w:tcPr>
            <w:tcW w:w="1560" w:type="dxa"/>
            <w:shd w:val="clear" w:color="auto" w:fill="D6E3BC" w:themeFill="accent3" w:themeFillTint="66"/>
          </w:tcPr>
          <w:p w14:paraId="08A9B807" w14:textId="77777777" w:rsidR="00A20691" w:rsidRPr="00344156" w:rsidRDefault="00A20691" w:rsidP="00A20691">
            <w:pPr>
              <w:jc w:val="center"/>
              <w:rPr>
                <w:rFonts w:ascii="Verdana" w:hAnsi="Verdana" w:cs="Cavolini"/>
                <w:b/>
                <w:bCs/>
                <w:sz w:val="20"/>
                <w:szCs w:val="20"/>
              </w:rPr>
            </w:pPr>
            <w:r w:rsidRPr="00344156">
              <w:rPr>
                <w:rFonts w:ascii="Verdana" w:hAnsi="Verdana" w:cs="Cavolini"/>
                <w:b/>
                <w:bCs/>
                <w:sz w:val="20"/>
                <w:szCs w:val="20"/>
              </w:rPr>
              <w:t>SUNDAY</w:t>
            </w:r>
          </w:p>
        </w:tc>
        <w:tc>
          <w:tcPr>
            <w:tcW w:w="1214" w:type="dxa"/>
            <w:shd w:val="clear" w:color="auto" w:fill="D6E3BC" w:themeFill="accent3" w:themeFillTint="66"/>
          </w:tcPr>
          <w:p w14:paraId="72059AA3" w14:textId="77777777" w:rsidR="00A20691" w:rsidRPr="00344156" w:rsidRDefault="00A20691" w:rsidP="00A20691">
            <w:pPr>
              <w:jc w:val="center"/>
              <w:rPr>
                <w:rFonts w:ascii="Verdana" w:hAnsi="Verdana" w:cs="Cavolini"/>
                <w:b/>
                <w:bCs/>
                <w:sz w:val="20"/>
                <w:szCs w:val="20"/>
              </w:rPr>
            </w:pPr>
            <w:r w:rsidRPr="00344156">
              <w:rPr>
                <w:rFonts w:ascii="Verdana" w:hAnsi="Verdana" w:cs="Cavolini"/>
                <w:b/>
                <w:bCs/>
                <w:sz w:val="20"/>
                <w:szCs w:val="20"/>
              </w:rPr>
              <w:t>MONDAY</w:t>
            </w:r>
          </w:p>
        </w:tc>
        <w:tc>
          <w:tcPr>
            <w:tcW w:w="2135" w:type="dxa"/>
            <w:shd w:val="clear" w:color="auto" w:fill="D6E3BC" w:themeFill="accent3" w:themeFillTint="66"/>
          </w:tcPr>
          <w:p w14:paraId="5C0A64F6" w14:textId="77777777" w:rsidR="00A20691" w:rsidRPr="00344156" w:rsidRDefault="00A20691" w:rsidP="00A20691">
            <w:pPr>
              <w:jc w:val="center"/>
              <w:rPr>
                <w:rFonts w:ascii="Verdana" w:hAnsi="Verdana" w:cs="Cavolini"/>
                <w:b/>
                <w:bCs/>
                <w:sz w:val="20"/>
                <w:szCs w:val="20"/>
              </w:rPr>
            </w:pPr>
            <w:r w:rsidRPr="00344156">
              <w:rPr>
                <w:rFonts w:ascii="Verdana" w:hAnsi="Verdana" w:cs="Cavolini"/>
                <w:b/>
                <w:bCs/>
                <w:sz w:val="20"/>
                <w:szCs w:val="20"/>
              </w:rPr>
              <w:t>TU</w:t>
            </w:r>
            <w:r>
              <w:rPr>
                <w:rFonts w:ascii="Verdana" w:hAnsi="Verdana" w:cs="Cavolini"/>
                <w:b/>
                <w:bCs/>
                <w:sz w:val="20"/>
                <w:szCs w:val="20"/>
              </w:rPr>
              <w:t>E</w:t>
            </w:r>
            <w:r w:rsidRPr="00344156">
              <w:rPr>
                <w:rFonts w:ascii="Verdana" w:hAnsi="Verdana" w:cs="Cavolini"/>
                <w:b/>
                <w:bCs/>
                <w:sz w:val="20"/>
                <w:szCs w:val="20"/>
              </w:rPr>
              <w:t>SDAY</w:t>
            </w:r>
          </w:p>
        </w:tc>
        <w:tc>
          <w:tcPr>
            <w:tcW w:w="1662" w:type="dxa"/>
            <w:shd w:val="clear" w:color="auto" w:fill="D6E3BC" w:themeFill="accent3" w:themeFillTint="66"/>
          </w:tcPr>
          <w:p w14:paraId="15D0140D" w14:textId="77777777" w:rsidR="00A20691" w:rsidRPr="00344156" w:rsidRDefault="00A20691" w:rsidP="00A20691">
            <w:pPr>
              <w:jc w:val="center"/>
              <w:rPr>
                <w:rFonts w:ascii="Verdana" w:hAnsi="Verdana" w:cs="Cavolini"/>
                <w:b/>
                <w:bCs/>
                <w:sz w:val="20"/>
                <w:szCs w:val="20"/>
              </w:rPr>
            </w:pPr>
            <w:r w:rsidRPr="00344156">
              <w:rPr>
                <w:rFonts w:ascii="Verdana" w:hAnsi="Verdana" w:cs="Cavolini"/>
                <w:b/>
                <w:bCs/>
                <w:sz w:val="20"/>
                <w:szCs w:val="20"/>
              </w:rPr>
              <w:t>WEDNESDAY</w:t>
            </w:r>
          </w:p>
        </w:tc>
        <w:tc>
          <w:tcPr>
            <w:tcW w:w="1450" w:type="dxa"/>
            <w:shd w:val="clear" w:color="auto" w:fill="D6E3BC" w:themeFill="accent3" w:themeFillTint="66"/>
          </w:tcPr>
          <w:p w14:paraId="6A9DF2AA" w14:textId="77777777" w:rsidR="00A20691" w:rsidRPr="00344156" w:rsidRDefault="00A20691" w:rsidP="00A20691">
            <w:pPr>
              <w:jc w:val="center"/>
              <w:rPr>
                <w:rFonts w:ascii="Verdana" w:hAnsi="Verdana" w:cs="Cavolini"/>
                <w:sz w:val="20"/>
                <w:szCs w:val="20"/>
              </w:rPr>
            </w:pPr>
            <w:r w:rsidRPr="00344156">
              <w:rPr>
                <w:rFonts w:ascii="Verdana" w:hAnsi="Verdana" w:cs="Cavolini"/>
                <w:b/>
                <w:bCs/>
                <w:sz w:val="20"/>
                <w:szCs w:val="20"/>
              </w:rPr>
              <w:t>THURSDAY</w:t>
            </w:r>
          </w:p>
        </w:tc>
        <w:tc>
          <w:tcPr>
            <w:tcW w:w="1302" w:type="dxa"/>
            <w:shd w:val="clear" w:color="auto" w:fill="D6E3BC" w:themeFill="accent3" w:themeFillTint="66"/>
          </w:tcPr>
          <w:p w14:paraId="48734996" w14:textId="77777777" w:rsidR="00A20691" w:rsidRPr="00344156" w:rsidRDefault="00A20691" w:rsidP="00A20691">
            <w:pPr>
              <w:jc w:val="center"/>
              <w:rPr>
                <w:rFonts w:ascii="Verdana" w:hAnsi="Verdana" w:cs="Cavolini"/>
                <w:b/>
                <w:bCs/>
                <w:sz w:val="20"/>
                <w:szCs w:val="20"/>
              </w:rPr>
            </w:pPr>
            <w:r w:rsidRPr="00344156">
              <w:rPr>
                <w:rFonts w:ascii="Verdana" w:hAnsi="Verdana" w:cs="Cavolini"/>
                <w:b/>
                <w:bCs/>
                <w:sz w:val="20"/>
                <w:szCs w:val="20"/>
              </w:rPr>
              <w:t>FRIDAY</w:t>
            </w:r>
          </w:p>
        </w:tc>
        <w:tc>
          <w:tcPr>
            <w:tcW w:w="1438" w:type="dxa"/>
            <w:shd w:val="clear" w:color="auto" w:fill="D6E3BC" w:themeFill="accent3" w:themeFillTint="66"/>
          </w:tcPr>
          <w:p w14:paraId="09DAD391" w14:textId="77777777" w:rsidR="00A20691" w:rsidRPr="00344156" w:rsidRDefault="00A20691" w:rsidP="00A20691">
            <w:pPr>
              <w:jc w:val="center"/>
              <w:rPr>
                <w:rFonts w:ascii="Verdana" w:hAnsi="Verdana" w:cs="Cavolini"/>
                <w:b/>
                <w:bCs/>
                <w:sz w:val="20"/>
                <w:szCs w:val="20"/>
              </w:rPr>
            </w:pPr>
            <w:r w:rsidRPr="00344156">
              <w:rPr>
                <w:rFonts w:ascii="Verdana" w:hAnsi="Verdana" w:cs="Cavolini"/>
                <w:b/>
                <w:bCs/>
                <w:sz w:val="20"/>
                <w:szCs w:val="20"/>
              </w:rPr>
              <w:t>SATURDAY</w:t>
            </w:r>
          </w:p>
        </w:tc>
      </w:tr>
      <w:tr w:rsidR="00A20691" w:rsidRPr="00344156" w14:paraId="26B8583B" w14:textId="77777777" w:rsidTr="00A20691">
        <w:trPr>
          <w:trHeight w:val="599"/>
        </w:trPr>
        <w:tc>
          <w:tcPr>
            <w:tcW w:w="1560" w:type="dxa"/>
            <w:shd w:val="clear" w:color="auto" w:fill="D6E3BC" w:themeFill="accent3" w:themeFillTint="66"/>
          </w:tcPr>
          <w:p w14:paraId="495A1808" w14:textId="77777777" w:rsidR="00A20691" w:rsidRPr="00F12103" w:rsidRDefault="00A20691" w:rsidP="00A20691">
            <w:pPr>
              <w:jc w:val="center"/>
              <w:rPr>
                <w:rFonts w:ascii="Verdana" w:hAnsi="Verdana" w:cs="Cavolini"/>
                <w:sz w:val="20"/>
                <w:szCs w:val="20"/>
              </w:rPr>
            </w:pPr>
          </w:p>
        </w:tc>
        <w:tc>
          <w:tcPr>
            <w:tcW w:w="1214" w:type="dxa"/>
            <w:shd w:val="clear" w:color="auto" w:fill="D6E3BC" w:themeFill="accent3" w:themeFillTint="66"/>
          </w:tcPr>
          <w:p w14:paraId="2058C2A6" w14:textId="5AE80A3B" w:rsidR="00A20691" w:rsidRPr="00344156" w:rsidRDefault="00FB7C2A" w:rsidP="00A20691">
            <w:pPr>
              <w:jc w:val="center"/>
              <w:rPr>
                <w:rFonts w:ascii="Verdana" w:hAnsi="Verdana" w:cs="Cavolini"/>
                <w:sz w:val="20"/>
                <w:szCs w:val="20"/>
              </w:rPr>
            </w:pPr>
            <w:r>
              <w:rPr>
                <w:rFonts w:ascii="Verdana" w:hAnsi="Verdana" w:cs="Cavolini"/>
                <w:sz w:val="20"/>
                <w:szCs w:val="20"/>
              </w:rPr>
              <w:t>1</w:t>
            </w:r>
          </w:p>
        </w:tc>
        <w:tc>
          <w:tcPr>
            <w:tcW w:w="2135" w:type="dxa"/>
            <w:shd w:val="clear" w:color="auto" w:fill="D6E3BC" w:themeFill="accent3" w:themeFillTint="66"/>
          </w:tcPr>
          <w:p w14:paraId="083028AF" w14:textId="12DD6CD4" w:rsidR="00A20691" w:rsidRPr="00344156" w:rsidRDefault="00FB7C2A" w:rsidP="00A20691">
            <w:pPr>
              <w:jc w:val="center"/>
              <w:rPr>
                <w:rFonts w:ascii="Verdana" w:hAnsi="Verdana" w:cs="Cavolini"/>
                <w:sz w:val="20"/>
                <w:szCs w:val="20"/>
              </w:rPr>
            </w:pPr>
            <w:r>
              <w:rPr>
                <w:rFonts w:ascii="Verdana" w:hAnsi="Verdana" w:cs="Cavolini"/>
                <w:sz w:val="20"/>
                <w:szCs w:val="20"/>
              </w:rPr>
              <w:t>2</w:t>
            </w:r>
          </w:p>
        </w:tc>
        <w:tc>
          <w:tcPr>
            <w:tcW w:w="1662" w:type="dxa"/>
            <w:shd w:val="clear" w:color="auto" w:fill="D6E3BC" w:themeFill="accent3" w:themeFillTint="66"/>
          </w:tcPr>
          <w:p w14:paraId="12B285A8" w14:textId="53A4AA00" w:rsidR="00A20691" w:rsidRPr="00344156" w:rsidRDefault="00FB7C2A" w:rsidP="00FB7C2A">
            <w:pPr>
              <w:jc w:val="center"/>
              <w:rPr>
                <w:rFonts w:ascii="Verdana" w:hAnsi="Verdana" w:cs="Cavolini"/>
                <w:sz w:val="20"/>
                <w:szCs w:val="20"/>
              </w:rPr>
            </w:pPr>
            <w:r>
              <w:rPr>
                <w:rFonts w:ascii="Verdana" w:hAnsi="Verdana" w:cs="Cavolini"/>
                <w:sz w:val="20"/>
                <w:szCs w:val="20"/>
              </w:rPr>
              <w:t>3</w:t>
            </w:r>
          </w:p>
        </w:tc>
        <w:tc>
          <w:tcPr>
            <w:tcW w:w="1450" w:type="dxa"/>
            <w:shd w:val="clear" w:color="auto" w:fill="D6E3BC" w:themeFill="accent3" w:themeFillTint="66"/>
          </w:tcPr>
          <w:p w14:paraId="65BE394C" w14:textId="6F1AA98C" w:rsidR="00A20691" w:rsidRPr="00344156" w:rsidRDefault="00FB7C2A" w:rsidP="00A20691">
            <w:pPr>
              <w:jc w:val="center"/>
              <w:rPr>
                <w:rFonts w:ascii="Verdana" w:hAnsi="Verdana" w:cs="Cavolini"/>
                <w:sz w:val="20"/>
                <w:szCs w:val="20"/>
              </w:rPr>
            </w:pPr>
            <w:r>
              <w:rPr>
                <w:rFonts w:ascii="Verdana" w:hAnsi="Verdana" w:cs="Cavolini"/>
                <w:sz w:val="20"/>
                <w:szCs w:val="20"/>
              </w:rPr>
              <w:t>4</w:t>
            </w:r>
          </w:p>
        </w:tc>
        <w:tc>
          <w:tcPr>
            <w:tcW w:w="1302" w:type="dxa"/>
            <w:shd w:val="clear" w:color="auto" w:fill="D6E3BC" w:themeFill="accent3" w:themeFillTint="66"/>
          </w:tcPr>
          <w:p w14:paraId="4DA90C73" w14:textId="6CE7611C" w:rsidR="00A20691" w:rsidRPr="00344156" w:rsidRDefault="00FB7C2A" w:rsidP="00A20691">
            <w:pPr>
              <w:jc w:val="center"/>
              <w:rPr>
                <w:rFonts w:ascii="Verdana" w:hAnsi="Verdana" w:cs="Cavolini"/>
                <w:sz w:val="20"/>
                <w:szCs w:val="20"/>
              </w:rPr>
            </w:pPr>
            <w:r>
              <w:rPr>
                <w:rFonts w:ascii="Verdana" w:hAnsi="Verdana" w:cs="Cavolini"/>
                <w:sz w:val="20"/>
                <w:szCs w:val="20"/>
              </w:rPr>
              <w:t>5</w:t>
            </w:r>
          </w:p>
        </w:tc>
        <w:tc>
          <w:tcPr>
            <w:tcW w:w="1438" w:type="dxa"/>
            <w:shd w:val="clear" w:color="auto" w:fill="D6E3BC" w:themeFill="accent3" w:themeFillTint="66"/>
          </w:tcPr>
          <w:p w14:paraId="694F6A92" w14:textId="574B6156" w:rsidR="00A20691" w:rsidRPr="00344156" w:rsidRDefault="00FB7C2A" w:rsidP="00A20691">
            <w:pPr>
              <w:jc w:val="center"/>
              <w:rPr>
                <w:rFonts w:ascii="Verdana" w:hAnsi="Verdana" w:cs="Cavolini"/>
                <w:sz w:val="20"/>
                <w:szCs w:val="20"/>
              </w:rPr>
            </w:pPr>
            <w:r>
              <w:rPr>
                <w:rFonts w:ascii="Verdana" w:hAnsi="Verdana" w:cs="Cavolini"/>
                <w:sz w:val="20"/>
                <w:szCs w:val="20"/>
              </w:rPr>
              <w:t>6</w:t>
            </w:r>
            <w:r>
              <w:rPr>
                <w:rFonts w:ascii="Verdana" w:hAnsi="Verdana" w:cs="Cavolini"/>
                <w:sz w:val="20"/>
                <w:szCs w:val="20"/>
              </w:rPr>
              <w:br/>
              <w:t>CLUB DRIVE</w:t>
            </w:r>
          </w:p>
        </w:tc>
      </w:tr>
      <w:tr w:rsidR="00A20691" w:rsidRPr="00344156" w14:paraId="076C94BC" w14:textId="77777777" w:rsidTr="00A20691">
        <w:trPr>
          <w:trHeight w:val="561"/>
        </w:trPr>
        <w:tc>
          <w:tcPr>
            <w:tcW w:w="1560" w:type="dxa"/>
            <w:shd w:val="clear" w:color="auto" w:fill="D6E3BC" w:themeFill="accent3" w:themeFillTint="66"/>
          </w:tcPr>
          <w:p w14:paraId="4CB270A0" w14:textId="01E20493" w:rsidR="00A20691" w:rsidRPr="00344156" w:rsidRDefault="00FB7C2A" w:rsidP="00FB7C2A">
            <w:pPr>
              <w:jc w:val="center"/>
              <w:rPr>
                <w:rFonts w:ascii="Verdana" w:hAnsi="Verdana" w:cs="Cavolini"/>
                <w:sz w:val="20"/>
                <w:szCs w:val="20"/>
              </w:rPr>
            </w:pPr>
            <w:r>
              <w:rPr>
                <w:rFonts w:ascii="Verdana" w:hAnsi="Verdana" w:cs="Cavolini"/>
                <w:sz w:val="20"/>
                <w:szCs w:val="20"/>
              </w:rPr>
              <w:t>7</w:t>
            </w:r>
          </w:p>
        </w:tc>
        <w:tc>
          <w:tcPr>
            <w:tcW w:w="1214" w:type="dxa"/>
            <w:shd w:val="clear" w:color="auto" w:fill="D6E3BC" w:themeFill="accent3" w:themeFillTint="66"/>
          </w:tcPr>
          <w:p w14:paraId="74978E00" w14:textId="56D63732" w:rsidR="00A20691" w:rsidRPr="00344156" w:rsidRDefault="00FB7C2A" w:rsidP="00A20691">
            <w:pPr>
              <w:jc w:val="center"/>
              <w:rPr>
                <w:rFonts w:ascii="Verdana" w:hAnsi="Verdana" w:cs="Cavolini"/>
                <w:sz w:val="20"/>
                <w:szCs w:val="20"/>
              </w:rPr>
            </w:pPr>
            <w:r>
              <w:rPr>
                <w:rFonts w:ascii="Verdana" w:hAnsi="Verdana" w:cs="Cavolini"/>
                <w:sz w:val="20"/>
                <w:szCs w:val="20"/>
              </w:rPr>
              <w:t>8</w:t>
            </w:r>
          </w:p>
        </w:tc>
        <w:tc>
          <w:tcPr>
            <w:tcW w:w="2135" w:type="dxa"/>
            <w:shd w:val="clear" w:color="auto" w:fill="D6E3BC" w:themeFill="accent3" w:themeFillTint="66"/>
          </w:tcPr>
          <w:p w14:paraId="752F9B12" w14:textId="51E6803C" w:rsidR="00A20691" w:rsidRPr="002B3304" w:rsidRDefault="00FB7C2A" w:rsidP="00A20691">
            <w:pPr>
              <w:jc w:val="center"/>
              <w:rPr>
                <w:rFonts w:ascii="Verdana" w:hAnsi="Verdana" w:cs="Cavolini"/>
                <w:sz w:val="20"/>
                <w:szCs w:val="20"/>
              </w:rPr>
            </w:pPr>
            <w:r>
              <w:rPr>
                <w:rFonts w:ascii="Verdana" w:hAnsi="Verdana" w:cs="Cavolini"/>
                <w:sz w:val="20"/>
                <w:szCs w:val="20"/>
              </w:rPr>
              <w:t>9</w:t>
            </w:r>
            <w:r>
              <w:rPr>
                <w:rFonts w:ascii="Verdana" w:hAnsi="Verdana" w:cs="Cavolini"/>
                <w:sz w:val="20"/>
                <w:szCs w:val="20"/>
              </w:rPr>
              <w:br/>
              <w:t>CLUB MEETING</w:t>
            </w:r>
          </w:p>
        </w:tc>
        <w:tc>
          <w:tcPr>
            <w:tcW w:w="1662" w:type="dxa"/>
            <w:shd w:val="clear" w:color="auto" w:fill="D6E3BC" w:themeFill="accent3" w:themeFillTint="66"/>
          </w:tcPr>
          <w:p w14:paraId="0EC2C2AC" w14:textId="7CE12276" w:rsidR="00A20691" w:rsidRPr="00344156" w:rsidRDefault="00FB7C2A" w:rsidP="00FB7C2A">
            <w:pPr>
              <w:jc w:val="center"/>
              <w:rPr>
                <w:rFonts w:ascii="Verdana" w:hAnsi="Verdana" w:cs="Cavolini"/>
                <w:sz w:val="20"/>
                <w:szCs w:val="20"/>
              </w:rPr>
            </w:pPr>
            <w:r>
              <w:rPr>
                <w:rFonts w:ascii="Verdana" w:hAnsi="Verdana" w:cs="Cavolini"/>
                <w:sz w:val="20"/>
                <w:szCs w:val="20"/>
              </w:rPr>
              <w:t>10</w:t>
            </w:r>
            <w:r>
              <w:rPr>
                <w:rFonts w:ascii="Verdana" w:hAnsi="Verdana" w:cs="Cavolini"/>
                <w:sz w:val="20"/>
                <w:szCs w:val="20"/>
              </w:rPr>
              <w:br/>
              <w:t>MID WEEK DRIVE</w:t>
            </w:r>
          </w:p>
        </w:tc>
        <w:tc>
          <w:tcPr>
            <w:tcW w:w="1450" w:type="dxa"/>
            <w:shd w:val="clear" w:color="auto" w:fill="D6E3BC" w:themeFill="accent3" w:themeFillTint="66"/>
          </w:tcPr>
          <w:p w14:paraId="60B307AA" w14:textId="4DB6C829" w:rsidR="00A20691" w:rsidRPr="00344156" w:rsidRDefault="00FB7C2A" w:rsidP="00A20691">
            <w:pPr>
              <w:jc w:val="center"/>
              <w:rPr>
                <w:rFonts w:ascii="Verdana" w:hAnsi="Verdana" w:cs="Cavolini"/>
                <w:sz w:val="20"/>
                <w:szCs w:val="20"/>
              </w:rPr>
            </w:pPr>
            <w:r>
              <w:rPr>
                <w:rFonts w:ascii="Verdana" w:hAnsi="Verdana" w:cs="Cavolini"/>
                <w:sz w:val="20"/>
                <w:szCs w:val="20"/>
              </w:rPr>
              <w:t>11</w:t>
            </w:r>
          </w:p>
        </w:tc>
        <w:tc>
          <w:tcPr>
            <w:tcW w:w="1302" w:type="dxa"/>
            <w:shd w:val="clear" w:color="auto" w:fill="D6E3BC" w:themeFill="accent3" w:themeFillTint="66"/>
          </w:tcPr>
          <w:p w14:paraId="4F39F407" w14:textId="730AB3A7" w:rsidR="00A20691" w:rsidRPr="00344156" w:rsidRDefault="00FB7C2A" w:rsidP="00A20691">
            <w:pPr>
              <w:jc w:val="center"/>
              <w:rPr>
                <w:rFonts w:ascii="Verdana" w:hAnsi="Verdana" w:cs="Cavolini"/>
                <w:sz w:val="20"/>
                <w:szCs w:val="20"/>
              </w:rPr>
            </w:pPr>
            <w:r>
              <w:rPr>
                <w:rFonts w:ascii="Verdana" w:hAnsi="Verdana" w:cs="Cavolini"/>
                <w:sz w:val="20"/>
                <w:szCs w:val="20"/>
              </w:rPr>
              <w:t>12</w:t>
            </w:r>
          </w:p>
        </w:tc>
        <w:tc>
          <w:tcPr>
            <w:tcW w:w="1438" w:type="dxa"/>
            <w:shd w:val="clear" w:color="auto" w:fill="D6E3BC" w:themeFill="accent3" w:themeFillTint="66"/>
          </w:tcPr>
          <w:p w14:paraId="7D538043" w14:textId="62450335" w:rsidR="00A20691" w:rsidRPr="00344156" w:rsidRDefault="00FB7C2A" w:rsidP="00A20691">
            <w:pPr>
              <w:jc w:val="center"/>
              <w:rPr>
                <w:rFonts w:ascii="Verdana" w:hAnsi="Verdana" w:cs="Cavolini"/>
                <w:sz w:val="20"/>
                <w:szCs w:val="20"/>
              </w:rPr>
            </w:pPr>
            <w:r>
              <w:rPr>
                <w:rFonts w:ascii="Verdana" w:hAnsi="Verdana" w:cs="Cavolini"/>
                <w:sz w:val="20"/>
                <w:szCs w:val="20"/>
              </w:rPr>
              <w:t>13</w:t>
            </w:r>
          </w:p>
        </w:tc>
      </w:tr>
      <w:tr w:rsidR="00A20691" w:rsidRPr="00344156" w14:paraId="31BEA885" w14:textId="77777777" w:rsidTr="00A20691">
        <w:trPr>
          <w:trHeight w:val="599"/>
        </w:trPr>
        <w:tc>
          <w:tcPr>
            <w:tcW w:w="1560" w:type="dxa"/>
            <w:shd w:val="clear" w:color="auto" w:fill="D6E3BC" w:themeFill="accent3" w:themeFillTint="66"/>
          </w:tcPr>
          <w:p w14:paraId="6B92B6A7" w14:textId="62206DA1" w:rsidR="00A20691" w:rsidRPr="00344156" w:rsidRDefault="00FB7C2A" w:rsidP="00A20691">
            <w:pPr>
              <w:jc w:val="center"/>
              <w:rPr>
                <w:rFonts w:ascii="Verdana" w:hAnsi="Verdana" w:cs="Cavolini"/>
                <w:sz w:val="20"/>
                <w:szCs w:val="20"/>
              </w:rPr>
            </w:pPr>
            <w:r>
              <w:rPr>
                <w:rFonts w:ascii="Verdana" w:hAnsi="Verdana" w:cs="Cavolini"/>
                <w:sz w:val="20"/>
                <w:szCs w:val="20"/>
              </w:rPr>
              <w:lastRenderedPageBreak/>
              <w:t>14</w:t>
            </w:r>
          </w:p>
        </w:tc>
        <w:tc>
          <w:tcPr>
            <w:tcW w:w="1214" w:type="dxa"/>
            <w:shd w:val="clear" w:color="auto" w:fill="D6E3BC" w:themeFill="accent3" w:themeFillTint="66"/>
          </w:tcPr>
          <w:p w14:paraId="76761402" w14:textId="440B89C1" w:rsidR="00A20691" w:rsidRPr="00344156" w:rsidRDefault="00FB7C2A" w:rsidP="00A20691">
            <w:pPr>
              <w:jc w:val="center"/>
              <w:rPr>
                <w:rFonts w:ascii="Verdana" w:hAnsi="Verdana" w:cs="Cavolini"/>
                <w:sz w:val="20"/>
                <w:szCs w:val="20"/>
              </w:rPr>
            </w:pPr>
            <w:r>
              <w:rPr>
                <w:rFonts w:ascii="Verdana" w:hAnsi="Verdana" w:cs="Cavolini"/>
                <w:sz w:val="20"/>
                <w:szCs w:val="20"/>
              </w:rPr>
              <w:t>15</w:t>
            </w:r>
          </w:p>
        </w:tc>
        <w:tc>
          <w:tcPr>
            <w:tcW w:w="2135" w:type="dxa"/>
            <w:shd w:val="clear" w:color="auto" w:fill="D6E3BC" w:themeFill="accent3" w:themeFillTint="66"/>
          </w:tcPr>
          <w:p w14:paraId="2AEA8DEF" w14:textId="578CE4C1" w:rsidR="00A20691" w:rsidRPr="00344156" w:rsidRDefault="00FB7C2A" w:rsidP="00A20691">
            <w:pPr>
              <w:jc w:val="center"/>
              <w:rPr>
                <w:rFonts w:ascii="Verdana" w:hAnsi="Verdana" w:cs="Cavolini"/>
                <w:sz w:val="20"/>
                <w:szCs w:val="20"/>
              </w:rPr>
            </w:pPr>
            <w:r>
              <w:rPr>
                <w:rFonts w:ascii="Verdana" w:hAnsi="Verdana" w:cs="Cavolini"/>
                <w:sz w:val="20"/>
                <w:szCs w:val="20"/>
              </w:rPr>
              <w:t>16</w:t>
            </w:r>
          </w:p>
        </w:tc>
        <w:tc>
          <w:tcPr>
            <w:tcW w:w="1662" w:type="dxa"/>
            <w:shd w:val="clear" w:color="auto" w:fill="D6E3BC" w:themeFill="accent3" w:themeFillTint="66"/>
          </w:tcPr>
          <w:p w14:paraId="0353D163" w14:textId="0F0703D8" w:rsidR="00A20691" w:rsidRPr="00344156" w:rsidRDefault="00FB7C2A" w:rsidP="00A20691">
            <w:pPr>
              <w:jc w:val="center"/>
              <w:rPr>
                <w:rFonts w:ascii="Verdana" w:hAnsi="Verdana" w:cs="Cavolini"/>
                <w:sz w:val="20"/>
                <w:szCs w:val="20"/>
              </w:rPr>
            </w:pPr>
            <w:r>
              <w:rPr>
                <w:rFonts w:ascii="Verdana" w:hAnsi="Verdana" w:cs="Cavolini"/>
                <w:sz w:val="20"/>
                <w:szCs w:val="20"/>
              </w:rPr>
              <w:t>17</w:t>
            </w:r>
          </w:p>
        </w:tc>
        <w:tc>
          <w:tcPr>
            <w:tcW w:w="1450" w:type="dxa"/>
            <w:shd w:val="clear" w:color="auto" w:fill="D6E3BC" w:themeFill="accent3" w:themeFillTint="66"/>
          </w:tcPr>
          <w:p w14:paraId="419461FC" w14:textId="63278E11" w:rsidR="00A20691" w:rsidRPr="00344156" w:rsidRDefault="00FB7C2A" w:rsidP="00A20691">
            <w:pPr>
              <w:jc w:val="center"/>
              <w:rPr>
                <w:rFonts w:ascii="Verdana" w:hAnsi="Verdana" w:cs="Cavolini"/>
                <w:sz w:val="20"/>
                <w:szCs w:val="20"/>
              </w:rPr>
            </w:pPr>
            <w:r>
              <w:rPr>
                <w:rFonts w:ascii="Verdana" w:hAnsi="Verdana" w:cs="Cavolini"/>
                <w:sz w:val="20"/>
                <w:szCs w:val="20"/>
              </w:rPr>
              <w:t>18</w:t>
            </w:r>
          </w:p>
        </w:tc>
        <w:tc>
          <w:tcPr>
            <w:tcW w:w="1302" w:type="dxa"/>
            <w:shd w:val="clear" w:color="auto" w:fill="D6E3BC" w:themeFill="accent3" w:themeFillTint="66"/>
          </w:tcPr>
          <w:p w14:paraId="747FE207" w14:textId="393DB0A9" w:rsidR="00A20691" w:rsidRPr="00344156" w:rsidRDefault="00FB7C2A" w:rsidP="00A20691">
            <w:pPr>
              <w:jc w:val="center"/>
              <w:rPr>
                <w:rFonts w:ascii="Verdana" w:hAnsi="Verdana" w:cs="Cavolini"/>
                <w:sz w:val="20"/>
                <w:szCs w:val="20"/>
              </w:rPr>
            </w:pPr>
            <w:r>
              <w:rPr>
                <w:rFonts w:ascii="Verdana" w:hAnsi="Verdana" w:cs="Cavolini"/>
                <w:sz w:val="20"/>
                <w:szCs w:val="20"/>
              </w:rPr>
              <w:t>19</w:t>
            </w:r>
          </w:p>
        </w:tc>
        <w:tc>
          <w:tcPr>
            <w:tcW w:w="1438" w:type="dxa"/>
            <w:shd w:val="clear" w:color="auto" w:fill="D6E3BC" w:themeFill="accent3" w:themeFillTint="66"/>
          </w:tcPr>
          <w:p w14:paraId="04CFC4D4" w14:textId="6269BA6F" w:rsidR="00A20691" w:rsidRPr="00344156" w:rsidRDefault="00FB7C2A" w:rsidP="00FB7C2A">
            <w:pPr>
              <w:jc w:val="center"/>
              <w:rPr>
                <w:rFonts w:ascii="Verdana" w:hAnsi="Verdana" w:cs="Cavolini"/>
                <w:sz w:val="20"/>
                <w:szCs w:val="20"/>
              </w:rPr>
            </w:pPr>
            <w:r>
              <w:rPr>
                <w:rFonts w:ascii="Verdana" w:hAnsi="Verdana" w:cs="Cavolini"/>
                <w:sz w:val="20"/>
                <w:szCs w:val="20"/>
              </w:rPr>
              <w:t>20</w:t>
            </w:r>
            <w:r>
              <w:rPr>
                <w:rFonts w:ascii="Verdana" w:hAnsi="Verdana" w:cs="Cavolini"/>
                <w:sz w:val="20"/>
                <w:szCs w:val="20"/>
              </w:rPr>
              <w:br/>
              <w:t>ROUND 7 SPRINTS</w:t>
            </w:r>
          </w:p>
        </w:tc>
      </w:tr>
      <w:tr w:rsidR="00A20691" w:rsidRPr="00344156" w14:paraId="1BD6F759" w14:textId="77777777" w:rsidTr="00A20691">
        <w:trPr>
          <w:trHeight w:val="561"/>
        </w:trPr>
        <w:tc>
          <w:tcPr>
            <w:tcW w:w="1560" w:type="dxa"/>
            <w:shd w:val="clear" w:color="auto" w:fill="D6E3BC" w:themeFill="accent3" w:themeFillTint="66"/>
          </w:tcPr>
          <w:p w14:paraId="7D511598" w14:textId="73827982" w:rsidR="00A20691" w:rsidRPr="00344156" w:rsidRDefault="00FB7C2A" w:rsidP="00FB7C2A">
            <w:pPr>
              <w:jc w:val="center"/>
              <w:rPr>
                <w:rFonts w:ascii="Verdana" w:hAnsi="Verdana" w:cs="Cavolini"/>
                <w:sz w:val="20"/>
                <w:szCs w:val="20"/>
              </w:rPr>
            </w:pPr>
            <w:r>
              <w:rPr>
                <w:rFonts w:ascii="Verdana" w:hAnsi="Verdana" w:cs="Cavolini"/>
                <w:sz w:val="20"/>
                <w:szCs w:val="20"/>
              </w:rPr>
              <w:t>21</w:t>
            </w:r>
          </w:p>
        </w:tc>
        <w:tc>
          <w:tcPr>
            <w:tcW w:w="1214" w:type="dxa"/>
            <w:shd w:val="clear" w:color="auto" w:fill="D6E3BC" w:themeFill="accent3" w:themeFillTint="66"/>
          </w:tcPr>
          <w:p w14:paraId="33D93D16" w14:textId="0FE16C87" w:rsidR="00A20691" w:rsidRPr="00344156" w:rsidRDefault="00FB7C2A" w:rsidP="00FB7C2A">
            <w:pPr>
              <w:jc w:val="center"/>
              <w:rPr>
                <w:rFonts w:ascii="Verdana" w:hAnsi="Verdana" w:cs="Cavolini"/>
                <w:sz w:val="20"/>
                <w:szCs w:val="20"/>
              </w:rPr>
            </w:pPr>
            <w:r>
              <w:rPr>
                <w:rFonts w:ascii="Verdana" w:hAnsi="Verdana" w:cs="Cavolini"/>
                <w:sz w:val="20"/>
                <w:szCs w:val="20"/>
              </w:rPr>
              <w:t>22</w:t>
            </w:r>
          </w:p>
        </w:tc>
        <w:tc>
          <w:tcPr>
            <w:tcW w:w="2135" w:type="dxa"/>
            <w:shd w:val="clear" w:color="auto" w:fill="D6E3BC" w:themeFill="accent3" w:themeFillTint="66"/>
          </w:tcPr>
          <w:p w14:paraId="3009337C" w14:textId="527B3E1C" w:rsidR="00A20691" w:rsidRPr="00344156" w:rsidRDefault="00FB7C2A" w:rsidP="00A20691">
            <w:pPr>
              <w:jc w:val="center"/>
              <w:rPr>
                <w:rFonts w:ascii="Verdana" w:hAnsi="Verdana" w:cs="Cavolini"/>
                <w:sz w:val="20"/>
                <w:szCs w:val="20"/>
              </w:rPr>
            </w:pPr>
            <w:r>
              <w:rPr>
                <w:rFonts w:ascii="Verdana" w:hAnsi="Verdana" w:cs="Cavolini"/>
                <w:sz w:val="20"/>
                <w:szCs w:val="20"/>
              </w:rPr>
              <w:t>23</w:t>
            </w:r>
          </w:p>
        </w:tc>
        <w:tc>
          <w:tcPr>
            <w:tcW w:w="1662" w:type="dxa"/>
            <w:shd w:val="clear" w:color="auto" w:fill="D6E3BC" w:themeFill="accent3" w:themeFillTint="66"/>
          </w:tcPr>
          <w:p w14:paraId="6C08E241" w14:textId="4E97035B" w:rsidR="00A20691" w:rsidRPr="00344156" w:rsidRDefault="00FB7C2A" w:rsidP="00A20691">
            <w:pPr>
              <w:jc w:val="center"/>
              <w:rPr>
                <w:rFonts w:ascii="Verdana" w:hAnsi="Verdana" w:cs="Cavolini"/>
                <w:sz w:val="20"/>
                <w:szCs w:val="20"/>
              </w:rPr>
            </w:pPr>
            <w:r>
              <w:rPr>
                <w:rFonts w:ascii="Verdana" w:hAnsi="Verdana" w:cs="Cavolini"/>
                <w:sz w:val="20"/>
                <w:szCs w:val="20"/>
              </w:rPr>
              <w:t>24</w:t>
            </w:r>
            <w:r>
              <w:rPr>
                <w:rFonts w:ascii="Verdana" w:hAnsi="Verdana" w:cs="Cavolini"/>
                <w:sz w:val="20"/>
                <w:szCs w:val="20"/>
              </w:rPr>
              <w:br/>
              <w:t>MID WEEK DRIVE</w:t>
            </w:r>
          </w:p>
        </w:tc>
        <w:tc>
          <w:tcPr>
            <w:tcW w:w="1450" w:type="dxa"/>
            <w:shd w:val="clear" w:color="auto" w:fill="D6E3BC" w:themeFill="accent3" w:themeFillTint="66"/>
          </w:tcPr>
          <w:p w14:paraId="2BDCB906" w14:textId="50665715" w:rsidR="00A20691" w:rsidRPr="00344156" w:rsidRDefault="00FB7C2A" w:rsidP="00A20691">
            <w:pPr>
              <w:jc w:val="center"/>
              <w:rPr>
                <w:rFonts w:ascii="Verdana" w:hAnsi="Verdana" w:cs="Cavolini"/>
                <w:sz w:val="20"/>
                <w:szCs w:val="20"/>
              </w:rPr>
            </w:pPr>
            <w:r>
              <w:rPr>
                <w:rFonts w:ascii="Verdana" w:hAnsi="Verdana" w:cs="Cavolini"/>
                <w:sz w:val="20"/>
                <w:szCs w:val="20"/>
              </w:rPr>
              <w:t>25</w:t>
            </w:r>
          </w:p>
        </w:tc>
        <w:tc>
          <w:tcPr>
            <w:tcW w:w="1302" w:type="dxa"/>
            <w:shd w:val="clear" w:color="auto" w:fill="D6E3BC" w:themeFill="accent3" w:themeFillTint="66"/>
          </w:tcPr>
          <w:p w14:paraId="4DB2D3C0" w14:textId="65893458" w:rsidR="00A20691" w:rsidRPr="00344156" w:rsidRDefault="00FB7C2A" w:rsidP="00A20691">
            <w:pPr>
              <w:jc w:val="center"/>
              <w:rPr>
                <w:rFonts w:ascii="Verdana" w:hAnsi="Verdana" w:cs="Cavolini"/>
                <w:sz w:val="20"/>
                <w:szCs w:val="20"/>
              </w:rPr>
            </w:pPr>
            <w:r>
              <w:rPr>
                <w:rFonts w:ascii="Verdana" w:hAnsi="Verdana" w:cs="Cavolini"/>
                <w:sz w:val="20"/>
                <w:szCs w:val="20"/>
              </w:rPr>
              <w:t>26</w:t>
            </w:r>
          </w:p>
        </w:tc>
        <w:tc>
          <w:tcPr>
            <w:tcW w:w="1438" w:type="dxa"/>
            <w:shd w:val="clear" w:color="auto" w:fill="D6E3BC" w:themeFill="accent3" w:themeFillTint="66"/>
          </w:tcPr>
          <w:p w14:paraId="60724BE8" w14:textId="23F1FA5C" w:rsidR="00A20691" w:rsidRPr="00344156" w:rsidRDefault="00FB7C2A" w:rsidP="00A20691">
            <w:pPr>
              <w:jc w:val="center"/>
              <w:rPr>
                <w:rFonts w:ascii="Verdana" w:hAnsi="Verdana" w:cs="Cavolini"/>
                <w:sz w:val="20"/>
                <w:szCs w:val="20"/>
              </w:rPr>
            </w:pPr>
            <w:r>
              <w:rPr>
                <w:rFonts w:ascii="Verdana" w:hAnsi="Verdana" w:cs="Cavolini"/>
                <w:sz w:val="20"/>
                <w:szCs w:val="20"/>
              </w:rPr>
              <w:t>27</w:t>
            </w:r>
          </w:p>
        </w:tc>
      </w:tr>
      <w:tr w:rsidR="00A20691" w:rsidRPr="00344156" w14:paraId="1C19E442" w14:textId="77777777" w:rsidTr="00A20691">
        <w:trPr>
          <w:trHeight w:val="599"/>
        </w:trPr>
        <w:tc>
          <w:tcPr>
            <w:tcW w:w="1560" w:type="dxa"/>
            <w:shd w:val="clear" w:color="auto" w:fill="D6E3BC" w:themeFill="accent3" w:themeFillTint="66"/>
          </w:tcPr>
          <w:p w14:paraId="20DBD2AC" w14:textId="48FEC59F" w:rsidR="00A20691" w:rsidRPr="00344156" w:rsidRDefault="00FB7C2A" w:rsidP="00A20691">
            <w:pPr>
              <w:jc w:val="center"/>
              <w:rPr>
                <w:rFonts w:ascii="Verdana" w:hAnsi="Verdana" w:cs="Cavolini"/>
                <w:sz w:val="20"/>
                <w:szCs w:val="20"/>
              </w:rPr>
            </w:pPr>
            <w:r>
              <w:rPr>
                <w:rFonts w:ascii="Verdana" w:hAnsi="Verdana" w:cs="Cavolini"/>
                <w:sz w:val="20"/>
                <w:szCs w:val="20"/>
              </w:rPr>
              <w:t>28</w:t>
            </w:r>
          </w:p>
        </w:tc>
        <w:tc>
          <w:tcPr>
            <w:tcW w:w="1214" w:type="dxa"/>
            <w:shd w:val="clear" w:color="auto" w:fill="D6E3BC" w:themeFill="accent3" w:themeFillTint="66"/>
          </w:tcPr>
          <w:p w14:paraId="2C2DD2F3" w14:textId="4A007E3D" w:rsidR="00A20691" w:rsidRPr="00344156" w:rsidRDefault="00FB7C2A" w:rsidP="00A20691">
            <w:pPr>
              <w:jc w:val="center"/>
              <w:rPr>
                <w:rFonts w:ascii="Verdana" w:hAnsi="Verdana" w:cs="Cavolini"/>
                <w:sz w:val="20"/>
                <w:szCs w:val="20"/>
              </w:rPr>
            </w:pPr>
            <w:r>
              <w:rPr>
                <w:rFonts w:ascii="Verdana" w:hAnsi="Verdana" w:cs="Cavolini"/>
                <w:sz w:val="20"/>
                <w:szCs w:val="20"/>
              </w:rPr>
              <w:t>29</w:t>
            </w:r>
          </w:p>
        </w:tc>
        <w:tc>
          <w:tcPr>
            <w:tcW w:w="2135" w:type="dxa"/>
            <w:shd w:val="clear" w:color="auto" w:fill="D6E3BC" w:themeFill="accent3" w:themeFillTint="66"/>
          </w:tcPr>
          <w:p w14:paraId="75026C2C" w14:textId="556B33D8" w:rsidR="00A20691" w:rsidRPr="00344156" w:rsidRDefault="00FB7C2A" w:rsidP="00A20691">
            <w:pPr>
              <w:jc w:val="center"/>
              <w:rPr>
                <w:rFonts w:ascii="Verdana" w:hAnsi="Verdana" w:cs="Cavolini"/>
                <w:sz w:val="20"/>
                <w:szCs w:val="20"/>
              </w:rPr>
            </w:pPr>
            <w:r>
              <w:rPr>
                <w:rFonts w:ascii="Verdana" w:hAnsi="Verdana" w:cs="Cavolini"/>
                <w:sz w:val="20"/>
                <w:szCs w:val="20"/>
              </w:rPr>
              <w:t>30</w:t>
            </w:r>
            <w:r>
              <w:rPr>
                <w:rFonts w:ascii="Verdana" w:hAnsi="Verdana" w:cs="Cavolini"/>
                <w:sz w:val="20"/>
                <w:szCs w:val="20"/>
              </w:rPr>
              <w:br/>
              <w:t>CLUB DINNER</w:t>
            </w:r>
          </w:p>
        </w:tc>
        <w:tc>
          <w:tcPr>
            <w:tcW w:w="1662" w:type="dxa"/>
            <w:shd w:val="clear" w:color="auto" w:fill="D6E3BC" w:themeFill="accent3" w:themeFillTint="66"/>
          </w:tcPr>
          <w:p w14:paraId="78FCC127" w14:textId="73BC4828" w:rsidR="00A20691" w:rsidRPr="00344156" w:rsidRDefault="00A20691" w:rsidP="00A20691">
            <w:pPr>
              <w:jc w:val="center"/>
              <w:rPr>
                <w:rFonts w:ascii="Verdana" w:hAnsi="Verdana" w:cs="Cavolini"/>
                <w:sz w:val="20"/>
                <w:szCs w:val="20"/>
              </w:rPr>
            </w:pPr>
          </w:p>
        </w:tc>
        <w:tc>
          <w:tcPr>
            <w:tcW w:w="1450" w:type="dxa"/>
            <w:shd w:val="clear" w:color="auto" w:fill="D6E3BC" w:themeFill="accent3" w:themeFillTint="66"/>
          </w:tcPr>
          <w:p w14:paraId="138AE809" w14:textId="192927C9" w:rsidR="00A20691" w:rsidRPr="00344156" w:rsidRDefault="00A20691" w:rsidP="00A20691">
            <w:pPr>
              <w:jc w:val="center"/>
              <w:rPr>
                <w:rFonts w:ascii="Verdana" w:hAnsi="Verdana" w:cs="Cavolini"/>
                <w:sz w:val="20"/>
                <w:szCs w:val="20"/>
              </w:rPr>
            </w:pPr>
          </w:p>
        </w:tc>
        <w:tc>
          <w:tcPr>
            <w:tcW w:w="1302" w:type="dxa"/>
            <w:shd w:val="clear" w:color="auto" w:fill="D6E3BC" w:themeFill="accent3" w:themeFillTint="66"/>
          </w:tcPr>
          <w:p w14:paraId="52F46647" w14:textId="77777777" w:rsidR="00A20691" w:rsidRPr="00344156" w:rsidRDefault="00A20691" w:rsidP="00A20691">
            <w:pPr>
              <w:jc w:val="center"/>
              <w:rPr>
                <w:rFonts w:ascii="Verdana" w:hAnsi="Verdana" w:cs="Cavolini"/>
                <w:sz w:val="20"/>
                <w:szCs w:val="20"/>
              </w:rPr>
            </w:pPr>
            <w:r>
              <w:rPr>
                <w:rFonts w:ascii="Verdana" w:hAnsi="Verdana" w:cs="Cavolini"/>
                <w:sz w:val="20"/>
                <w:szCs w:val="20"/>
              </w:rPr>
              <w:t xml:space="preserve"> </w:t>
            </w:r>
          </w:p>
        </w:tc>
        <w:tc>
          <w:tcPr>
            <w:tcW w:w="1438" w:type="dxa"/>
            <w:shd w:val="clear" w:color="auto" w:fill="D6E3BC" w:themeFill="accent3" w:themeFillTint="66"/>
          </w:tcPr>
          <w:p w14:paraId="050496CD" w14:textId="77777777" w:rsidR="00A20691" w:rsidRPr="00344156" w:rsidRDefault="00A20691" w:rsidP="00A20691">
            <w:pPr>
              <w:jc w:val="center"/>
              <w:rPr>
                <w:rFonts w:ascii="Verdana" w:hAnsi="Verdana" w:cs="Cavolini"/>
                <w:sz w:val="20"/>
                <w:szCs w:val="20"/>
              </w:rPr>
            </w:pPr>
            <w:r>
              <w:rPr>
                <w:rFonts w:ascii="Verdana" w:hAnsi="Verdana" w:cs="Cavolini"/>
                <w:sz w:val="20"/>
                <w:szCs w:val="20"/>
              </w:rPr>
              <w:t xml:space="preserve"> </w:t>
            </w:r>
          </w:p>
        </w:tc>
      </w:tr>
    </w:tbl>
    <w:p w14:paraId="28566AC8" w14:textId="77777777" w:rsidR="00A20691" w:rsidRDefault="00A20691">
      <w:pPr>
        <w:pStyle w:val="Heading2"/>
        <w:rPr>
          <w:color w:val="0070C0"/>
        </w:rPr>
      </w:pPr>
    </w:p>
    <w:p w14:paraId="164B33FB" w14:textId="77777777" w:rsidR="00382B27" w:rsidRPr="00C664B2" w:rsidRDefault="00F65FA4">
      <w:pPr>
        <w:pStyle w:val="Heading2"/>
        <w:rPr>
          <w:color w:val="0070C0"/>
        </w:rPr>
      </w:pPr>
      <w:r w:rsidRPr="00C664B2">
        <w:rPr>
          <w:color w:val="0070C0"/>
        </w:rPr>
        <w:t>FNQ Chapter</w:t>
      </w:r>
    </w:p>
    <w:p w14:paraId="5E15D5EF" w14:textId="77777777" w:rsidR="00382B27" w:rsidRDefault="00F65FA4">
      <w:r>
        <w:t xml:space="preserve">Weekly drives meet at 9:00 AM every Wednesday at the </w:t>
      </w:r>
      <w:proofErr w:type="spellStart"/>
      <w:r>
        <w:t>Tolga</w:t>
      </w:r>
      <w:proofErr w:type="spellEnd"/>
      <w:r>
        <w:t xml:space="preserve"> Pub. Recent destinations include the Gillies Roadhouse.</w:t>
      </w:r>
      <w:r>
        <w:br/>
      </w:r>
    </w:p>
    <w:p w14:paraId="06BD230B" w14:textId="77777777" w:rsidR="00382B27" w:rsidRPr="00C664B2" w:rsidRDefault="00F65FA4">
      <w:pPr>
        <w:pStyle w:val="Heading2"/>
        <w:rPr>
          <w:color w:val="0070C0"/>
        </w:rPr>
      </w:pPr>
      <w:r w:rsidRPr="00C664B2">
        <w:rPr>
          <w:color w:val="0070C0"/>
        </w:rPr>
        <w:t>Weekly Sunday Drives</w:t>
      </w:r>
    </w:p>
    <w:p w14:paraId="20F62215" w14:textId="77777777" w:rsidR="00382B27" w:rsidRDefault="00F65FA4">
      <w:r>
        <w:t xml:space="preserve">Meet every Sunday at 9:00 AM </w:t>
      </w:r>
      <w:proofErr w:type="gramStart"/>
      <w:r>
        <w:t>at</w:t>
      </w:r>
      <w:proofErr w:type="gramEnd"/>
      <w:r>
        <w:t xml:space="preserve"> Sk8way for a casual, destination-decided-on-the-day drive. All SIV drivers welcome!</w:t>
      </w:r>
    </w:p>
    <w:p w14:paraId="1D86453D" w14:textId="77777777" w:rsidR="00DE6D92" w:rsidRDefault="00DE6D92"/>
    <w:p w14:paraId="431B052F" w14:textId="7DD18CF8" w:rsidR="00382B27" w:rsidRPr="00C664B2" w:rsidRDefault="00F65FA4">
      <w:pPr>
        <w:pStyle w:val="Heading2"/>
        <w:rPr>
          <w:color w:val="0070C0"/>
        </w:rPr>
      </w:pPr>
      <w:r w:rsidRPr="00C664B2">
        <w:rPr>
          <w:color w:val="0070C0"/>
        </w:rPr>
        <w:t xml:space="preserve">Motorsport Highlights – </w:t>
      </w:r>
      <w:r w:rsidR="00FB7C2A">
        <w:rPr>
          <w:color w:val="0070C0"/>
        </w:rPr>
        <w:t>September</w:t>
      </w:r>
      <w:r w:rsidRPr="00C664B2">
        <w:rPr>
          <w:color w:val="0070C0"/>
        </w:rPr>
        <w:t xml:space="preserve"> 2025</w:t>
      </w:r>
    </w:p>
    <w:p w14:paraId="029A0873" w14:textId="36FC60D7" w:rsidR="00FB7C2A" w:rsidRPr="00FB7C2A" w:rsidRDefault="00FB7C2A">
      <w:pPr>
        <w:pStyle w:val="ListBullet"/>
      </w:pPr>
      <w:r w:rsidRPr="00FB7C2A">
        <w:t>25 September 2025 </w:t>
      </w:r>
      <w:r w:rsidR="00F36C98">
        <w:t xml:space="preserve">- </w:t>
      </w:r>
      <w:r w:rsidR="00F36C98" w:rsidRPr="00FB7C2A">
        <w:t xml:space="preserve">QRDC </w:t>
      </w:r>
    </w:p>
    <w:p w14:paraId="0BE27430" w14:textId="5F26007F" w:rsidR="00FB7C2A" w:rsidRDefault="00F36C98">
      <w:pPr>
        <w:pStyle w:val="ListBullet"/>
      </w:pPr>
      <w:r>
        <w:t xml:space="preserve">14 </w:t>
      </w:r>
      <w:r w:rsidR="00FB7C2A" w:rsidRPr="00FB7C2A">
        <w:t>September </w:t>
      </w:r>
      <w:r>
        <w:t xml:space="preserve">2025 </w:t>
      </w:r>
      <w:r w:rsidR="00FB7C2A" w:rsidRPr="00FB7C2A">
        <w:t>GT racing.</w:t>
      </w:r>
    </w:p>
    <w:p w14:paraId="482C181A" w14:textId="4FEDEEB7" w:rsidR="00DE6D92" w:rsidRDefault="00F36C98" w:rsidP="00F36C98">
      <w:pPr>
        <w:pStyle w:val="ListBullet"/>
        <w:tabs>
          <w:tab w:val="clear" w:pos="360"/>
          <w:tab w:val="num" w:pos="0"/>
          <w:tab w:val="num" w:pos="1897"/>
        </w:tabs>
      </w:pPr>
      <w:r w:rsidRPr="00F36C98">
        <w:t>6 - 7 September 2025</w:t>
      </w:r>
      <w:r>
        <w:t xml:space="preserve"> Super Bike Championship Phillip Island</w:t>
      </w:r>
    </w:p>
    <w:p w14:paraId="18A99BF9" w14:textId="61EB3219" w:rsidR="00F36C98" w:rsidRPr="00F36C98" w:rsidRDefault="00F36C98" w:rsidP="00F36C98">
      <w:pPr>
        <w:pStyle w:val="ListBullet"/>
        <w:tabs>
          <w:tab w:val="clear" w:pos="360"/>
          <w:tab w:val="num" w:pos="0"/>
          <w:tab w:val="num" w:pos="1897"/>
        </w:tabs>
      </w:pPr>
      <w:r w:rsidRPr="00F36C98">
        <w:t xml:space="preserve">5 - 7 September 2025 GT World Challenge </w:t>
      </w:r>
      <w:proofErr w:type="gramStart"/>
      <w:r w:rsidRPr="00F36C98">
        <w:t>The</w:t>
      </w:r>
      <w:proofErr w:type="gramEnd"/>
      <w:r w:rsidRPr="00F36C98">
        <w:t xml:space="preserve"> Bend, Australia</w:t>
      </w:r>
    </w:p>
    <w:p w14:paraId="5EA56F31" w14:textId="77777777" w:rsidR="00382B27" w:rsidRPr="00C664B2" w:rsidRDefault="00F65FA4">
      <w:pPr>
        <w:pStyle w:val="Heading2"/>
        <w:rPr>
          <w:color w:val="0070C0"/>
        </w:rPr>
      </w:pPr>
      <w:r w:rsidRPr="00C664B2">
        <w:rPr>
          <w:color w:val="0070C0"/>
        </w:rPr>
        <w:t>From the President</w:t>
      </w:r>
    </w:p>
    <w:p w14:paraId="0BA78B29" w14:textId="6DB8DD93" w:rsidR="00A20691" w:rsidRDefault="00A20691" w:rsidP="00A20691">
      <w:pPr>
        <w:jc w:val="both"/>
        <w:rPr>
          <w:b/>
          <w:bCs/>
          <w:u w:val="single"/>
        </w:rPr>
      </w:pPr>
      <w:proofErr w:type="spellStart"/>
      <w:r w:rsidRPr="00A20691">
        <w:rPr>
          <w:b/>
          <w:bCs/>
          <w:u w:val="single"/>
        </w:rPr>
        <w:t>Cheapa</w:t>
      </w:r>
      <w:proofErr w:type="spellEnd"/>
      <w:r w:rsidRPr="00A20691">
        <w:rPr>
          <w:b/>
          <w:bCs/>
          <w:u w:val="single"/>
        </w:rPr>
        <w:t xml:space="preserve"> Auto Spares Sprint Series – Round </w:t>
      </w:r>
      <w:r w:rsidR="00F36C98">
        <w:rPr>
          <w:b/>
          <w:bCs/>
          <w:u w:val="single"/>
        </w:rPr>
        <w:t>6</w:t>
      </w:r>
    </w:p>
    <w:p w14:paraId="0E7CBE44" w14:textId="5463FF62" w:rsidR="001D6E0E" w:rsidRPr="001D6E0E" w:rsidRDefault="001D6E0E" w:rsidP="002A2F9F">
      <w:r w:rsidRPr="001D6E0E">
        <w:t xml:space="preserve">Great to see another 29-car field this time. And boy, </w:t>
      </w:r>
      <w:r w:rsidRPr="001D6E0E">
        <w:t>there were</w:t>
      </w:r>
      <w:r w:rsidRPr="001D6E0E">
        <w:t xml:space="preserve"> some great cars. The West WX10 was back, along with Keelan Dunstan’s Ginetta, newly imported from England. The Porsche Cayman GT3RS was back as was Gary Browns C8 Corvette.</w:t>
      </w:r>
    </w:p>
    <w:p w14:paraId="1356CE2B" w14:textId="77777777" w:rsidR="001D6E0E" w:rsidRPr="001D6E0E" w:rsidRDefault="001D6E0E" w:rsidP="001D6E0E">
      <w:pPr>
        <w:jc w:val="center"/>
      </w:pPr>
      <w:r w:rsidRPr="001D6E0E">
        <w:t>Class 2</w:t>
      </w:r>
    </w:p>
    <w:p w14:paraId="04300E5B" w14:textId="77777777" w:rsidR="001D6E0E" w:rsidRPr="001D6E0E" w:rsidRDefault="001D6E0E" w:rsidP="002A2F9F">
      <w:r w:rsidRPr="001D6E0E">
        <w:t>Poor Cameron Brown was really up against it in his Suzuki Swift. Chasing the West, well there was only 1 chance of beating it, the shortcut from turn 2 to turn 9. He did not try it, but still managed a 1:34, which for a normal class 2 is a great time. Maybe it is time to set up class 8 again.</w:t>
      </w:r>
    </w:p>
    <w:p w14:paraId="15397668" w14:textId="77777777" w:rsidR="001D6E0E" w:rsidRPr="001D6E0E" w:rsidRDefault="001D6E0E" w:rsidP="001D6E0E">
      <w:pPr>
        <w:jc w:val="center"/>
      </w:pPr>
      <w:r w:rsidRPr="001D6E0E">
        <w:t>Class 3</w:t>
      </w:r>
    </w:p>
    <w:p w14:paraId="328BD0E1" w14:textId="77777777" w:rsidR="00F07646" w:rsidRDefault="001D6E0E" w:rsidP="00F07646">
      <w:pPr>
        <w:jc w:val="both"/>
      </w:pPr>
      <w:r w:rsidRPr="001D6E0E">
        <w:t xml:space="preserve">Silvano </w:t>
      </w:r>
      <w:r w:rsidR="0028784B">
        <w:t>was</w:t>
      </w:r>
      <w:r w:rsidRPr="001D6E0E">
        <w:t xml:space="preserve"> first in class for the </w:t>
      </w:r>
      <w:proofErr w:type="gramStart"/>
      <w:r w:rsidRPr="001D6E0E">
        <w:t>first time, well done</w:t>
      </w:r>
      <w:proofErr w:type="gramEnd"/>
      <w:r w:rsidRPr="001D6E0E">
        <w:t xml:space="preserve"> mate. Ian Jorgenson in the mighty Fiat 500 Abarth was a mere 1.3 seconds back. Amazing result for the pocket rocket.</w:t>
      </w:r>
    </w:p>
    <w:p w14:paraId="2CD4F21B" w14:textId="2AE51CBA" w:rsidR="001D6E0E" w:rsidRPr="001D6E0E" w:rsidRDefault="001D6E0E" w:rsidP="00F07646">
      <w:pPr>
        <w:jc w:val="center"/>
      </w:pPr>
      <w:r w:rsidRPr="001D6E0E">
        <w:lastRenderedPageBreak/>
        <w:t>Class 4</w:t>
      </w:r>
    </w:p>
    <w:p w14:paraId="0058C563" w14:textId="70F1092F" w:rsidR="001D6E0E" w:rsidRPr="001D6E0E" w:rsidRDefault="001D6E0E" w:rsidP="00F07646">
      <w:r w:rsidRPr="001D6E0E">
        <w:t xml:space="preserve">Keelan’s Ginetta dominated class 4. 3.8 seconds in front of Brett Twyford’s GT3RS, wow. The Porsche is one hell of a weapon, but it shows what a proper GT3 race car is capable of. Third in class was Tim Branch in his Mitsubishi Starion, with a phenomenal 1:23 lap. Just amazing for a car from the 80’s. Anthony Villella kept up his great results in the Honda Civic. Steve McHugh was 2 seconds back, and 2 seconds clear of a group clustered behind him, Edward Deren, Ross </w:t>
      </w:r>
      <w:r w:rsidR="007A08B0" w:rsidRPr="001D6E0E">
        <w:t>Reynolds</w:t>
      </w:r>
      <w:r w:rsidRPr="001D6E0E">
        <w:t xml:space="preserve"> and an unlucky Shane Corradi (exhaust nuts fell off), with the last 4 in class, Andrew Kearney, Flynn Kearney, Michael Ellise-Doidge and Bradley Gilroy keeping all in front of them honest.</w:t>
      </w:r>
    </w:p>
    <w:p w14:paraId="641E1C73" w14:textId="77777777" w:rsidR="001D6E0E" w:rsidRPr="001D6E0E" w:rsidRDefault="001D6E0E" w:rsidP="00C86659">
      <w:pPr>
        <w:jc w:val="center"/>
      </w:pPr>
      <w:r w:rsidRPr="001D6E0E">
        <w:t>Class 5</w:t>
      </w:r>
    </w:p>
    <w:p w14:paraId="723644D6" w14:textId="3782587F" w:rsidR="001D6E0E" w:rsidRPr="001D6E0E" w:rsidRDefault="001D6E0E" w:rsidP="003A47F5">
      <w:r w:rsidRPr="001D6E0E">
        <w:t>Leo Rodriguez took out class 5 with Blake Joppich and Flynn Dunkerton taking out 2</w:t>
      </w:r>
      <w:r w:rsidRPr="001D6E0E">
        <w:rPr>
          <w:vertAlign w:val="superscript"/>
        </w:rPr>
        <w:t>nd</w:t>
      </w:r>
      <w:r w:rsidRPr="001D6E0E">
        <w:t xml:space="preserve"> and 3</w:t>
      </w:r>
      <w:r w:rsidRPr="001D6E0E">
        <w:rPr>
          <w:vertAlign w:val="superscript"/>
        </w:rPr>
        <w:t>rd</w:t>
      </w:r>
      <w:r w:rsidRPr="001D6E0E">
        <w:t xml:space="preserve"> respectively. Justin Brittian was 4</w:t>
      </w:r>
      <w:r w:rsidRPr="001D6E0E">
        <w:rPr>
          <w:vertAlign w:val="superscript"/>
        </w:rPr>
        <w:t>th</w:t>
      </w:r>
      <w:r w:rsidRPr="001D6E0E">
        <w:t xml:space="preserve"> and Brodie Rose in 5</w:t>
      </w:r>
      <w:r w:rsidRPr="001D6E0E">
        <w:rPr>
          <w:vertAlign w:val="superscript"/>
        </w:rPr>
        <w:t>th</w:t>
      </w:r>
      <w:r w:rsidRPr="001D6E0E">
        <w:t xml:space="preserve">. Leo was only a second quicker than Blake, whilst Flynn was a tenth of a second in front of Justin. </w:t>
      </w:r>
    </w:p>
    <w:p w14:paraId="2195814E" w14:textId="77777777" w:rsidR="001D6E0E" w:rsidRPr="001D6E0E" w:rsidRDefault="001D6E0E" w:rsidP="001D6E0E">
      <w:pPr>
        <w:jc w:val="center"/>
      </w:pPr>
      <w:r w:rsidRPr="001D6E0E">
        <w:t>Class 6</w:t>
      </w:r>
    </w:p>
    <w:p w14:paraId="7F8E4C46" w14:textId="7B854366" w:rsidR="001D6E0E" w:rsidRPr="001D6E0E" w:rsidRDefault="001D6E0E" w:rsidP="001D6E0E">
      <w:r w:rsidRPr="001D6E0E">
        <w:t xml:space="preserve">Gary </w:t>
      </w:r>
      <w:r w:rsidR="00A9127C" w:rsidRPr="001D6E0E">
        <w:t>Brown,</w:t>
      </w:r>
      <w:r w:rsidRPr="001D6E0E">
        <w:t xml:space="preserve"> in the now broken </w:t>
      </w:r>
      <w:proofErr w:type="gramStart"/>
      <w:r w:rsidRPr="001D6E0E">
        <w:t xml:space="preserve">C8 </w:t>
      </w:r>
      <w:r w:rsidR="00A9127C" w:rsidRPr="001D6E0E">
        <w:t>Corvette</w:t>
      </w:r>
      <w:proofErr w:type="gramEnd"/>
      <w:r w:rsidR="00A9127C" w:rsidRPr="001D6E0E">
        <w:t>,</w:t>
      </w:r>
      <w:r w:rsidRPr="001D6E0E">
        <w:t xml:space="preserve"> won class 6, with Lloyd Struber once again performing miracles in his XR8 Falcon. Earlier this year Lloyd did a 1:25, which he topped once again with a 1:24.7. Very, very cool.</w:t>
      </w:r>
      <w:r w:rsidR="00A9127C">
        <w:t xml:space="preserve">  </w:t>
      </w:r>
      <w:r w:rsidRPr="001D6E0E">
        <w:t>3</w:t>
      </w:r>
      <w:r w:rsidRPr="001D6E0E">
        <w:rPr>
          <w:vertAlign w:val="superscript"/>
        </w:rPr>
        <w:t>rd</w:t>
      </w:r>
      <w:r w:rsidRPr="001D6E0E">
        <w:t xml:space="preserve"> in class was Michael C</w:t>
      </w:r>
      <w:r w:rsidR="00A9127C">
        <w:t>u</w:t>
      </w:r>
      <w:r w:rsidRPr="001D6E0E">
        <w:t>tuli in his LS powered BMW, with first timers following in 4</w:t>
      </w:r>
      <w:r w:rsidRPr="001D6E0E">
        <w:rPr>
          <w:vertAlign w:val="superscript"/>
        </w:rPr>
        <w:t>th</w:t>
      </w:r>
      <w:r w:rsidRPr="001D6E0E">
        <w:t>, 5</w:t>
      </w:r>
      <w:r w:rsidRPr="001D6E0E">
        <w:rPr>
          <w:vertAlign w:val="superscript"/>
        </w:rPr>
        <w:t>th</w:t>
      </w:r>
      <w:r w:rsidRPr="001D6E0E">
        <w:t xml:space="preserve"> and 6</w:t>
      </w:r>
      <w:r w:rsidRPr="001D6E0E">
        <w:rPr>
          <w:vertAlign w:val="superscript"/>
        </w:rPr>
        <w:t>th</w:t>
      </w:r>
      <w:r w:rsidRPr="001D6E0E">
        <w:t xml:space="preserve">. John Sinclair and Marty Grogan followed along in the Mustang, but my drive of the day went to Kelsey Brown. </w:t>
      </w:r>
      <w:r w:rsidR="000230A8">
        <w:t xml:space="preserve"> </w:t>
      </w:r>
      <w:r w:rsidRPr="001D6E0E">
        <w:t xml:space="preserve">First time on a </w:t>
      </w:r>
      <w:r w:rsidR="000230A8" w:rsidRPr="001D6E0E">
        <w:t>racetrack</w:t>
      </w:r>
      <w:r w:rsidRPr="001D6E0E">
        <w:t xml:space="preserve">, driving her dad’s C8 Corvette, great job Kelsey. Oh yeh, and dad was driving the C8 when it broke, so we can claim it was his fault. </w:t>
      </w:r>
    </w:p>
    <w:p w14:paraId="55A44988" w14:textId="77777777" w:rsidR="001D6E0E" w:rsidRPr="001D6E0E" w:rsidRDefault="001D6E0E" w:rsidP="001D6E0E">
      <w:pPr>
        <w:jc w:val="center"/>
      </w:pPr>
      <w:r w:rsidRPr="001D6E0E">
        <w:t>OUTRIGHT</w:t>
      </w:r>
    </w:p>
    <w:p w14:paraId="1AA5CE8F" w14:textId="6DC244ED" w:rsidR="001D6E0E" w:rsidRPr="001D6E0E" w:rsidRDefault="001D6E0E" w:rsidP="001D6E0E">
      <w:r w:rsidRPr="001D6E0E">
        <w:t>Phil Moravcik was fast, real fast. Only 1.4 seconds off the lap record on only his second drive in the West is superb, However, I think Keelan Dunstan will have a say on who will get the new lap record first. If Keelan had not blown an oil filter, I think it would have been e</w:t>
      </w:r>
      <w:r w:rsidR="00115FA2">
        <w:t>ven</w:t>
      </w:r>
      <w:r w:rsidRPr="001D6E0E">
        <w:t xml:space="preserve"> closer. </w:t>
      </w:r>
      <w:r w:rsidR="00115FA2">
        <w:t xml:space="preserve"> </w:t>
      </w:r>
      <w:r w:rsidRPr="001D6E0E">
        <w:t>Brett Twyford and Gary Brown were their usual quick selves, with the amazing runs of Tim Branch and Lloyd Struber running in 5</w:t>
      </w:r>
      <w:r w:rsidRPr="001D6E0E">
        <w:rPr>
          <w:vertAlign w:val="superscript"/>
        </w:rPr>
        <w:t>th</w:t>
      </w:r>
      <w:r w:rsidRPr="001D6E0E">
        <w:t xml:space="preserve"> and 6</w:t>
      </w:r>
      <w:r w:rsidRPr="001D6E0E">
        <w:rPr>
          <w:vertAlign w:val="superscript"/>
        </w:rPr>
        <w:t>th</w:t>
      </w:r>
      <w:r w:rsidRPr="001D6E0E">
        <w:t>, with Michael C</w:t>
      </w:r>
      <w:r w:rsidR="00D9203D">
        <w:t>u</w:t>
      </w:r>
      <w:r w:rsidRPr="001D6E0E">
        <w:t>tuli, Leo Rodriguez, Anthony Villella and Blake Joppich rounding out the top 10. 4 of the 5 classes were</w:t>
      </w:r>
      <w:r w:rsidR="00D9203D">
        <w:t xml:space="preserve"> </w:t>
      </w:r>
      <w:r w:rsidRPr="001D6E0E">
        <w:t>represented in the top 10, which just shows the diversity of quick cars we have on track.</w:t>
      </w:r>
    </w:p>
    <w:p w14:paraId="11710275" w14:textId="28EE77DD" w:rsidR="001D6E0E" w:rsidRPr="001D6E0E" w:rsidRDefault="001D6E0E" w:rsidP="001D6E0E">
      <w:r w:rsidRPr="001D6E0E">
        <w:t xml:space="preserve">A great day, with good numbers. 29 cars, many laps as usual, some very quick times, amazing cars and great people. I want to thank all who ran. You make the officials jobs easy, and it is a pleasure watching all go around. Don’t get caught up </w:t>
      </w:r>
      <w:proofErr w:type="gramStart"/>
      <w:r w:rsidRPr="001D6E0E">
        <w:t>in</w:t>
      </w:r>
      <w:proofErr w:type="gramEnd"/>
      <w:r w:rsidRPr="001D6E0E">
        <w:t xml:space="preserve"> the outright runners, improving your time is all you should worry about. </w:t>
      </w:r>
    </w:p>
    <w:p w14:paraId="13604A9D" w14:textId="77777777" w:rsidR="001D6E0E" w:rsidRPr="001D6E0E" w:rsidRDefault="001D6E0E" w:rsidP="001D6E0E">
      <w:r w:rsidRPr="001D6E0E">
        <w:t>Zeds Rule</w:t>
      </w:r>
    </w:p>
    <w:p w14:paraId="701B1E75" w14:textId="77777777" w:rsidR="001D6E0E" w:rsidRPr="001D6E0E" w:rsidRDefault="001D6E0E" w:rsidP="001D6E0E">
      <w:r w:rsidRPr="001D6E0E">
        <w:t>Michael Seymour</w:t>
      </w:r>
    </w:p>
    <w:p w14:paraId="2BFFC6DC" w14:textId="77777777" w:rsidR="001D6E0E" w:rsidRPr="00A20691" w:rsidRDefault="001D6E0E" w:rsidP="00A20691">
      <w:pPr>
        <w:jc w:val="both"/>
        <w:rPr>
          <w:b/>
          <w:bCs/>
          <w:u w:val="single"/>
        </w:rPr>
      </w:pPr>
    </w:p>
    <w:tbl>
      <w:tblPr>
        <w:tblStyle w:val="TableGrid"/>
        <w:tblW w:w="0" w:type="auto"/>
        <w:tblLook w:val="04A0" w:firstRow="1" w:lastRow="0" w:firstColumn="1" w:lastColumn="0" w:noHBand="0" w:noVBand="1"/>
      </w:tblPr>
      <w:tblGrid>
        <w:gridCol w:w="2397"/>
        <w:gridCol w:w="2277"/>
        <w:gridCol w:w="1978"/>
      </w:tblGrid>
      <w:tr w:rsidR="00927686" w14:paraId="3B4E5BE8" w14:textId="494A8BF0" w:rsidTr="00927686">
        <w:tc>
          <w:tcPr>
            <w:tcW w:w="2397" w:type="dxa"/>
          </w:tcPr>
          <w:p w14:paraId="1D5B2F58" w14:textId="49EBCAD0" w:rsidR="00927686" w:rsidRPr="00D16550" w:rsidRDefault="00927686" w:rsidP="00D16550">
            <w:pPr>
              <w:jc w:val="center"/>
              <w:rPr>
                <w:b/>
                <w:bCs/>
              </w:rPr>
            </w:pPr>
            <w:r>
              <w:rPr>
                <w:b/>
                <w:bCs/>
              </w:rPr>
              <w:lastRenderedPageBreak/>
              <w:t>NAME &amp; CLASS</w:t>
            </w:r>
          </w:p>
        </w:tc>
        <w:tc>
          <w:tcPr>
            <w:tcW w:w="2277" w:type="dxa"/>
          </w:tcPr>
          <w:p w14:paraId="4E33FBC4" w14:textId="7E72E5E4" w:rsidR="00927686" w:rsidRPr="00D16550" w:rsidRDefault="00927686" w:rsidP="00D16550">
            <w:pPr>
              <w:jc w:val="center"/>
              <w:rPr>
                <w:b/>
                <w:bCs/>
              </w:rPr>
            </w:pPr>
            <w:r>
              <w:rPr>
                <w:b/>
                <w:bCs/>
              </w:rPr>
              <w:t>CLASS</w:t>
            </w:r>
          </w:p>
        </w:tc>
        <w:tc>
          <w:tcPr>
            <w:tcW w:w="1978" w:type="dxa"/>
          </w:tcPr>
          <w:p w14:paraId="4BE75605" w14:textId="60011E38" w:rsidR="00927686" w:rsidRDefault="00927686" w:rsidP="00D16550">
            <w:pPr>
              <w:jc w:val="center"/>
              <w:rPr>
                <w:b/>
                <w:bCs/>
              </w:rPr>
            </w:pPr>
            <w:r>
              <w:rPr>
                <w:b/>
                <w:bCs/>
              </w:rPr>
              <w:t>TIME</w:t>
            </w:r>
          </w:p>
        </w:tc>
      </w:tr>
      <w:tr w:rsidR="004B3917" w14:paraId="6EC41AF7" w14:textId="6802C2EF" w:rsidTr="00927686">
        <w:tc>
          <w:tcPr>
            <w:tcW w:w="2397" w:type="dxa"/>
          </w:tcPr>
          <w:p w14:paraId="4828949E" w14:textId="7F8F8A88" w:rsidR="004B3917" w:rsidRPr="007E0298" w:rsidRDefault="004B3917" w:rsidP="004B3917">
            <w:pPr>
              <w:rPr>
                <w:sz w:val="20"/>
                <w:szCs w:val="20"/>
              </w:rPr>
            </w:pPr>
            <w:r w:rsidRPr="007E0298">
              <w:rPr>
                <w:rFonts w:ascii="CIDFont+F2" w:hAnsi="CIDFont+F2" w:cs="CIDFont+F2"/>
                <w:sz w:val="20"/>
                <w:szCs w:val="20"/>
                <w:lang w:val="en-AU"/>
              </w:rPr>
              <w:t>Phil Moravcik</w:t>
            </w:r>
          </w:p>
        </w:tc>
        <w:tc>
          <w:tcPr>
            <w:tcW w:w="2277" w:type="dxa"/>
          </w:tcPr>
          <w:p w14:paraId="57DA5A39" w14:textId="68160C37" w:rsidR="004B3917" w:rsidRPr="007E0298" w:rsidRDefault="004B3917" w:rsidP="004B3917">
            <w:pPr>
              <w:rPr>
                <w:sz w:val="20"/>
                <w:szCs w:val="20"/>
              </w:rPr>
            </w:pPr>
            <w:r w:rsidRPr="007E0298">
              <w:rPr>
                <w:rFonts w:ascii="CIDFont+F2" w:hAnsi="CIDFont+F2" w:cs="CIDFont+F2"/>
                <w:sz w:val="20"/>
                <w:szCs w:val="20"/>
                <w:lang w:val="en-AU"/>
              </w:rPr>
              <w:t>2</w:t>
            </w:r>
          </w:p>
        </w:tc>
        <w:tc>
          <w:tcPr>
            <w:tcW w:w="1978" w:type="dxa"/>
          </w:tcPr>
          <w:p w14:paraId="4CFD2F01" w14:textId="499FF2CB" w:rsidR="004B3917" w:rsidRPr="004B3917" w:rsidRDefault="004B3917" w:rsidP="004B3917">
            <w:pPr>
              <w:rPr>
                <w:sz w:val="20"/>
                <w:szCs w:val="20"/>
              </w:rPr>
            </w:pPr>
            <w:r w:rsidRPr="004B3917">
              <w:rPr>
                <w:rFonts w:ascii="CIDFont+F2" w:hAnsi="CIDFont+F2" w:cs="CIDFont+F2"/>
                <w:sz w:val="20"/>
                <w:szCs w:val="20"/>
                <w:lang w:val="en-AU"/>
              </w:rPr>
              <w:t>1:16.574</w:t>
            </w:r>
          </w:p>
        </w:tc>
      </w:tr>
      <w:tr w:rsidR="004B3917" w14:paraId="199C683F" w14:textId="41B3BC69" w:rsidTr="00927686">
        <w:tc>
          <w:tcPr>
            <w:tcW w:w="2397" w:type="dxa"/>
          </w:tcPr>
          <w:p w14:paraId="744B62E6" w14:textId="7FCA1A3A" w:rsidR="004B3917" w:rsidRPr="007E0298" w:rsidRDefault="004B3917" w:rsidP="004B3917">
            <w:pPr>
              <w:rPr>
                <w:sz w:val="20"/>
                <w:szCs w:val="20"/>
              </w:rPr>
            </w:pPr>
            <w:r w:rsidRPr="007E0298">
              <w:rPr>
                <w:rFonts w:ascii="CIDFont+F2" w:hAnsi="CIDFont+F2" w:cs="CIDFont+F2"/>
                <w:sz w:val="20"/>
                <w:szCs w:val="20"/>
                <w:lang w:val="en-AU"/>
              </w:rPr>
              <w:t>Keelan Dunston</w:t>
            </w:r>
          </w:p>
        </w:tc>
        <w:tc>
          <w:tcPr>
            <w:tcW w:w="2277" w:type="dxa"/>
          </w:tcPr>
          <w:p w14:paraId="0B1E046C" w14:textId="30DF9730" w:rsidR="004B3917" w:rsidRPr="007E0298" w:rsidRDefault="004B3917" w:rsidP="004B3917">
            <w:pPr>
              <w:rPr>
                <w:sz w:val="20"/>
                <w:szCs w:val="20"/>
              </w:rPr>
            </w:pPr>
            <w:r w:rsidRPr="007E0298">
              <w:rPr>
                <w:rFonts w:ascii="CIDFont+F2" w:hAnsi="CIDFont+F2" w:cs="CIDFont+F2"/>
                <w:sz w:val="20"/>
                <w:szCs w:val="20"/>
                <w:lang w:val="en-AU"/>
              </w:rPr>
              <w:t>4</w:t>
            </w:r>
          </w:p>
        </w:tc>
        <w:tc>
          <w:tcPr>
            <w:tcW w:w="1978" w:type="dxa"/>
          </w:tcPr>
          <w:p w14:paraId="274FCF7A" w14:textId="183233B5" w:rsidR="004B3917" w:rsidRPr="004B3917" w:rsidRDefault="004B3917" w:rsidP="004B3917">
            <w:pPr>
              <w:rPr>
                <w:sz w:val="20"/>
                <w:szCs w:val="20"/>
              </w:rPr>
            </w:pPr>
            <w:r w:rsidRPr="004B3917">
              <w:rPr>
                <w:rFonts w:ascii="CIDFont+F2" w:hAnsi="CIDFont+F2" w:cs="CIDFont+F2"/>
                <w:sz w:val="20"/>
                <w:szCs w:val="20"/>
                <w:lang w:val="en-AU"/>
              </w:rPr>
              <w:t>1:17.785</w:t>
            </w:r>
          </w:p>
        </w:tc>
      </w:tr>
      <w:tr w:rsidR="004B3917" w14:paraId="7DBC6C99" w14:textId="54C8654A" w:rsidTr="00927686">
        <w:tc>
          <w:tcPr>
            <w:tcW w:w="2397" w:type="dxa"/>
          </w:tcPr>
          <w:p w14:paraId="2057F787" w14:textId="1BE55D2E" w:rsidR="004B3917" w:rsidRPr="007E0298" w:rsidRDefault="004B3917" w:rsidP="004B3917">
            <w:pPr>
              <w:rPr>
                <w:sz w:val="20"/>
                <w:szCs w:val="20"/>
              </w:rPr>
            </w:pPr>
            <w:r w:rsidRPr="007E0298">
              <w:rPr>
                <w:rFonts w:ascii="CIDFont+F2" w:hAnsi="CIDFont+F2" w:cs="CIDFont+F2"/>
                <w:sz w:val="20"/>
                <w:szCs w:val="20"/>
                <w:lang w:val="en-AU"/>
              </w:rPr>
              <w:t>Brett Twyford</w:t>
            </w:r>
          </w:p>
        </w:tc>
        <w:tc>
          <w:tcPr>
            <w:tcW w:w="2277" w:type="dxa"/>
          </w:tcPr>
          <w:p w14:paraId="69BFCA2F" w14:textId="0CB7D3EC" w:rsidR="004B3917" w:rsidRPr="007E0298" w:rsidRDefault="004B3917" w:rsidP="004B3917">
            <w:pPr>
              <w:rPr>
                <w:sz w:val="20"/>
                <w:szCs w:val="20"/>
              </w:rPr>
            </w:pPr>
            <w:r w:rsidRPr="007E0298">
              <w:rPr>
                <w:rFonts w:ascii="CIDFont+F2" w:hAnsi="CIDFont+F2" w:cs="CIDFont+F2"/>
                <w:sz w:val="20"/>
                <w:szCs w:val="20"/>
                <w:lang w:val="en-AU"/>
              </w:rPr>
              <w:t>4</w:t>
            </w:r>
          </w:p>
        </w:tc>
        <w:tc>
          <w:tcPr>
            <w:tcW w:w="1978" w:type="dxa"/>
          </w:tcPr>
          <w:p w14:paraId="26E2AD6A" w14:textId="58F6780D" w:rsidR="004B3917" w:rsidRPr="004B3917" w:rsidRDefault="004B3917" w:rsidP="004B3917">
            <w:pPr>
              <w:rPr>
                <w:sz w:val="20"/>
                <w:szCs w:val="20"/>
              </w:rPr>
            </w:pPr>
            <w:r w:rsidRPr="004B3917">
              <w:rPr>
                <w:rFonts w:ascii="CIDFont+F2" w:hAnsi="CIDFont+F2" w:cs="CIDFont+F2"/>
                <w:sz w:val="20"/>
                <w:szCs w:val="20"/>
                <w:lang w:val="en-AU"/>
              </w:rPr>
              <w:t>1:21.644</w:t>
            </w:r>
          </w:p>
        </w:tc>
      </w:tr>
      <w:tr w:rsidR="004B3917" w14:paraId="4813E408" w14:textId="040F034D" w:rsidTr="00927686">
        <w:tc>
          <w:tcPr>
            <w:tcW w:w="2397" w:type="dxa"/>
          </w:tcPr>
          <w:p w14:paraId="409F2FA1" w14:textId="7CD139F4" w:rsidR="004B3917" w:rsidRPr="007E0298" w:rsidRDefault="004B3917" w:rsidP="004B3917">
            <w:pPr>
              <w:rPr>
                <w:sz w:val="20"/>
                <w:szCs w:val="20"/>
              </w:rPr>
            </w:pPr>
            <w:r w:rsidRPr="007E0298">
              <w:rPr>
                <w:rFonts w:ascii="CIDFont+F2" w:hAnsi="CIDFont+F2" w:cs="CIDFont+F2"/>
                <w:sz w:val="20"/>
                <w:szCs w:val="20"/>
                <w:lang w:val="en-AU"/>
              </w:rPr>
              <w:t>Gary Brown</w:t>
            </w:r>
          </w:p>
        </w:tc>
        <w:tc>
          <w:tcPr>
            <w:tcW w:w="2277" w:type="dxa"/>
          </w:tcPr>
          <w:p w14:paraId="35F30BAE" w14:textId="0349C327" w:rsidR="004B3917" w:rsidRPr="007E0298" w:rsidRDefault="004B3917" w:rsidP="004B3917">
            <w:pPr>
              <w:rPr>
                <w:sz w:val="20"/>
                <w:szCs w:val="20"/>
              </w:rPr>
            </w:pPr>
            <w:r w:rsidRPr="007E0298">
              <w:rPr>
                <w:rFonts w:ascii="CIDFont+F2" w:hAnsi="CIDFont+F2" w:cs="CIDFont+F2"/>
                <w:sz w:val="20"/>
                <w:szCs w:val="20"/>
                <w:lang w:val="en-AU"/>
              </w:rPr>
              <w:t>6</w:t>
            </w:r>
          </w:p>
        </w:tc>
        <w:tc>
          <w:tcPr>
            <w:tcW w:w="1978" w:type="dxa"/>
          </w:tcPr>
          <w:p w14:paraId="4EFE4EAE" w14:textId="026867A3" w:rsidR="004B3917" w:rsidRPr="004B3917" w:rsidRDefault="004B3917" w:rsidP="004B3917">
            <w:pPr>
              <w:rPr>
                <w:sz w:val="20"/>
                <w:szCs w:val="20"/>
              </w:rPr>
            </w:pPr>
            <w:r w:rsidRPr="004B3917">
              <w:rPr>
                <w:rFonts w:ascii="CIDFont+F2" w:hAnsi="CIDFont+F2" w:cs="CIDFont+F2"/>
                <w:sz w:val="20"/>
                <w:szCs w:val="20"/>
                <w:lang w:val="en-AU"/>
              </w:rPr>
              <w:t>1:22.007</w:t>
            </w:r>
          </w:p>
        </w:tc>
      </w:tr>
      <w:tr w:rsidR="004B3917" w14:paraId="18CC7A29" w14:textId="0370BE2D" w:rsidTr="00927686">
        <w:tc>
          <w:tcPr>
            <w:tcW w:w="2397" w:type="dxa"/>
          </w:tcPr>
          <w:p w14:paraId="3E1FEE3C" w14:textId="57A10D5A" w:rsidR="004B3917" w:rsidRPr="007E0298" w:rsidRDefault="004B3917" w:rsidP="004B3917">
            <w:pPr>
              <w:rPr>
                <w:sz w:val="20"/>
                <w:szCs w:val="20"/>
              </w:rPr>
            </w:pPr>
            <w:r w:rsidRPr="007E0298">
              <w:rPr>
                <w:rFonts w:ascii="CIDFont+F2" w:hAnsi="CIDFont+F2" w:cs="CIDFont+F2"/>
                <w:sz w:val="20"/>
                <w:szCs w:val="20"/>
                <w:lang w:val="en-AU"/>
              </w:rPr>
              <w:t>Tim Branch</w:t>
            </w:r>
          </w:p>
        </w:tc>
        <w:tc>
          <w:tcPr>
            <w:tcW w:w="2277" w:type="dxa"/>
          </w:tcPr>
          <w:p w14:paraId="6A0339C7" w14:textId="3FD06E68" w:rsidR="004B3917" w:rsidRPr="007E0298" w:rsidRDefault="004B3917" w:rsidP="004B3917">
            <w:pPr>
              <w:rPr>
                <w:sz w:val="20"/>
                <w:szCs w:val="20"/>
              </w:rPr>
            </w:pPr>
            <w:r w:rsidRPr="007E0298">
              <w:rPr>
                <w:rFonts w:ascii="CIDFont+F2" w:hAnsi="CIDFont+F2" w:cs="CIDFont+F2"/>
                <w:sz w:val="20"/>
                <w:szCs w:val="20"/>
                <w:lang w:val="en-AU"/>
              </w:rPr>
              <w:t>4</w:t>
            </w:r>
          </w:p>
        </w:tc>
        <w:tc>
          <w:tcPr>
            <w:tcW w:w="1978" w:type="dxa"/>
          </w:tcPr>
          <w:p w14:paraId="173C77AD" w14:textId="7A5C94AE" w:rsidR="004B3917" w:rsidRPr="004B3917" w:rsidRDefault="004B3917" w:rsidP="004B3917">
            <w:pPr>
              <w:rPr>
                <w:sz w:val="20"/>
                <w:szCs w:val="20"/>
              </w:rPr>
            </w:pPr>
            <w:r w:rsidRPr="004B3917">
              <w:rPr>
                <w:rFonts w:ascii="CIDFont+F2" w:hAnsi="CIDFont+F2" w:cs="CIDFont+F2"/>
                <w:sz w:val="20"/>
                <w:szCs w:val="20"/>
                <w:lang w:val="en-AU"/>
              </w:rPr>
              <w:t>1:23.089</w:t>
            </w:r>
          </w:p>
        </w:tc>
      </w:tr>
      <w:tr w:rsidR="004B3917" w14:paraId="72A4550F" w14:textId="0B86583A" w:rsidTr="00927686">
        <w:tc>
          <w:tcPr>
            <w:tcW w:w="2397" w:type="dxa"/>
          </w:tcPr>
          <w:p w14:paraId="77773BD3" w14:textId="46B0534E" w:rsidR="004B3917" w:rsidRPr="007E0298" w:rsidRDefault="004B3917" w:rsidP="004B3917">
            <w:pPr>
              <w:rPr>
                <w:sz w:val="20"/>
                <w:szCs w:val="20"/>
              </w:rPr>
            </w:pPr>
            <w:r w:rsidRPr="007E0298">
              <w:rPr>
                <w:rFonts w:ascii="CIDFont+F2" w:hAnsi="CIDFont+F2" w:cs="CIDFont+F2"/>
                <w:sz w:val="20"/>
                <w:szCs w:val="20"/>
                <w:lang w:val="en-AU"/>
              </w:rPr>
              <w:t>Lloyd Struber</w:t>
            </w:r>
          </w:p>
        </w:tc>
        <w:tc>
          <w:tcPr>
            <w:tcW w:w="2277" w:type="dxa"/>
          </w:tcPr>
          <w:p w14:paraId="343F120D" w14:textId="3A287150" w:rsidR="004B3917" w:rsidRPr="007E0298" w:rsidRDefault="004B3917" w:rsidP="004B3917">
            <w:pPr>
              <w:rPr>
                <w:sz w:val="20"/>
                <w:szCs w:val="20"/>
              </w:rPr>
            </w:pPr>
            <w:r w:rsidRPr="007E0298">
              <w:rPr>
                <w:rFonts w:ascii="CIDFont+F2" w:hAnsi="CIDFont+F2" w:cs="CIDFont+F2"/>
                <w:sz w:val="20"/>
                <w:szCs w:val="20"/>
                <w:lang w:val="en-AU"/>
              </w:rPr>
              <w:t>6</w:t>
            </w:r>
          </w:p>
        </w:tc>
        <w:tc>
          <w:tcPr>
            <w:tcW w:w="1978" w:type="dxa"/>
          </w:tcPr>
          <w:p w14:paraId="3BF35188" w14:textId="4CC0C775" w:rsidR="004B3917" w:rsidRPr="004B3917" w:rsidRDefault="004B3917" w:rsidP="004B3917">
            <w:pPr>
              <w:rPr>
                <w:sz w:val="20"/>
                <w:szCs w:val="20"/>
              </w:rPr>
            </w:pPr>
            <w:r w:rsidRPr="004B3917">
              <w:rPr>
                <w:rFonts w:ascii="CIDFont+F2" w:hAnsi="CIDFont+F2" w:cs="CIDFont+F2"/>
                <w:sz w:val="20"/>
                <w:szCs w:val="20"/>
                <w:lang w:val="en-AU"/>
              </w:rPr>
              <w:t>1:24.724</w:t>
            </w:r>
          </w:p>
        </w:tc>
      </w:tr>
      <w:tr w:rsidR="004B3917" w14:paraId="4DC2E819" w14:textId="25639141" w:rsidTr="00927686">
        <w:tc>
          <w:tcPr>
            <w:tcW w:w="2397" w:type="dxa"/>
          </w:tcPr>
          <w:p w14:paraId="25602693" w14:textId="345F83EE" w:rsidR="004B3917" w:rsidRPr="007E0298" w:rsidRDefault="004B3917" w:rsidP="004B3917">
            <w:pPr>
              <w:rPr>
                <w:sz w:val="20"/>
                <w:szCs w:val="20"/>
              </w:rPr>
            </w:pPr>
            <w:r w:rsidRPr="007E0298">
              <w:rPr>
                <w:rFonts w:ascii="CIDFont+F2" w:hAnsi="CIDFont+F2" w:cs="CIDFont+F2"/>
                <w:sz w:val="20"/>
                <w:szCs w:val="20"/>
                <w:lang w:val="en-AU"/>
              </w:rPr>
              <w:t>Michael Cutuli</w:t>
            </w:r>
          </w:p>
        </w:tc>
        <w:tc>
          <w:tcPr>
            <w:tcW w:w="2277" w:type="dxa"/>
          </w:tcPr>
          <w:p w14:paraId="74B48E45" w14:textId="3C8FD943" w:rsidR="004B3917" w:rsidRPr="007E0298" w:rsidRDefault="004B3917" w:rsidP="004B3917">
            <w:pPr>
              <w:rPr>
                <w:sz w:val="20"/>
                <w:szCs w:val="20"/>
              </w:rPr>
            </w:pPr>
            <w:r w:rsidRPr="007E0298">
              <w:rPr>
                <w:rFonts w:ascii="CIDFont+F2" w:hAnsi="CIDFont+F2" w:cs="CIDFont+F2"/>
                <w:sz w:val="20"/>
                <w:szCs w:val="20"/>
                <w:lang w:val="en-AU"/>
              </w:rPr>
              <w:t>6</w:t>
            </w:r>
          </w:p>
        </w:tc>
        <w:tc>
          <w:tcPr>
            <w:tcW w:w="1978" w:type="dxa"/>
          </w:tcPr>
          <w:p w14:paraId="77C84383" w14:textId="1AB0A1CE" w:rsidR="004B3917" w:rsidRPr="004B3917" w:rsidRDefault="004B3917" w:rsidP="004B3917">
            <w:pPr>
              <w:rPr>
                <w:sz w:val="20"/>
                <w:szCs w:val="20"/>
              </w:rPr>
            </w:pPr>
            <w:r w:rsidRPr="004B3917">
              <w:rPr>
                <w:rFonts w:ascii="CIDFont+F2" w:hAnsi="CIDFont+F2" w:cs="CIDFont+F2"/>
                <w:sz w:val="20"/>
                <w:szCs w:val="20"/>
                <w:lang w:val="en-AU"/>
              </w:rPr>
              <w:t>1:24.992</w:t>
            </w:r>
          </w:p>
        </w:tc>
      </w:tr>
      <w:tr w:rsidR="004B3917" w14:paraId="6933FBBC" w14:textId="0B278E3D" w:rsidTr="00927686">
        <w:tc>
          <w:tcPr>
            <w:tcW w:w="2397" w:type="dxa"/>
          </w:tcPr>
          <w:p w14:paraId="494EEAD0" w14:textId="0FDFA0D2" w:rsidR="004B3917" w:rsidRPr="007E0298" w:rsidRDefault="004B3917" w:rsidP="004B3917">
            <w:pPr>
              <w:rPr>
                <w:sz w:val="20"/>
                <w:szCs w:val="20"/>
              </w:rPr>
            </w:pPr>
            <w:r w:rsidRPr="007E0298">
              <w:rPr>
                <w:rFonts w:ascii="CIDFont+F2" w:hAnsi="CIDFont+F2" w:cs="CIDFont+F2"/>
                <w:sz w:val="20"/>
                <w:szCs w:val="20"/>
                <w:lang w:val="en-AU"/>
              </w:rPr>
              <w:t>Leo Rodriguez</w:t>
            </w:r>
          </w:p>
        </w:tc>
        <w:tc>
          <w:tcPr>
            <w:tcW w:w="2277" w:type="dxa"/>
          </w:tcPr>
          <w:p w14:paraId="7392FE55" w14:textId="758EB8F3" w:rsidR="004B3917" w:rsidRPr="007E0298" w:rsidRDefault="004B3917" w:rsidP="004B3917">
            <w:pPr>
              <w:rPr>
                <w:sz w:val="20"/>
                <w:szCs w:val="20"/>
              </w:rPr>
            </w:pPr>
            <w:r w:rsidRPr="007E0298">
              <w:rPr>
                <w:rFonts w:ascii="CIDFont+F2" w:hAnsi="CIDFont+F2" w:cs="CIDFont+F2"/>
                <w:sz w:val="20"/>
                <w:szCs w:val="20"/>
                <w:lang w:val="en-AU"/>
              </w:rPr>
              <w:t>5</w:t>
            </w:r>
          </w:p>
        </w:tc>
        <w:tc>
          <w:tcPr>
            <w:tcW w:w="1978" w:type="dxa"/>
          </w:tcPr>
          <w:p w14:paraId="0788682B" w14:textId="053C2E90" w:rsidR="004B3917" w:rsidRPr="004B3917" w:rsidRDefault="004B3917" w:rsidP="004B3917">
            <w:pPr>
              <w:rPr>
                <w:sz w:val="20"/>
                <w:szCs w:val="20"/>
              </w:rPr>
            </w:pPr>
            <w:r w:rsidRPr="004B3917">
              <w:rPr>
                <w:rFonts w:ascii="CIDFont+F2" w:hAnsi="CIDFont+F2" w:cs="CIDFont+F2"/>
                <w:sz w:val="20"/>
                <w:szCs w:val="20"/>
                <w:lang w:val="en-AU"/>
              </w:rPr>
              <w:t>1:25.475</w:t>
            </w:r>
          </w:p>
        </w:tc>
      </w:tr>
      <w:tr w:rsidR="004B3917" w14:paraId="37F86908" w14:textId="14D4FBD7" w:rsidTr="00927686">
        <w:tc>
          <w:tcPr>
            <w:tcW w:w="2397" w:type="dxa"/>
          </w:tcPr>
          <w:p w14:paraId="0A4D5B0E" w14:textId="7749BB83" w:rsidR="004B3917" w:rsidRPr="007E0298" w:rsidRDefault="004B3917" w:rsidP="004B3917">
            <w:pPr>
              <w:rPr>
                <w:sz w:val="20"/>
                <w:szCs w:val="20"/>
              </w:rPr>
            </w:pPr>
            <w:r w:rsidRPr="007E0298">
              <w:rPr>
                <w:rFonts w:ascii="CIDFont+F2" w:hAnsi="CIDFont+F2" w:cs="CIDFont+F2"/>
                <w:sz w:val="20"/>
                <w:szCs w:val="20"/>
                <w:lang w:val="en-AU"/>
              </w:rPr>
              <w:t>Anthony Villella</w:t>
            </w:r>
          </w:p>
        </w:tc>
        <w:tc>
          <w:tcPr>
            <w:tcW w:w="2277" w:type="dxa"/>
          </w:tcPr>
          <w:p w14:paraId="54AACFF2" w14:textId="7F5A4BC4" w:rsidR="004B3917" w:rsidRPr="007E0298" w:rsidRDefault="004B3917" w:rsidP="004B3917">
            <w:pPr>
              <w:rPr>
                <w:sz w:val="20"/>
                <w:szCs w:val="20"/>
              </w:rPr>
            </w:pPr>
            <w:r w:rsidRPr="007E0298">
              <w:rPr>
                <w:rFonts w:ascii="CIDFont+F2" w:hAnsi="CIDFont+F2" w:cs="CIDFont+F2"/>
                <w:sz w:val="20"/>
                <w:szCs w:val="20"/>
                <w:lang w:val="en-AU"/>
              </w:rPr>
              <w:t>4</w:t>
            </w:r>
          </w:p>
        </w:tc>
        <w:tc>
          <w:tcPr>
            <w:tcW w:w="1978" w:type="dxa"/>
          </w:tcPr>
          <w:p w14:paraId="49CE2BBD" w14:textId="70D2EBCE" w:rsidR="004B3917" w:rsidRPr="004B3917" w:rsidRDefault="004B3917" w:rsidP="004B3917">
            <w:pPr>
              <w:rPr>
                <w:sz w:val="20"/>
                <w:szCs w:val="20"/>
              </w:rPr>
            </w:pPr>
            <w:r w:rsidRPr="004B3917">
              <w:rPr>
                <w:rFonts w:ascii="CIDFont+F2" w:hAnsi="CIDFont+F2" w:cs="CIDFont+F2"/>
                <w:sz w:val="20"/>
                <w:szCs w:val="20"/>
                <w:lang w:val="en-AU"/>
              </w:rPr>
              <w:t>1:25.887</w:t>
            </w:r>
          </w:p>
        </w:tc>
      </w:tr>
      <w:tr w:rsidR="004B3917" w14:paraId="34C61911" w14:textId="514A9CD7" w:rsidTr="00927686">
        <w:tc>
          <w:tcPr>
            <w:tcW w:w="2397" w:type="dxa"/>
          </w:tcPr>
          <w:p w14:paraId="4FE223E2" w14:textId="68E4A441" w:rsidR="004B3917" w:rsidRPr="007E0298" w:rsidRDefault="004B3917" w:rsidP="004B3917">
            <w:pPr>
              <w:rPr>
                <w:sz w:val="20"/>
                <w:szCs w:val="20"/>
              </w:rPr>
            </w:pPr>
            <w:r w:rsidRPr="007E0298">
              <w:rPr>
                <w:rFonts w:ascii="CIDFont+F2" w:hAnsi="CIDFont+F2" w:cs="CIDFont+F2"/>
                <w:sz w:val="20"/>
                <w:szCs w:val="20"/>
                <w:lang w:val="en-AU"/>
              </w:rPr>
              <w:t>Blake Joppich</w:t>
            </w:r>
          </w:p>
        </w:tc>
        <w:tc>
          <w:tcPr>
            <w:tcW w:w="2277" w:type="dxa"/>
          </w:tcPr>
          <w:p w14:paraId="318775FC" w14:textId="4619AA65" w:rsidR="004B3917" w:rsidRPr="007E0298" w:rsidRDefault="004B3917" w:rsidP="004B3917">
            <w:pPr>
              <w:rPr>
                <w:sz w:val="20"/>
                <w:szCs w:val="20"/>
              </w:rPr>
            </w:pPr>
            <w:r w:rsidRPr="007E0298">
              <w:rPr>
                <w:rFonts w:ascii="CIDFont+F2" w:hAnsi="CIDFont+F2" w:cs="CIDFont+F2"/>
                <w:sz w:val="20"/>
                <w:szCs w:val="20"/>
                <w:lang w:val="en-AU"/>
              </w:rPr>
              <w:t>5</w:t>
            </w:r>
          </w:p>
        </w:tc>
        <w:tc>
          <w:tcPr>
            <w:tcW w:w="1978" w:type="dxa"/>
          </w:tcPr>
          <w:p w14:paraId="366FD686" w14:textId="66AD1F17" w:rsidR="004B3917" w:rsidRPr="004B3917" w:rsidRDefault="004B3917" w:rsidP="004B3917">
            <w:pPr>
              <w:rPr>
                <w:sz w:val="20"/>
                <w:szCs w:val="20"/>
              </w:rPr>
            </w:pPr>
            <w:r w:rsidRPr="004B3917">
              <w:rPr>
                <w:rFonts w:ascii="CIDFont+F2" w:hAnsi="CIDFont+F2" w:cs="CIDFont+F2"/>
                <w:sz w:val="20"/>
                <w:szCs w:val="20"/>
                <w:lang w:val="en-AU"/>
              </w:rPr>
              <w:t>1:26.590</w:t>
            </w:r>
          </w:p>
        </w:tc>
      </w:tr>
      <w:tr w:rsidR="004B3917" w14:paraId="6B37ED23" w14:textId="6C51902B" w:rsidTr="00927686">
        <w:tc>
          <w:tcPr>
            <w:tcW w:w="2397" w:type="dxa"/>
          </w:tcPr>
          <w:p w14:paraId="2EBC76D2" w14:textId="51C5EDC5" w:rsidR="004B3917" w:rsidRPr="007E0298" w:rsidRDefault="004B3917" w:rsidP="004B3917">
            <w:pPr>
              <w:rPr>
                <w:sz w:val="20"/>
                <w:szCs w:val="20"/>
              </w:rPr>
            </w:pPr>
            <w:r w:rsidRPr="007E0298">
              <w:rPr>
                <w:rFonts w:ascii="CIDFont+F2" w:hAnsi="CIDFont+F2" w:cs="CIDFont+F2"/>
                <w:sz w:val="20"/>
                <w:szCs w:val="20"/>
                <w:lang w:val="en-AU"/>
              </w:rPr>
              <w:t>Steve McHugh</w:t>
            </w:r>
          </w:p>
        </w:tc>
        <w:tc>
          <w:tcPr>
            <w:tcW w:w="2277" w:type="dxa"/>
          </w:tcPr>
          <w:p w14:paraId="0F27215F" w14:textId="61AAB8D6" w:rsidR="004B3917" w:rsidRPr="007E0298" w:rsidRDefault="004B3917" w:rsidP="004B3917">
            <w:pPr>
              <w:rPr>
                <w:sz w:val="20"/>
                <w:szCs w:val="20"/>
              </w:rPr>
            </w:pPr>
            <w:r w:rsidRPr="007E0298">
              <w:rPr>
                <w:rFonts w:ascii="CIDFont+F2" w:hAnsi="CIDFont+F2" w:cs="CIDFont+F2"/>
                <w:sz w:val="20"/>
                <w:szCs w:val="20"/>
                <w:lang w:val="en-AU"/>
              </w:rPr>
              <w:t>4</w:t>
            </w:r>
          </w:p>
        </w:tc>
        <w:tc>
          <w:tcPr>
            <w:tcW w:w="1978" w:type="dxa"/>
          </w:tcPr>
          <w:p w14:paraId="1014A940" w14:textId="1A8EACDE" w:rsidR="004B3917" w:rsidRPr="004B3917" w:rsidRDefault="004B3917" w:rsidP="004B3917">
            <w:pPr>
              <w:rPr>
                <w:sz w:val="20"/>
                <w:szCs w:val="20"/>
              </w:rPr>
            </w:pPr>
            <w:r w:rsidRPr="004B3917">
              <w:rPr>
                <w:rFonts w:ascii="CIDFont+F2" w:hAnsi="CIDFont+F2" w:cs="CIDFont+F2"/>
                <w:sz w:val="20"/>
                <w:szCs w:val="20"/>
                <w:lang w:val="en-AU"/>
              </w:rPr>
              <w:t>1:27.869</w:t>
            </w:r>
          </w:p>
        </w:tc>
      </w:tr>
      <w:tr w:rsidR="004B3917" w14:paraId="568A24F2" w14:textId="0C5AD023" w:rsidTr="00927686">
        <w:tc>
          <w:tcPr>
            <w:tcW w:w="2397" w:type="dxa"/>
          </w:tcPr>
          <w:p w14:paraId="5B913752" w14:textId="69D2ECC5" w:rsidR="004B3917" w:rsidRPr="007E0298" w:rsidRDefault="004B3917" w:rsidP="004B3917">
            <w:pPr>
              <w:rPr>
                <w:sz w:val="20"/>
                <w:szCs w:val="20"/>
              </w:rPr>
            </w:pPr>
            <w:r w:rsidRPr="007E0298">
              <w:rPr>
                <w:rFonts w:ascii="CIDFont+F2" w:hAnsi="CIDFont+F2" w:cs="CIDFont+F2"/>
                <w:sz w:val="20"/>
                <w:szCs w:val="20"/>
                <w:lang w:val="en-AU"/>
              </w:rPr>
              <w:t>Edward Deren</w:t>
            </w:r>
          </w:p>
        </w:tc>
        <w:tc>
          <w:tcPr>
            <w:tcW w:w="2277" w:type="dxa"/>
          </w:tcPr>
          <w:p w14:paraId="6D043C4C" w14:textId="6D81C2E8" w:rsidR="004B3917" w:rsidRPr="007E0298" w:rsidRDefault="004B3917" w:rsidP="004B3917">
            <w:pPr>
              <w:rPr>
                <w:sz w:val="20"/>
                <w:szCs w:val="20"/>
              </w:rPr>
            </w:pPr>
            <w:r w:rsidRPr="007E0298">
              <w:rPr>
                <w:rFonts w:ascii="CIDFont+F2" w:hAnsi="CIDFont+F2" w:cs="CIDFont+F2"/>
                <w:sz w:val="20"/>
                <w:szCs w:val="20"/>
                <w:lang w:val="en-AU"/>
              </w:rPr>
              <w:t>4</w:t>
            </w:r>
          </w:p>
        </w:tc>
        <w:tc>
          <w:tcPr>
            <w:tcW w:w="1978" w:type="dxa"/>
          </w:tcPr>
          <w:p w14:paraId="12EF7767" w14:textId="6E8A8F9F" w:rsidR="004B3917" w:rsidRPr="004B3917" w:rsidRDefault="004B3917" w:rsidP="004B3917">
            <w:pPr>
              <w:rPr>
                <w:sz w:val="20"/>
                <w:szCs w:val="20"/>
              </w:rPr>
            </w:pPr>
            <w:r w:rsidRPr="004B3917">
              <w:rPr>
                <w:rFonts w:ascii="CIDFont+F2" w:hAnsi="CIDFont+F2" w:cs="CIDFont+F2"/>
                <w:sz w:val="20"/>
                <w:szCs w:val="20"/>
                <w:lang w:val="en-AU"/>
              </w:rPr>
              <w:t>1:29.164</w:t>
            </w:r>
          </w:p>
        </w:tc>
      </w:tr>
      <w:tr w:rsidR="004B3917" w14:paraId="22FE110C" w14:textId="2F662A91" w:rsidTr="00927686">
        <w:tc>
          <w:tcPr>
            <w:tcW w:w="2397" w:type="dxa"/>
          </w:tcPr>
          <w:p w14:paraId="0CB84324" w14:textId="2C7F90BF" w:rsidR="004B3917" w:rsidRPr="007E0298" w:rsidRDefault="004B3917" w:rsidP="004B3917">
            <w:pPr>
              <w:rPr>
                <w:sz w:val="20"/>
                <w:szCs w:val="20"/>
              </w:rPr>
            </w:pPr>
            <w:r w:rsidRPr="007E0298">
              <w:rPr>
                <w:rFonts w:ascii="CIDFont+F2" w:hAnsi="CIDFont+F2" w:cs="CIDFont+F2"/>
                <w:sz w:val="20"/>
                <w:szCs w:val="20"/>
                <w:lang w:val="en-AU"/>
              </w:rPr>
              <w:t>John Sinclair</w:t>
            </w:r>
          </w:p>
        </w:tc>
        <w:tc>
          <w:tcPr>
            <w:tcW w:w="2277" w:type="dxa"/>
          </w:tcPr>
          <w:p w14:paraId="13F46CC9" w14:textId="261F1DF7" w:rsidR="004B3917" w:rsidRPr="007E0298" w:rsidRDefault="004B3917" w:rsidP="004B3917">
            <w:pPr>
              <w:rPr>
                <w:sz w:val="20"/>
                <w:szCs w:val="20"/>
              </w:rPr>
            </w:pPr>
            <w:r w:rsidRPr="007E0298">
              <w:rPr>
                <w:rFonts w:ascii="CIDFont+F2" w:hAnsi="CIDFont+F2" w:cs="CIDFont+F2"/>
                <w:sz w:val="20"/>
                <w:szCs w:val="20"/>
                <w:lang w:val="en-AU"/>
              </w:rPr>
              <w:t>6</w:t>
            </w:r>
          </w:p>
        </w:tc>
        <w:tc>
          <w:tcPr>
            <w:tcW w:w="1978" w:type="dxa"/>
          </w:tcPr>
          <w:p w14:paraId="7D7BD5D6" w14:textId="54B4B1D5" w:rsidR="004B3917" w:rsidRPr="004B3917" w:rsidRDefault="004B3917" w:rsidP="004B3917">
            <w:pPr>
              <w:rPr>
                <w:sz w:val="20"/>
                <w:szCs w:val="20"/>
              </w:rPr>
            </w:pPr>
            <w:r w:rsidRPr="004B3917">
              <w:rPr>
                <w:rFonts w:ascii="CIDFont+F2" w:hAnsi="CIDFont+F2" w:cs="CIDFont+F2"/>
                <w:sz w:val="20"/>
                <w:szCs w:val="20"/>
                <w:lang w:val="en-AU"/>
              </w:rPr>
              <w:t>1:29.418</w:t>
            </w:r>
          </w:p>
        </w:tc>
      </w:tr>
      <w:tr w:rsidR="004B3917" w14:paraId="574662F9" w14:textId="0ADC6409" w:rsidTr="00927686">
        <w:tc>
          <w:tcPr>
            <w:tcW w:w="2397" w:type="dxa"/>
          </w:tcPr>
          <w:p w14:paraId="07E0AB6A" w14:textId="2F15E1ED" w:rsidR="004B3917" w:rsidRPr="007E0298" w:rsidRDefault="004B3917" w:rsidP="004B3917">
            <w:pPr>
              <w:rPr>
                <w:sz w:val="20"/>
                <w:szCs w:val="20"/>
              </w:rPr>
            </w:pPr>
            <w:r w:rsidRPr="007E0298">
              <w:rPr>
                <w:rFonts w:ascii="CIDFont+F2" w:hAnsi="CIDFont+F2" w:cs="CIDFont+F2"/>
                <w:sz w:val="20"/>
                <w:szCs w:val="20"/>
                <w:lang w:val="en-AU"/>
              </w:rPr>
              <w:t>Daniel (Ross) Reynolds</w:t>
            </w:r>
          </w:p>
        </w:tc>
        <w:tc>
          <w:tcPr>
            <w:tcW w:w="2277" w:type="dxa"/>
          </w:tcPr>
          <w:p w14:paraId="511CC1DF" w14:textId="12CD64ED" w:rsidR="004B3917" w:rsidRPr="007E0298" w:rsidRDefault="004B3917" w:rsidP="004B3917">
            <w:pPr>
              <w:rPr>
                <w:sz w:val="20"/>
                <w:szCs w:val="20"/>
              </w:rPr>
            </w:pPr>
            <w:r w:rsidRPr="007E0298">
              <w:rPr>
                <w:rFonts w:ascii="CIDFont+F2" w:hAnsi="CIDFont+F2" w:cs="CIDFont+F2"/>
                <w:sz w:val="20"/>
                <w:szCs w:val="20"/>
                <w:lang w:val="en-AU"/>
              </w:rPr>
              <w:t>4</w:t>
            </w:r>
          </w:p>
        </w:tc>
        <w:tc>
          <w:tcPr>
            <w:tcW w:w="1978" w:type="dxa"/>
          </w:tcPr>
          <w:p w14:paraId="43F67341" w14:textId="331727F3" w:rsidR="004B3917" w:rsidRPr="004B3917" w:rsidRDefault="004B3917" w:rsidP="004B3917">
            <w:pPr>
              <w:rPr>
                <w:sz w:val="20"/>
                <w:szCs w:val="20"/>
              </w:rPr>
            </w:pPr>
            <w:r w:rsidRPr="004B3917">
              <w:rPr>
                <w:rFonts w:ascii="CIDFont+F2" w:hAnsi="CIDFont+F2" w:cs="CIDFont+F2"/>
                <w:sz w:val="20"/>
                <w:szCs w:val="20"/>
                <w:lang w:val="en-AU"/>
              </w:rPr>
              <w:t>1:30.175</w:t>
            </w:r>
          </w:p>
        </w:tc>
      </w:tr>
      <w:tr w:rsidR="004B3917" w14:paraId="172627E7" w14:textId="01F5EFC7" w:rsidTr="00927686">
        <w:tc>
          <w:tcPr>
            <w:tcW w:w="2397" w:type="dxa"/>
          </w:tcPr>
          <w:p w14:paraId="424FD7ED" w14:textId="22FE92DC" w:rsidR="004B3917" w:rsidRPr="007E0298" w:rsidRDefault="004B3917" w:rsidP="004B3917">
            <w:pPr>
              <w:rPr>
                <w:sz w:val="20"/>
                <w:szCs w:val="20"/>
              </w:rPr>
            </w:pPr>
            <w:r w:rsidRPr="007E0298">
              <w:rPr>
                <w:rFonts w:ascii="CIDFont+F2" w:hAnsi="CIDFont+F2" w:cs="CIDFont+F2"/>
                <w:sz w:val="20"/>
                <w:szCs w:val="20"/>
                <w:lang w:val="en-AU"/>
              </w:rPr>
              <w:t>Shane Corradi</w:t>
            </w:r>
          </w:p>
        </w:tc>
        <w:tc>
          <w:tcPr>
            <w:tcW w:w="2277" w:type="dxa"/>
          </w:tcPr>
          <w:p w14:paraId="0C1B8767" w14:textId="6CA5838E" w:rsidR="004B3917" w:rsidRPr="007E0298" w:rsidRDefault="004B3917" w:rsidP="004B3917">
            <w:pPr>
              <w:rPr>
                <w:sz w:val="20"/>
                <w:szCs w:val="20"/>
              </w:rPr>
            </w:pPr>
            <w:r w:rsidRPr="007E0298">
              <w:rPr>
                <w:rFonts w:ascii="CIDFont+F2" w:hAnsi="CIDFont+F2" w:cs="CIDFont+F2"/>
                <w:sz w:val="20"/>
                <w:szCs w:val="20"/>
                <w:lang w:val="en-AU"/>
              </w:rPr>
              <w:t>4</w:t>
            </w:r>
          </w:p>
        </w:tc>
        <w:tc>
          <w:tcPr>
            <w:tcW w:w="1978" w:type="dxa"/>
          </w:tcPr>
          <w:p w14:paraId="52FC57B8" w14:textId="1A645A84" w:rsidR="004B3917" w:rsidRPr="004B3917" w:rsidRDefault="004B3917" w:rsidP="004B3917">
            <w:pPr>
              <w:rPr>
                <w:sz w:val="20"/>
                <w:szCs w:val="20"/>
              </w:rPr>
            </w:pPr>
            <w:r w:rsidRPr="004B3917">
              <w:rPr>
                <w:rFonts w:ascii="CIDFont+F2" w:hAnsi="CIDFont+F2" w:cs="CIDFont+F2"/>
                <w:sz w:val="20"/>
                <w:szCs w:val="20"/>
                <w:lang w:val="en-AU"/>
              </w:rPr>
              <w:t>1:31.062</w:t>
            </w:r>
          </w:p>
        </w:tc>
      </w:tr>
      <w:tr w:rsidR="004B3917" w14:paraId="25ACF8DA" w14:textId="3CD53FCC" w:rsidTr="00927686">
        <w:tc>
          <w:tcPr>
            <w:tcW w:w="2397" w:type="dxa"/>
          </w:tcPr>
          <w:p w14:paraId="2DD58636" w14:textId="1EA57A5D" w:rsidR="004B3917" w:rsidRPr="007E0298" w:rsidRDefault="004B3917" w:rsidP="004B3917">
            <w:pPr>
              <w:rPr>
                <w:sz w:val="20"/>
                <w:szCs w:val="20"/>
              </w:rPr>
            </w:pPr>
            <w:r w:rsidRPr="007E0298">
              <w:rPr>
                <w:rFonts w:ascii="CIDFont+F2" w:hAnsi="CIDFont+F2" w:cs="CIDFont+F2"/>
                <w:sz w:val="20"/>
                <w:szCs w:val="20"/>
                <w:lang w:val="en-AU"/>
              </w:rPr>
              <w:t>Flynn Dunkerton</w:t>
            </w:r>
          </w:p>
        </w:tc>
        <w:tc>
          <w:tcPr>
            <w:tcW w:w="2277" w:type="dxa"/>
          </w:tcPr>
          <w:p w14:paraId="738A8F6B" w14:textId="24B4C5EA" w:rsidR="004B3917" w:rsidRPr="007E0298" w:rsidRDefault="004B3917" w:rsidP="004B3917">
            <w:pPr>
              <w:rPr>
                <w:sz w:val="20"/>
                <w:szCs w:val="20"/>
              </w:rPr>
            </w:pPr>
            <w:r w:rsidRPr="007E0298">
              <w:rPr>
                <w:rFonts w:ascii="CIDFont+F2" w:hAnsi="CIDFont+F2" w:cs="CIDFont+F2"/>
                <w:sz w:val="20"/>
                <w:szCs w:val="20"/>
                <w:lang w:val="en-AU"/>
              </w:rPr>
              <w:t>5</w:t>
            </w:r>
          </w:p>
        </w:tc>
        <w:tc>
          <w:tcPr>
            <w:tcW w:w="1978" w:type="dxa"/>
          </w:tcPr>
          <w:p w14:paraId="5BFD54F1" w14:textId="16F12723" w:rsidR="004B3917" w:rsidRPr="004B3917" w:rsidRDefault="004B3917" w:rsidP="004B3917">
            <w:pPr>
              <w:rPr>
                <w:sz w:val="20"/>
                <w:szCs w:val="20"/>
              </w:rPr>
            </w:pPr>
            <w:r w:rsidRPr="004B3917">
              <w:rPr>
                <w:rFonts w:ascii="CIDFont+F2" w:hAnsi="CIDFont+F2" w:cs="CIDFont+F2"/>
                <w:sz w:val="20"/>
                <w:szCs w:val="20"/>
                <w:lang w:val="en-AU"/>
              </w:rPr>
              <w:t>1:31.850</w:t>
            </w:r>
          </w:p>
        </w:tc>
      </w:tr>
      <w:tr w:rsidR="004B3917" w14:paraId="51548767" w14:textId="5708D59A" w:rsidTr="00927686">
        <w:tc>
          <w:tcPr>
            <w:tcW w:w="2397" w:type="dxa"/>
          </w:tcPr>
          <w:p w14:paraId="77D39C22" w14:textId="2A874AE8" w:rsidR="004B3917" w:rsidRPr="007E0298" w:rsidRDefault="004B3917" w:rsidP="004B3917">
            <w:pPr>
              <w:rPr>
                <w:sz w:val="20"/>
                <w:szCs w:val="20"/>
              </w:rPr>
            </w:pPr>
            <w:r w:rsidRPr="007E0298">
              <w:rPr>
                <w:rFonts w:ascii="CIDFont+F2" w:hAnsi="CIDFont+F2" w:cs="CIDFont+F2"/>
                <w:sz w:val="20"/>
                <w:szCs w:val="20"/>
                <w:lang w:val="en-AU"/>
              </w:rPr>
              <w:t>Justin Brittain</w:t>
            </w:r>
          </w:p>
        </w:tc>
        <w:tc>
          <w:tcPr>
            <w:tcW w:w="2277" w:type="dxa"/>
          </w:tcPr>
          <w:p w14:paraId="0C19B57F" w14:textId="46196811" w:rsidR="004B3917" w:rsidRPr="007E0298" w:rsidRDefault="004B3917" w:rsidP="004B3917">
            <w:pPr>
              <w:rPr>
                <w:sz w:val="20"/>
                <w:szCs w:val="20"/>
              </w:rPr>
            </w:pPr>
            <w:r w:rsidRPr="007E0298">
              <w:rPr>
                <w:rFonts w:ascii="CIDFont+F2" w:hAnsi="CIDFont+F2" w:cs="CIDFont+F2"/>
                <w:sz w:val="20"/>
                <w:szCs w:val="20"/>
                <w:lang w:val="en-AU"/>
              </w:rPr>
              <w:t>5</w:t>
            </w:r>
          </w:p>
        </w:tc>
        <w:tc>
          <w:tcPr>
            <w:tcW w:w="1978" w:type="dxa"/>
          </w:tcPr>
          <w:p w14:paraId="08F7687D" w14:textId="3C77317F" w:rsidR="004B3917" w:rsidRPr="004B3917" w:rsidRDefault="004B3917" w:rsidP="004B3917">
            <w:pPr>
              <w:rPr>
                <w:sz w:val="20"/>
                <w:szCs w:val="20"/>
              </w:rPr>
            </w:pPr>
            <w:r w:rsidRPr="004B3917">
              <w:rPr>
                <w:rFonts w:ascii="CIDFont+F2" w:hAnsi="CIDFont+F2" w:cs="CIDFont+F2"/>
                <w:sz w:val="20"/>
                <w:szCs w:val="20"/>
                <w:lang w:val="en-AU"/>
              </w:rPr>
              <w:t>1:31.929</w:t>
            </w:r>
          </w:p>
        </w:tc>
      </w:tr>
      <w:tr w:rsidR="004B3917" w14:paraId="5A826FDD" w14:textId="6A0F0F5C" w:rsidTr="00927686">
        <w:tc>
          <w:tcPr>
            <w:tcW w:w="2397" w:type="dxa"/>
          </w:tcPr>
          <w:p w14:paraId="32DB5216" w14:textId="08623A4D" w:rsidR="004B3917" w:rsidRPr="007E0298" w:rsidRDefault="004B3917" w:rsidP="004B3917">
            <w:pPr>
              <w:rPr>
                <w:sz w:val="20"/>
                <w:szCs w:val="20"/>
              </w:rPr>
            </w:pPr>
            <w:r w:rsidRPr="007E0298">
              <w:rPr>
                <w:rFonts w:ascii="CIDFont+F2" w:hAnsi="CIDFont+F2" w:cs="CIDFont+F2"/>
                <w:sz w:val="20"/>
                <w:szCs w:val="20"/>
                <w:lang w:val="en-AU"/>
              </w:rPr>
              <w:t>Silvano Nobile</w:t>
            </w:r>
          </w:p>
        </w:tc>
        <w:tc>
          <w:tcPr>
            <w:tcW w:w="2277" w:type="dxa"/>
          </w:tcPr>
          <w:p w14:paraId="22E8DD67" w14:textId="57BA27A5" w:rsidR="004B3917" w:rsidRPr="007E0298" w:rsidRDefault="004B3917" w:rsidP="004B3917">
            <w:pPr>
              <w:rPr>
                <w:sz w:val="20"/>
                <w:szCs w:val="20"/>
              </w:rPr>
            </w:pPr>
            <w:r w:rsidRPr="007E0298">
              <w:rPr>
                <w:rFonts w:ascii="CIDFont+F2" w:hAnsi="CIDFont+F2" w:cs="CIDFont+F2"/>
                <w:sz w:val="20"/>
                <w:szCs w:val="20"/>
                <w:lang w:val="en-AU"/>
              </w:rPr>
              <w:t>3</w:t>
            </w:r>
          </w:p>
        </w:tc>
        <w:tc>
          <w:tcPr>
            <w:tcW w:w="1978" w:type="dxa"/>
          </w:tcPr>
          <w:p w14:paraId="5ECD2625" w14:textId="43B2AF6D" w:rsidR="004B3917" w:rsidRPr="004B3917" w:rsidRDefault="004B3917" w:rsidP="004B3917">
            <w:pPr>
              <w:rPr>
                <w:sz w:val="20"/>
                <w:szCs w:val="20"/>
              </w:rPr>
            </w:pPr>
            <w:r w:rsidRPr="004B3917">
              <w:rPr>
                <w:rFonts w:ascii="CIDFont+F2" w:hAnsi="CIDFont+F2" w:cs="CIDFont+F2"/>
                <w:sz w:val="20"/>
                <w:szCs w:val="20"/>
                <w:lang w:val="en-AU"/>
              </w:rPr>
              <w:t>1:32.767</w:t>
            </w:r>
          </w:p>
        </w:tc>
      </w:tr>
      <w:tr w:rsidR="004B3917" w14:paraId="578FD9D1" w14:textId="38CDAA92" w:rsidTr="00927686">
        <w:tc>
          <w:tcPr>
            <w:tcW w:w="2397" w:type="dxa"/>
          </w:tcPr>
          <w:p w14:paraId="590A5B02" w14:textId="6AA9CEEE" w:rsidR="004B3917" w:rsidRPr="007E0298" w:rsidRDefault="004B3917" w:rsidP="004B3917">
            <w:pPr>
              <w:rPr>
                <w:sz w:val="20"/>
                <w:szCs w:val="20"/>
              </w:rPr>
            </w:pPr>
            <w:r w:rsidRPr="007E0298">
              <w:rPr>
                <w:rFonts w:ascii="CIDFont+F2" w:hAnsi="CIDFont+F2" w:cs="CIDFont+F2"/>
                <w:sz w:val="20"/>
                <w:szCs w:val="20"/>
                <w:lang w:val="en-AU"/>
              </w:rPr>
              <w:t>Marty Grogan</w:t>
            </w:r>
          </w:p>
        </w:tc>
        <w:tc>
          <w:tcPr>
            <w:tcW w:w="2277" w:type="dxa"/>
          </w:tcPr>
          <w:p w14:paraId="7D5240E0" w14:textId="1B8FCC1F" w:rsidR="004B3917" w:rsidRPr="007E0298" w:rsidRDefault="004B3917" w:rsidP="004B3917">
            <w:pPr>
              <w:rPr>
                <w:sz w:val="20"/>
                <w:szCs w:val="20"/>
              </w:rPr>
            </w:pPr>
            <w:r w:rsidRPr="007E0298">
              <w:rPr>
                <w:rFonts w:ascii="CIDFont+F2" w:hAnsi="CIDFont+F2" w:cs="CIDFont+F2"/>
                <w:sz w:val="20"/>
                <w:szCs w:val="20"/>
                <w:lang w:val="en-AU"/>
              </w:rPr>
              <w:t>6</w:t>
            </w:r>
          </w:p>
        </w:tc>
        <w:tc>
          <w:tcPr>
            <w:tcW w:w="1978" w:type="dxa"/>
          </w:tcPr>
          <w:p w14:paraId="451576F5" w14:textId="3900BDB8" w:rsidR="004B3917" w:rsidRPr="004B3917" w:rsidRDefault="004B3917" w:rsidP="004B3917">
            <w:pPr>
              <w:rPr>
                <w:sz w:val="20"/>
                <w:szCs w:val="20"/>
              </w:rPr>
            </w:pPr>
            <w:r w:rsidRPr="004B3917">
              <w:rPr>
                <w:rFonts w:ascii="CIDFont+F2" w:hAnsi="CIDFont+F2" w:cs="CIDFont+F2"/>
                <w:sz w:val="20"/>
                <w:szCs w:val="20"/>
                <w:lang w:val="en-AU"/>
              </w:rPr>
              <w:t>1:33.539</w:t>
            </w:r>
          </w:p>
        </w:tc>
      </w:tr>
      <w:tr w:rsidR="004B3917" w14:paraId="6DC4D3AF" w14:textId="451B5350" w:rsidTr="00927686">
        <w:tc>
          <w:tcPr>
            <w:tcW w:w="2397" w:type="dxa"/>
          </w:tcPr>
          <w:p w14:paraId="44A41E49" w14:textId="03958A24" w:rsidR="004B3917" w:rsidRPr="007E0298" w:rsidRDefault="004B3917" w:rsidP="004B3917">
            <w:pPr>
              <w:rPr>
                <w:sz w:val="20"/>
                <w:szCs w:val="20"/>
              </w:rPr>
            </w:pPr>
            <w:r w:rsidRPr="007E0298">
              <w:rPr>
                <w:rFonts w:ascii="CIDFont+F2" w:hAnsi="CIDFont+F2" w:cs="CIDFont+F2"/>
                <w:sz w:val="20"/>
                <w:szCs w:val="20"/>
                <w:lang w:val="en-AU"/>
              </w:rPr>
              <w:t>Cameron Brown</w:t>
            </w:r>
          </w:p>
        </w:tc>
        <w:tc>
          <w:tcPr>
            <w:tcW w:w="2277" w:type="dxa"/>
          </w:tcPr>
          <w:p w14:paraId="672ABDEB" w14:textId="7696794E" w:rsidR="004B3917" w:rsidRPr="007E0298" w:rsidRDefault="004B3917" w:rsidP="004B3917">
            <w:pPr>
              <w:rPr>
                <w:sz w:val="20"/>
                <w:szCs w:val="20"/>
              </w:rPr>
            </w:pPr>
            <w:r w:rsidRPr="007E0298">
              <w:rPr>
                <w:rFonts w:ascii="CIDFont+F2" w:hAnsi="CIDFont+F2" w:cs="CIDFont+F2"/>
                <w:sz w:val="20"/>
                <w:szCs w:val="20"/>
                <w:lang w:val="en-AU"/>
              </w:rPr>
              <w:t>2</w:t>
            </w:r>
          </w:p>
        </w:tc>
        <w:tc>
          <w:tcPr>
            <w:tcW w:w="1978" w:type="dxa"/>
          </w:tcPr>
          <w:p w14:paraId="445807A4" w14:textId="6C7AFC81" w:rsidR="004B3917" w:rsidRPr="004B3917" w:rsidRDefault="004B3917" w:rsidP="004B3917">
            <w:pPr>
              <w:rPr>
                <w:sz w:val="20"/>
                <w:szCs w:val="20"/>
              </w:rPr>
            </w:pPr>
            <w:r w:rsidRPr="004B3917">
              <w:rPr>
                <w:rFonts w:ascii="CIDFont+F2" w:hAnsi="CIDFont+F2" w:cs="CIDFont+F2"/>
                <w:sz w:val="20"/>
                <w:szCs w:val="20"/>
                <w:lang w:val="en-AU"/>
              </w:rPr>
              <w:t>1:34.058</w:t>
            </w:r>
          </w:p>
        </w:tc>
      </w:tr>
      <w:tr w:rsidR="004B3917" w14:paraId="10615357" w14:textId="095FF5A6" w:rsidTr="00927686">
        <w:tc>
          <w:tcPr>
            <w:tcW w:w="2397" w:type="dxa"/>
          </w:tcPr>
          <w:p w14:paraId="32F9CF52" w14:textId="4D11B0F3" w:rsidR="004B3917" w:rsidRPr="007E0298" w:rsidRDefault="004B3917" w:rsidP="004B3917">
            <w:pPr>
              <w:rPr>
                <w:sz w:val="20"/>
                <w:szCs w:val="20"/>
              </w:rPr>
            </w:pPr>
            <w:r w:rsidRPr="007E0298">
              <w:rPr>
                <w:rFonts w:ascii="CIDFont+F2" w:hAnsi="CIDFont+F2" w:cs="CIDFont+F2"/>
                <w:sz w:val="20"/>
                <w:szCs w:val="20"/>
                <w:lang w:val="en-AU"/>
              </w:rPr>
              <w:t>Ian Jorgensen</w:t>
            </w:r>
          </w:p>
        </w:tc>
        <w:tc>
          <w:tcPr>
            <w:tcW w:w="2277" w:type="dxa"/>
          </w:tcPr>
          <w:p w14:paraId="34934240" w14:textId="05B8A072" w:rsidR="004B3917" w:rsidRPr="007E0298" w:rsidRDefault="004B3917" w:rsidP="004B3917">
            <w:pPr>
              <w:rPr>
                <w:sz w:val="20"/>
                <w:szCs w:val="20"/>
              </w:rPr>
            </w:pPr>
            <w:r w:rsidRPr="007E0298">
              <w:rPr>
                <w:rFonts w:ascii="CIDFont+F2" w:hAnsi="CIDFont+F2" w:cs="CIDFont+F2"/>
                <w:sz w:val="20"/>
                <w:szCs w:val="20"/>
                <w:lang w:val="en-AU"/>
              </w:rPr>
              <w:t>3</w:t>
            </w:r>
          </w:p>
        </w:tc>
        <w:tc>
          <w:tcPr>
            <w:tcW w:w="1978" w:type="dxa"/>
          </w:tcPr>
          <w:p w14:paraId="415F88DE" w14:textId="4535D7B3" w:rsidR="004B3917" w:rsidRPr="004B3917" w:rsidRDefault="004B3917" w:rsidP="004B3917">
            <w:pPr>
              <w:rPr>
                <w:sz w:val="20"/>
                <w:szCs w:val="20"/>
              </w:rPr>
            </w:pPr>
            <w:r w:rsidRPr="004B3917">
              <w:rPr>
                <w:rFonts w:ascii="CIDFont+F2" w:hAnsi="CIDFont+F2" w:cs="CIDFont+F2"/>
                <w:sz w:val="20"/>
                <w:szCs w:val="20"/>
                <w:lang w:val="en-AU"/>
              </w:rPr>
              <w:t>1:34.068</w:t>
            </w:r>
          </w:p>
        </w:tc>
      </w:tr>
      <w:tr w:rsidR="004B3917" w14:paraId="0633FAC7" w14:textId="13537A50" w:rsidTr="00927686">
        <w:tc>
          <w:tcPr>
            <w:tcW w:w="2397" w:type="dxa"/>
          </w:tcPr>
          <w:p w14:paraId="00C6EC07" w14:textId="2C3E8774" w:rsidR="004B3917" w:rsidRPr="007E0298" w:rsidRDefault="004B3917" w:rsidP="004B3917">
            <w:pPr>
              <w:rPr>
                <w:sz w:val="20"/>
                <w:szCs w:val="20"/>
              </w:rPr>
            </w:pPr>
            <w:r w:rsidRPr="007E0298">
              <w:rPr>
                <w:rFonts w:ascii="CIDFont+F2" w:hAnsi="CIDFont+F2" w:cs="CIDFont+F2"/>
                <w:sz w:val="20"/>
                <w:szCs w:val="20"/>
                <w:lang w:val="en-AU"/>
              </w:rPr>
              <w:t>Andrew Kearney</w:t>
            </w:r>
          </w:p>
        </w:tc>
        <w:tc>
          <w:tcPr>
            <w:tcW w:w="2277" w:type="dxa"/>
          </w:tcPr>
          <w:p w14:paraId="6A597D97" w14:textId="16EFF9AD" w:rsidR="004B3917" w:rsidRPr="007E0298" w:rsidRDefault="004B3917" w:rsidP="004B3917">
            <w:pPr>
              <w:rPr>
                <w:sz w:val="20"/>
                <w:szCs w:val="20"/>
              </w:rPr>
            </w:pPr>
            <w:r w:rsidRPr="007E0298">
              <w:rPr>
                <w:rFonts w:ascii="CIDFont+F2" w:hAnsi="CIDFont+F2" w:cs="CIDFont+F2"/>
                <w:sz w:val="20"/>
                <w:szCs w:val="20"/>
                <w:lang w:val="en-AU"/>
              </w:rPr>
              <w:t>4</w:t>
            </w:r>
          </w:p>
        </w:tc>
        <w:tc>
          <w:tcPr>
            <w:tcW w:w="1978" w:type="dxa"/>
          </w:tcPr>
          <w:p w14:paraId="0488040A" w14:textId="3DA0CB2A" w:rsidR="004B3917" w:rsidRPr="004B3917" w:rsidRDefault="004B3917" w:rsidP="004B3917">
            <w:pPr>
              <w:rPr>
                <w:sz w:val="20"/>
                <w:szCs w:val="20"/>
              </w:rPr>
            </w:pPr>
            <w:r w:rsidRPr="004B3917">
              <w:rPr>
                <w:rFonts w:ascii="CIDFont+F2" w:hAnsi="CIDFont+F2" w:cs="CIDFont+F2"/>
                <w:sz w:val="20"/>
                <w:szCs w:val="20"/>
                <w:lang w:val="en-AU"/>
              </w:rPr>
              <w:t>1:36.312</w:t>
            </w:r>
          </w:p>
        </w:tc>
      </w:tr>
      <w:tr w:rsidR="004B3917" w14:paraId="62AF85CC" w14:textId="17379A9E" w:rsidTr="00927686">
        <w:tc>
          <w:tcPr>
            <w:tcW w:w="2397" w:type="dxa"/>
          </w:tcPr>
          <w:p w14:paraId="132858F8" w14:textId="0FCFF296" w:rsidR="004B3917" w:rsidRPr="007E0298" w:rsidRDefault="004B3917" w:rsidP="004B3917">
            <w:pPr>
              <w:rPr>
                <w:sz w:val="20"/>
                <w:szCs w:val="20"/>
              </w:rPr>
            </w:pPr>
            <w:r w:rsidRPr="007E0298">
              <w:rPr>
                <w:rFonts w:ascii="CIDFont+F2" w:hAnsi="CIDFont+F2" w:cs="CIDFont+F2"/>
                <w:sz w:val="20"/>
                <w:szCs w:val="20"/>
                <w:lang w:val="en-AU"/>
              </w:rPr>
              <w:t>Kelsey Brown</w:t>
            </w:r>
          </w:p>
        </w:tc>
        <w:tc>
          <w:tcPr>
            <w:tcW w:w="2277" w:type="dxa"/>
          </w:tcPr>
          <w:p w14:paraId="0DE9F02C" w14:textId="0F4A2789" w:rsidR="004B3917" w:rsidRPr="007E0298" w:rsidRDefault="004B3917" w:rsidP="004B3917">
            <w:pPr>
              <w:rPr>
                <w:sz w:val="20"/>
                <w:szCs w:val="20"/>
              </w:rPr>
            </w:pPr>
            <w:r w:rsidRPr="007E0298">
              <w:rPr>
                <w:rFonts w:ascii="CIDFont+F2" w:hAnsi="CIDFont+F2" w:cs="CIDFont+F2"/>
                <w:sz w:val="20"/>
                <w:szCs w:val="20"/>
                <w:lang w:val="en-AU"/>
              </w:rPr>
              <w:t>6</w:t>
            </w:r>
          </w:p>
        </w:tc>
        <w:tc>
          <w:tcPr>
            <w:tcW w:w="1978" w:type="dxa"/>
          </w:tcPr>
          <w:p w14:paraId="4B3361C7" w14:textId="5C9EDBA1" w:rsidR="004B3917" w:rsidRPr="004B3917" w:rsidRDefault="004B3917" w:rsidP="004B3917">
            <w:pPr>
              <w:rPr>
                <w:sz w:val="20"/>
                <w:szCs w:val="20"/>
              </w:rPr>
            </w:pPr>
            <w:r w:rsidRPr="004B3917">
              <w:rPr>
                <w:rFonts w:ascii="CIDFont+F2" w:hAnsi="CIDFont+F2" w:cs="CIDFont+F2"/>
                <w:sz w:val="20"/>
                <w:szCs w:val="20"/>
                <w:lang w:val="en-AU"/>
              </w:rPr>
              <w:t>1:36.854</w:t>
            </w:r>
          </w:p>
        </w:tc>
      </w:tr>
      <w:tr w:rsidR="004B3917" w14:paraId="6D7410E3" w14:textId="37B4BCE7" w:rsidTr="00927686">
        <w:tc>
          <w:tcPr>
            <w:tcW w:w="2397" w:type="dxa"/>
          </w:tcPr>
          <w:p w14:paraId="02ACDDB2" w14:textId="2DCFD42E" w:rsidR="004B3917" w:rsidRPr="007E0298" w:rsidRDefault="004B3917" w:rsidP="004B3917">
            <w:pPr>
              <w:rPr>
                <w:sz w:val="20"/>
                <w:szCs w:val="20"/>
              </w:rPr>
            </w:pPr>
            <w:r w:rsidRPr="007E0298">
              <w:rPr>
                <w:rFonts w:ascii="CIDFont+F2" w:hAnsi="CIDFont+F2" w:cs="CIDFont+F2"/>
                <w:sz w:val="20"/>
                <w:szCs w:val="20"/>
                <w:lang w:val="en-AU"/>
              </w:rPr>
              <w:t>Brodie Rose / Boase</w:t>
            </w:r>
          </w:p>
        </w:tc>
        <w:tc>
          <w:tcPr>
            <w:tcW w:w="2277" w:type="dxa"/>
          </w:tcPr>
          <w:p w14:paraId="3CC1AF6F" w14:textId="2ADB6366" w:rsidR="004B3917" w:rsidRPr="007E0298" w:rsidRDefault="004B3917" w:rsidP="004B3917">
            <w:pPr>
              <w:rPr>
                <w:sz w:val="20"/>
                <w:szCs w:val="20"/>
              </w:rPr>
            </w:pPr>
            <w:r w:rsidRPr="007E0298">
              <w:rPr>
                <w:rFonts w:ascii="CIDFont+F2" w:hAnsi="CIDFont+F2" w:cs="CIDFont+F2"/>
                <w:sz w:val="20"/>
                <w:szCs w:val="20"/>
                <w:lang w:val="en-AU"/>
              </w:rPr>
              <w:t>5</w:t>
            </w:r>
          </w:p>
        </w:tc>
        <w:tc>
          <w:tcPr>
            <w:tcW w:w="1978" w:type="dxa"/>
          </w:tcPr>
          <w:p w14:paraId="2BBFCAF4" w14:textId="555C935E" w:rsidR="004B3917" w:rsidRPr="004B3917" w:rsidRDefault="004B3917" w:rsidP="004B3917">
            <w:pPr>
              <w:rPr>
                <w:sz w:val="20"/>
                <w:szCs w:val="20"/>
              </w:rPr>
            </w:pPr>
            <w:r w:rsidRPr="004B3917">
              <w:rPr>
                <w:rFonts w:ascii="CIDFont+F2" w:hAnsi="CIDFont+F2" w:cs="CIDFont+F2"/>
                <w:sz w:val="20"/>
                <w:szCs w:val="20"/>
                <w:lang w:val="en-AU"/>
              </w:rPr>
              <w:t>1:37.384</w:t>
            </w:r>
          </w:p>
        </w:tc>
      </w:tr>
      <w:tr w:rsidR="004B3917" w14:paraId="27348885" w14:textId="0539D174" w:rsidTr="00927686">
        <w:tc>
          <w:tcPr>
            <w:tcW w:w="2397" w:type="dxa"/>
          </w:tcPr>
          <w:p w14:paraId="18B8C3F6" w14:textId="7247B77F" w:rsidR="004B3917" w:rsidRPr="007E0298" w:rsidRDefault="004B3917" w:rsidP="004B3917">
            <w:pPr>
              <w:rPr>
                <w:sz w:val="20"/>
                <w:szCs w:val="20"/>
              </w:rPr>
            </w:pPr>
            <w:r w:rsidRPr="007E0298">
              <w:rPr>
                <w:rFonts w:ascii="CIDFont+F2" w:hAnsi="CIDFont+F2" w:cs="CIDFont+F2"/>
                <w:sz w:val="20"/>
                <w:szCs w:val="20"/>
                <w:lang w:val="en-AU"/>
              </w:rPr>
              <w:t>Flynn Kearney</w:t>
            </w:r>
          </w:p>
        </w:tc>
        <w:tc>
          <w:tcPr>
            <w:tcW w:w="2277" w:type="dxa"/>
          </w:tcPr>
          <w:p w14:paraId="034272A3" w14:textId="3D811579" w:rsidR="004B3917" w:rsidRPr="007E0298" w:rsidRDefault="004B3917" w:rsidP="004B3917">
            <w:pPr>
              <w:rPr>
                <w:sz w:val="20"/>
                <w:szCs w:val="20"/>
              </w:rPr>
            </w:pPr>
            <w:r w:rsidRPr="007E0298">
              <w:rPr>
                <w:rFonts w:ascii="CIDFont+F2" w:hAnsi="CIDFont+F2" w:cs="CIDFont+F2"/>
                <w:sz w:val="20"/>
                <w:szCs w:val="20"/>
                <w:lang w:val="en-AU"/>
              </w:rPr>
              <w:t>4</w:t>
            </w:r>
          </w:p>
        </w:tc>
        <w:tc>
          <w:tcPr>
            <w:tcW w:w="1978" w:type="dxa"/>
          </w:tcPr>
          <w:p w14:paraId="16250864" w14:textId="5B8E5BDB" w:rsidR="004B3917" w:rsidRPr="004B3917" w:rsidRDefault="004B3917" w:rsidP="004B3917">
            <w:pPr>
              <w:rPr>
                <w:sz w:val="20"/>
                <w:szCs w:val="20"/>
              </w:rPr>
            </w:pPr>
            <w:r w:rsidRPr="004B3917">
              <w:rPr>
                <w:rFonts w:ascii="CIDFont+F2" w:hAnsi="CIDFont+F2" w:cs="CIDFont+F2"/>
                <w:sz w:val="20"/>
                <w:szCs w:val="20"/>
                <w:lang w:val="en-AU"/>
              </w:rPr>
              <w:t>1:37.607</w:t>
            </w:r>
          </w:p>
        </w:tc>
      </w:tr>
      <w:tr w:rsidR="004B3917" w14:paraId="663E9B79" w14:textId="09B9CB1B" w:rsidTr="00927686">
        <w:tc>
          <w:tcPr>
            <w:tcW w:w="2397" w:type="dxa"/>
          </w:tcPr>
          <w:p w14:paraId="25661DBA" w14:textId="6B2B7FCD" w:rsidR="004B3917" w:rsidRPr="007E0298" w:rsidRDefault="004B3917" w:rsidP="004B3917">
            <w:pPr>
              <w:rPr>
                <w:sz w:val="20"/>
                <w:szCs w:val="20"/>
              </w:rPr>
            </w:pPr>
            <w:r w:rsidRPr="007E0298">
              <w:rPr>
                <w:rFonts w:ascii="CIDFont+F2" w:hAnsi="CIDFont+F2" w:cs="CIDFont+F2"/>
                <w:sz w:val="20"/>
                <w:szCs w:val="20"/>
                <w:lang w:val="en-AU"/>
              </w:rPr>
              <w:t>Jeff Fussell</w:t>
            </w:r>
          </w:p>
        </w:tc>
        <w:tc>
          <w:tcPr>
            <w:tcW w:w="2277" w:type="dxa"/>
          </w:tcPr>
          <w:p w14:paraId="598F3705" w14:textId="1C219F7F" w:rsidR="004B3917" w:rsidRPr="007E0298" w:rsidRDefault="004B3917" w:rsidP="004B3917">
            <w:pPr>
              <w:rPr>
                <w:sz w:val="20"/>
                <w:szCs w:val="20"/>
              </w:rPr>
            </w:pPr>
            <w:r w:rsidRPr="007E0298">
              <w:rPr>
                <w:rFonts w:ascii="CIDFont+F2" w:hAnsi="CIDFont+F2" w:cs="CIDFont+F2"/>
                <w:sz w:val="20"/>
                <w:szCs w:val="20"/>
                <w:lang w:val="en-AU"/>
              </w:rPr>
              <w:t>6</w:t>
            </w:r>
          </w:p>
        </w:tc>
        <w:tc>
          <w:tcPr>
            <w:tcW w:w="1978" w:type="dxa"/>
          </w:tcPr>
          <w:p w14:paraId="37B18913" w14:textId="7F66D12C" w:rsidR="004B3917" w:rsidRPr="004B3917" w:rsidRDefault="004B3917" w:rsidP="004B3917">
            <w:pPr>
              <w:rPr>
                <w:sz w:val="20"/>
                <w:szCs w:val="20"/>
              </w:rPr>
            </w:pPr>
            <w:r w:rsidRPr="004B3917">
              <w:rPr>
                <w:rFonts w:ascii="CIDFont+F2" w:hAnsi="CIDFont+F2" w:cs="CIDFont+F2"/>
                <w:sz w:val="20"/>
                <w:szCs w:val="20"/>
                <w:lang w:val="en-AU"/>
              </w:rPr>
              <w:t>1:37.966</w:t>
            </w:r>
          </w:p>
        </w:tc>
      </w:tr>
      <w:tr w:rsidR="004B3917" w14:paraId="4C21E555" w14:textId="0224EC6F" w:rsidTr="00927686">
        <w:tc>
          <w:tcPr>
            <w:tcW w:w="2397" w:type="dxa"/>
          </w:tcPr>
          <w:p w14:paraId="0ADF56F0" w14:textId="76799940" w:rsidR="004B3917" w:rsidRPr="007E0298" w:rsidRDefault="004B3917" w:rsidP="004B3917">
            <w:pPr>
              <w:rPr>
                <w:sz w:val="20"/>
                <w:szCs w:val="20"/>
              </w:rPr>
            </w:pPr>
            <w:r w:rsidRPr="007E0298">
              <w:rPr>
                <w:rFonts w:ascii="CIDFont+F2" w:hAnsi="CIDFont+F2" w:cs="CIDFont+F2"/>
                <w:sz w:val="20"/>
                <w:szCs w:val="20"/>
                <w:lang w:val="en-AU"/>
              </w:rPr>
              <w:t>Michael Ellis-Doidge</w:t>
            </w:r>
          </w:p>
        </w:tc>
        <w:tc>
          <w:tcPr>
            <w:tcW w:w="2277" w:type="dxa"/>
          </w:tcPr>
          <w:p w14:paraId="3516F0D5" w14:textId="50F08B20" w:rsidR="004B3917" w:rsidRPr="007E0298" w:rsidRDefault="004B3917" w:rsidP="004B3917">
            <w:pPr>
              <w:rPr>
                <w:sz w:val="20"/>
                <w:szCs w:val="20"/>
              </w:rPr>
            </w:pPr>
            <w:r w:rsidRPr="007E0298">
              <w:rPr>
                <w:rFonts w:ascii="CIDFont+F2" w:hAnsi="CIDFont+F2" w:cs="CIDFont+F2"/>
                <w:sz w:val="20"/>
                <w:szCs w:val="20"/>
                <w:lang w:val="en-AU"/>
              </w:rPr>
              <w:t>4</w:t>
            </w:r>
          </w:p>
        </w:tc>
        <w:tc>
          <w:tcPr>
            <w:tcW w:w="1978" w:type="dxa"/>
          </w:tcPr>
          <w:p w14:paraId="5D8F1D30" w14:textId="2673856A" w:rsidR="004B3917" w:rsidRPr="004B3917" w:rsidRDefault="004B3917" w:rsidP="004B3917">
            <w:pPr>
              <w:rPr>
                <w:sz w:val="20"/>
                <w:szCs w:val="20"/>
              </w:rPr>
            </w:pPr>
            <w:r w:rsidRPr="004B3917">
              <w:rPr>
                <w:rFonts w:ascii="CIDFont+F2" w:hAnsi="CIDFont+F2" w:cs="CIDFont+F2"/>
                <w:sz w:val="20"/>
                <w:szCs w:val="20"/>
                <w:lang w:val="en-AU"/>
              </w:rPr>
              <w:t>1:38.715</w:t>
            </w:r>
          </w:p>
        </w:tc>
      </w:tr>
      <w:tr w:rsidR="004B3917" w14:paraId="5C605AB5" w14:textId="185C2E96" w:rsidTr="00927686">
        <w:tc>
          <w:tcPr>
            <w:tcW w:w="2397" w:type="dxa"/>
          </w:tcPr>
          <w:p w14:paraId="4B67D26F" w14:textId="3C9BCD60" w:rsidR="004B3917" w:rsidRPr="007E0298" w:rsidRDefault="004B3917" w:rsidP="004B3917">
            <w:pPr>
              <w:rPr>
                <w:sz w:val="20"/>
                <w:szCs w:val="20"/>
              </w:rPr>
            </w:pPr>
            <w:r w:rsidRPr="007E0298">
              <w:rPr>
                <w:rFonts w:ascii="CIDFont+F2" w:hAnsi="CIDFont+F2" w:cs="CIDFont+F2"/>
                <w:sz w:val="20"/>
                <w:szCs w:val="20"/>
                <w:lang w:val="en-AU"/>
              </w:rPr>
              <w:t>Stephen Huggan</w:t>
            </w:r>
          </w:p>
        </w:tc>
        <w:tc>
          <w:tcPr>
            <w:tcW w:w="2277" w:type="dxa"/>
          </w:tcPr>
          <w:p w14:paraId="6900BD05" w14:textId="3716291C" w:rsidR="004B3917" w:rsidRPr="007E0298" w:rsidRDefault="004B3917" w:rsidP="004B3917">
            <w:pPr>
              <w:rPr>
                <w:sz w:val="20"/>
                <w:szCs w:val="20"/>
              </w:rPr>
            </w:pPr>
            <w:r w:rsidRPr="007E0298">
              <w:rPr>
                <w:rFonts w:ascii="CIDFont+F2" w:hAnsi="CIDFont+F2" w:cs="CIDFont+F2"/>
                <w:sz w:val="20"/>
                <w:szCs w:val="20"/>
                <w:lang w:val="en-AU"/>
              </w:rPr>
              <w:t>6</w:t>
            </w:r>
          </w:p>
        </w:tc>
        <w:tc>
          <w:tcPr>
            <w:tcW w:w="1978" w:type="dxa"/>
          </w:tcPr>
          <w:p w14:paraId="2373E3D2" w14:textId="38D1F3DF" w:rsidR="004B3917" w:rsidRPr="004B3917" w:rsidRDefault="004B3917" w:rsidP="004B3917">
            <w:pPr>
              <w:rPr>
                <w:sz w:val="20"/>
                <w:szCs w:val="20"/>
              </w:rPr>
            </w:pPr>
            <w:r w:rsidRPr="004B3917">
              <w:rPr>
                <w:rFonts w:ascii="CIDFont+F2" w:hAnsi="CIDFont+F2" w:cs="CIDFont+F2"/>
                <w:sz w:val="20"/>
                <w:szCs w:val="20"/>
                <w:lang w:val="en-AU"/>
              </w:rPr>
              <w:t>1:39.613</w:t>
            </w:r>
          </w:p>
        </w:tc>
      </w:tr>
      <w:tr w:rsidR="004B3917" w14:paraId="4B4A5A1E" w14:textId="6068856D" w:rsidTr="00927686">
        <w:tc>
          <w:tcPr>
            <w:tcW w:w="2397" w:type="dxa"/>
          </w:tcPr>
          <w:p w14:paraId="7784AF30" w14:textId="0CB0B587" w:rsidR="004B3917" w:rsidRPr="007E0298" w:rsidRDefault="004B3917" w:rsidP="004B3917">
            <w:pPr>
              <w:rPr>
                <w:sz w:val="20"/>
                <w:szCs w:val="20"/>
              </w:rPr>
            </w:pPr>
            <w:r w:rsidRPr="007E0298">
              <w:rPr>
                <w:rFonts w:ascii="CIDFont+F2" w:hAnsi="CIDFont+F2" w:cs="CIDFont+F2"/>
                <w:sz w:val="20"/>
                <w:szCs w:val="20"/>
                <w:lang w:val="en-AU"/>
              </w:rPr>
              <w:t>Bradley Gilroy</w:t>
            </w:r>
          </w:p>
        </w:tc>
        <w:tc>
          <w:tcPr>
            <w:tcW w:w="2277" w:type="dxa"/>
          </w:tcPr>
          <w:p w14:paraId="3841B1AF" w14:textId="6833F2E2" w:rsidR="004B3917" w:rsidRPr="007E0298" w:rsidRDefault="004B3917" w:rsidP="004B3917">
            <w:pPr>
              <w:rPr>
                <w:sz w:val="20"/>
                <w:szCs w:val="20"/>
              </w:rPr>
            </w:pPr>
            <w:r w:rsidRPr="007E0298">
              <w:rPr>
                <w:rFonts w:ascii="CIDFont+F2" w:hAnsi="CIDFont+F2" w:cs="CIDFont+F2"/>
                <w:sz w:val="20"/>
                <w:szCs w:val="20"/>
                <w:lang w:val="en-AU"/>
              </w:rPr>
              <w:t>4</w:t>
            </w:r>
          </w:p>
        </w:tc>
        <w:tc>
          <w:tcPr>
            <w:tcW w:w="1978" w:type="dxa"/>
          </w:tcPr>
          <w:p w14:paraId="24D39BCA" w14:textId="69858CF9" w:rsidR="004B3917" w:rsidRPr="004B3917" w:rsidRDefault="004B3917" w:rsidP="004B3917">
            <w:pPr>
              <w:rPr>
                <w:sz w:val="20"/>
                <w:szCs w:val="20"/>
              </w:rPr>
            </w:pPr>
            <w:r w:rsidRPr="004B3917">
              <w:rPr>
                <w:rFonts w:ascii="CIDFont+F2" w:hAnsi="CIDFont+F2" w:cs="CIDFont+F2"/>
                <w:sz w:val="20"/>
                <w:szCs w:val="20"/>
                <w:lang w:val="en-AU"/>
              </w:rPr>
              <w:t>1:39.909</w:t>
            </w:r>
          </w:p>
        </w:tc>
      </w:tr>
      <w:tr w:rsidR="004B3917" w14:paraId="44479CB7" w14:textId="03004BD3" w:rsidTr="00927686">
        <w:tc>
          <w:tcPr>
            <w:tcW w:w="2397" w:type="dxa"/>
          </w:tcPr>
          <w:p w14:paraId="7E701F0A" w14:textId="54148D18" w:rsidR="004B3917" w:rsidRPr="007E0298" w:rsidRDefault="004B3917" w:rsidP="004B3917">
            <w:pPr>
              <w:rPr>
                <w:sz w:val="20"/>
                <w:szCs w:val="20"/>
              </w:rPr>
            </w:pPr>
            <w:r w:rsidRPr="007E0298">
              <w:rPr>
                <w:rFonts w:ascii="CIDFont+F2" w:hAnsi="CIDFont+F2" w:cs="CIDFont+F2"/>
                <w:sz w:val="20"/>
                <w:szCs w:val="20"/>
                <w:lang w:val="en-AU"/>
              </w:rPr>
              <w:t>Phil Moravcik</w:t>
            </w:r>
          </w:p>
        </w:tc>
        <w:tc>
          <w:tcPr>
            <w:tcW w:w="2277" w:type="dxa"/>
          </w:tcPr>
          <w:p w14:paraId="2E63C349" w14:textId="2BF9AE88" w:rsidR="004B3917" w:rsidRPr="007E0298" w:rsidRDefault="004B3917" w:rsidP="004B3917">
            <w:pPr>
              <w:rPr>
                <w:sz w:val="20"/>
                <w:szCs w:val="20"/>
              </w:rPr>
            </w:pPr>
            <w:r w:rsidRPr="007E0298">
              <w:rPr>
                <w:rFonts w:ascii="CIDFont+F2" w:hAnsi="CIDFont+F2" w:cs="CIDFont+F2"/>
                <w:sz w:val="20"/>
                <w:szCs w:val="20"/>
                <w:lang w:val="en-AU"/>
              </w:rPr>
              <w:t>2</w:t>
            </w:r>
          </w:p>
        </w:tc>
        <w:tc>
          <w:tcPr>
            <w:tcW w:w="1978" w:type="dxa"/>
          </w:tcPr>
          <w:p w14:paraId="3D69818B" w14:textId="437E19ED" w:rsidR="004B3917" w:rsidRPr="004B3917" w:rsidRDefault="004B3917" w:rsidP="004B3917">
            <w:pPr>
              <w:rPr>
                <w:sz w:val="20"/>
                <w:szCs w:val="20"/>
              </w:rPr>
            </w:pPr>
            <w:r w:rsidRPr="004B3917">
              <w:rPr>
                <w:rFonts w:ascii="CIDFont+F2" w:hAnsi="CIDFont+F2" w:cs="CIDFont+F2"/>
                <w:sz w:val="20"/>
                <w:szCs w:val="20"/>
                <w:lang w:val="en-AU"/>
              </w:rPr>
              <w:t>1:16.574</w:t>
            </w:r>
          </w:p>
        </w:tc>
      </w:tr>
    </w:tbl>
    <w:p w14:paraId="35926E00" w14:textId="2859F56B" w:rsidR="00A20691" w:rsidRDefault="00A20691"/>
    <w:p w14:paraId="4D92C220" w14:textId="3E4CD616" w:rsidR="00DE6D92" w:rsidRPr="00DE6D92" w:rsidRDefault="00DE6D92" w:rsidP="00DE6D92">
      <w:pPr>
        <w:rPr>
          <w:rFonts w:asciiTheme="majorHAnsi" w:hAnsiTheme="majorHAnsi" w:cstheme="majorHAnsi"/>
          <w:b/>
          <w:bCs/>
          <w:color w:val="0070C0"/>
          <w:sz w:val="26"/>
          <w:szCs w:val="26"/>
          <w:lang w:val="en-AU"/>
        </w:rPr>
      </w:pPr>
      <w:r w:rsidRPr="00DE6D92">
        <w:rPr>
          <w:rFonts w:ascii="Segoe UI Emoji" w:hAnsi="Segoe UI Emoji" w:cs="Segoe UI Emoji"/>
          <w:b/>
          <w:bCs/>
          <w:sz w:val="26"/>
          <w:szCs w:val="26"/>
          <w:lang w:val="en-AU"/>
        </w:rPr>
        <w:t>🏁</w:t>
      </w:r>
      <w:r w:rsidRPr="00DE6D92">
        <w:rPr>
          <w:rFonts w:asciiTheme="majorHAnsi" w:hAnsiTheme="majorHAnsi" w:cstheme="majorHAnsi"/>
          <w:b/>
          <w:bCs/>
          <w:sz w:val="26"/>
          <w:szCs w:val="26"/>
          <w:lang w:val="en-AU"/>
        </w:rPr>
        <w:t xml:space="preserve"> </w:t>
      </w:r>
      <w:r w:rsidRPr="00DE6D92">
        <w:rPr>
          <w:rFonts w:asciiTheme="majorHAnsi" w:hAnsiTheme="majorHAnsi" w:cstheme="majorHAnsi"/>
          <w:b/>
          <w:bCs/>
          <w:color w:val="0070C0"/>
          <w:sz w:val="26"/>
          <w:szCs w:val="26"/>
          <w:lang w:val="en-AU"/>
        </w:rPr>
        <w:t>Joke</w:t>
      </w:r>
      <w:r w:rsidR="00F36C98">
        <w:rPr>
          <w:rFonts w:asciiTheme="majorHAnsi" w:hAnsiTheme="majorHAnsi" w:cstheme="majorHAnsi"/>
          <w:b/>
          <w:bCs/>
          <w:color w:val="0070C0"/>
          <w:sz w:val="26"/>
          <w:szCs w:val="26"/>
          <w:lang w:val="en-AU"/>
        </w:rPr>
        <w:t>s</w:t>
      </w:r>
      <w:r w:rsidRPr="00DE6D92">
        <w:rPr>
          <w:rFonts w:asciiTheme="majorHAnsi" w:hAnsiTheme="majorHAnsi" w:cstheme="majorHAnsi"/>
          <w:b/>
          <w:bCs/>
          <w:color w:val="0070C0"/>
          <w:sz w:val="26"/>
          <w:szCs w:val="26"/>
          <w:lang w:val="en-AU"/>
        </w:rPr>
        <w:t xml:space="preserve"> of the Month</w:t>
      </w:r>
    </w:p>
    <w:p w14:paraId="122E3472" w14:textId="26344521" w:rsidR="00DE6D92" w:rsidRDefault="00F36C98" w:rsidP="00DE6D92">
      <w:pPr>
        <w:rPr>
          <w:rFonts w:ascii="Segoe UI Emoji" w:hAnsi="Segoe UI Emoji" w:cs="Segoe UI Emoji"/>
          <w:b/>
          <w:bCs/>
          <w:lang w:val="en-AU"/>
        </w:rPr>
      </w:pPr>
      <w:r w:rsidRPr="00F36C98">
        <w:rPr>
          <w:rFonts w:cstheme="majorHAnsi"/>
          <w:lang w:val="en-AU"/>
        </w:rPr>
        <w:t>I renewed my car insurance over the phone today, and as I was about to hang up the woman on the other end asked if I had a pet.</w:t>
      </w:r>
      <w:r>
        <w:rPr>
          <w:rFonts w:cstheme="majorHAnsi"/>
          <w:lang w:val="en-AU"/>
        </w:rPr>
        <w:t xml:space="preserve">  </w:t>
      </w:r>
      <w:r w:rsidRPr="00F36C98">
        <w:rPr>
          <w:rFonts w:cstheme="majorHAnsi"/>
          <w:lang w:val="en-AU"/>
        </w:rPr>
        <w:t>I said, “Yes, I’ve got a dog.”</w:t>
      </w:r>
      <w:r>
        <w:rPr>
          <w:rFonts w:cstheme="majorHAnsi"/>
          <w:lang w:val="en-AU"/>
        </w:rPr>
        <w:t xml:space="preserve">  </w:t>
      </w:r>
      <w:r w:rsidRPr="00F36C98">
        <w:rPr>
          <w:rFonts w:cstheme="majorHAnsi"/>
          <w:lang w:val="en-AU"/>
        </w:rPr>
        <w:t>She asked, “Would you like to insure him too?”</w:t>
      </w:r>
      <w:r>
        <w:rPr>
          <w:rFonts w:cstheme="majorHAnsi"/>
          <w:lang w:val="en-AU"/>
        </w:rPr>
        <w:t xml:space="preserve">  </w:t>
      </w:r>
      <w:r w:rsidRPr="00F36C98">
        <w:rPr>
          <w:rFonts w:cstheme="majorHAnsi"/>
          <w:lang w:val="en-AU"/>
        </w:rPr>
        <w:t>I said, “No thanks, he can’t drive!”</w:t>
      </w:r>
      <w:r>
        <w:rPr>
          <w:rFonts w:cstheme="majorHAnsi"/>
          <w:lang w:val="en-AU"/>
        </w:rPr>
        <w:t xml:space="preserve">  </w:t>
      </w:r>
      <w:r w:rsidR="00DE6D92" w:rsidRPr="00DE6D92">
        <w:rPr>
          <w:rFonts w:ascii="Segoe UI Emoji" w:hAnsi="Segoe UI Emoji" w:cs="Segoe UI Emoji"/>
          <w:b/>
          <w:bCs/>
          <w:lang w:val="en-AU"/>
        </w:rPr>
        <w:t>😄</w:t>
      </w:r>
    </w:p>
    <w:p w14:paraId="015ACB47" w14:textId="38964909" w:rsidR="00F36C98" w:rsidRPr="00F36C98" w:rsidRDefault="00F36C98" w:rsidP="00F36C98">
      <w:pPr>
        <w:rPr>
          <w:rFonts w:cstheme="majorHAnsi"/>
          <w:lang w:val="en-AU"/>
        </w:rPr>
      </w:pPr>
      <w:r w:rsidRPr="00F36C98">
        <w:rPr>
          <w:rFonts w:cstheme="majorHAnsi"/>
          <w:lang w:val="en-AU"/>
        </w:rPr>
        <w:t>Dad is down at the car dealership, looking at potential choices.</w:t>
      </w:r>
      <w:r>
        <w:rPr>
          <w:rFonts w:cstheme="majorHAnsi"/>
          <w:lang w:val="en-AU"/>
        </w:rPr>
        <w:t xml:space="preserve">  </w:t>
      </w:r>
      <w:r w:rsidRPr="00F36C98">
        <w:rPr>
          <w:rFonts w:cstheme="majorHAnsi"/>
          <w:lang w:val="en-AU"/>
        </w:rPr>
        <w:t>“Cargo space?” he asks.</w:t>
      </w:r>
      <w:r>
        <w:rPr>
          <w:rFonts w:cstheme="majorHAnsi"/>
          <w:lang w:val="en-AU"/>
        </w:rPr>
        <w:t xml:space="preserve">  </w:t>
      </w:r>
      <w:r w:rsidRPr="00F36C98">
        <w:rPr>
          <w:rFonts w:cstheme="majorHAnsi"/>
          <w:lang w:val="en-AU"/>
        </w:rPr>
        <w:t xml:space="preserve">The salesman says: “Car no do that. </w:t>
      </w:r>
      <w:proofErr w:type="spellStart"/>
      <w:r w:rsidRPr="00F36C98">
        <w:rPr>
          <w:rFonts w:cstheme="majorHAnsi"/>
          <w:lang w:val="en-AU"/>
        </w:rPr>
        <w:t xml:space="preserve">Car </w:t>
      </w:r>
      <w:proofErr w:type="gramStart"/>
      <w:r w:rsidRPr="00F36C98">
        <w:rPr>
          <w:rFonts w:cstheme="majorHAnsi"/>
          <w:lang w:val="en-AU"/>
        </w:rPr>
        <w:t>go</w:t>
      </w:r>
      <w:proofErr w:type="spellEnd"/>
      <w:proofErr w:type="gramEnd"/>
      <w:r w:rsidRPr="00F36C98">
        <w:rPr>
          <w:rFonts w:cstheme="majorHAnsi"/>
          <w:lang w:val="en-AU"/>
        </w:rPr>
        <w:t xml:space="preserve"> road.”</w:t>
      </w:r>
      <w:r>
        <w:rPr>
          <w:rFonts w:cstheme="majorHAnsi"/>
          <w:lang w:val="en-AU"/>
        </w:rPr>
        <w:t xml:space="preserve"> </w:t>
      </w:r>
      <w:r w:rsidRPr="00F36C98">
        <w:rPr>
          <mc:AlternateContent>
            <mc:Choice Requires="w16se">
              <w:rFonts w:cstheme="majorHAnsi"/>
            </mc:Choice>
            <mc:Fallback>
              <w:rFonts w:ascii="Segoe UI Emoji" w:eastAsia="Segoe UI Emoji" w:hAnsi="Segoe UI Emoji" w:cs="Segoe UI Emoji"/>
            </mc:Fallback>
          </mc:AlternateContent>
          <w:lang w:val="en-AU"/>
        </w:rPr>
        <mc:AlternateContent>
          <mc:Choice Requires="w16se">
            <w16se:symEx w16se:font="Segoe UI Emoji" w16se:char="1F60A"/>
          </mc:Choice>
          <mc:Fallback>
            <w:t>😊</w:t>
          </mc:Fallback>
        </mc:AlternateContent>
      </w:r>
      <w:r w:rsidRPr="00F36C98">
        <w:rPr>
          <mc:AlternateContent>
            <mc:Choice Requires="w16se">
              <w:rFonts w:cstheme="majorHAnsi"/>
            </mc:Choice>
            <mc:Fallback>
              <w:rFonts w:ascii="Segoe UI Emoji" w:eastAsia="Segoe UI Emoji" w:hAnsi="Segoe UI Emoji" w:cs="Segoe UI Emoji"/>
            </mc:Fallback>
          </mc:AlternateContent>
          <w:lang w:val="en-AU"/>
        </w:rPr>
        <mc:AlternateContent>
          <mc:Choice Requires="w16se">
            <w16se:symEx w16se:font="Segoe UI Emoji" w16se:char="1F60A"/>
          </mc:Choice>
          <mc:Fallback>
            <w:t>😊</w:t>
          </mc:Fallback>
        </mc:AlternateContent>
      </w:r>
    </w:p>
    <w:p w14:paraId="1312EDB2" w14:textId="77777777" w:rsidR="00DE6D92" w:rsidRPr="00DE6D92" w:rsidRDefault="00DE6D92" w:rsidP="00DE6D92">
      <w:pPr>
        <w:rPr>
          <w:rFonts w:asciiTheme="majorHAnsi" w:hAnsiTheme="majorHAnsi" w:cstheme="majorHAnsi"/>
          <w:b/>
          <w:bCs/>
          <w:color w:val="0070C0"/>
          <w:sz w:val="26"/>
          <w:szCs w:val="26"/>
          <w:lang w:val="en-AU"/>
        </w:rPr>
      </w:pPr>
      <w:r w:rsidRPr="00DE6D92">
        <w:rPr>
          <w:rFonts w:ascii="Segoe UI Emoji" w:hAnsi="Segoe UI Emoji" w:cs="Segoe UI Emoji"/>
          <w:b/>
          <w:bCs/>
          <w:color w:val="E5B8B7" w:themeColor="accent2" w:themeTint="66"/>
          <w:sz w:val="26"/>
          <w:szCs w:val="26"/>
          <w:lang w:val="en-AU"/>
        </w:rPr>
        <w:t>🧠</w:t>
      </w:r>
      <w:r w:rsidRPr="00DE6D92">
        <w:rPr>
          <w:rFonts w:asciiTheme="majorHAnsi" w:hAnsiTheme="majorHAnsi" w:cstheme="majorHAnsi"/>
          <w:b/>
          <w:bCs/>
          <w:color w:val="0070C0"/>
          <w:sz w:val="26"/>
          <w:szCs w:val="26"/>
          <w:lang w:val="en-AU"/>
        </w:rPr>
        <w:t xml:space="preserve"> Fun Fact</w:t>
      </w:r>
    </w:p>
    <w:p w14:paraId="69B12F65" w14:textId="77777777" w:rsidR="00F36C98" w:rsidRPr="00F36C98" w:rsidRDefault="00F36C98" w:rsidP="00F36C98">
      <w:pPr>
        <w:rPr>
          <w:rFonts w:cstheme="majorHAnsi"/>
          <w:lang w:val="en-AU"/>
        </w:rPr>
      </w:pPr>
      <w:r w:rsidRPr="00F36C98">
        <w:rPr>
          <w:rFonts w:cstheme="majorHAnsi"/>
          <w:b/>
          <w:bCs/>
          <w:lang w:val="en-AU"/>
        </w:rPr>
        <w:t>The first full-scale, self-propelled mechanical vehicle was released in 1769.</w:t>
      </w:r>
      <w:r w:rsidRPr="00F36C98">
        <w:rPr>
          <w:rFonts w:cstheme="majorHAnsi"/>
          <w:lang w:val="en-AU"/>
        </w:rPr>
        <w:t> It was a steam-powered tricycle that was used to haul cannons around town. (</w:t>
      </w:r>
      <w:proofErr w:type="gramStart"/>
      <w:r w:rsidRPr="00F36C98">
        <w:rPr>
          <w:rFonts w:cstheme="majorHAnsi"/>
          <w:lang w:val="en-AU"/>
        </w:rPr>
        <w:t>But,</w:t>
      </w:r>
      <w:proofErr w:type="gramEnd"/>
      <w:r w:rsidRPr="00F36C98">
        <w:rPr>
          <w:rFonts w:cstheme="majorHAnsi"/>
          <w:lang w:val="en-AU"/>
        </w:rPr>
        <w:t xml:space="preserve"> it weighed 8,000 pounds!)</w:t>
      </w:r>
    </w:p>
    <w:p w14:paraId="23B418DB" w14:textId="77777777" w:rsidR="00F36C98" w:rsidRPr="00F36C98" w:rsidRDefault="00F36C98" w:rsidP="00F36C98">
      <w:pPr>
        <w:rPr>
          <w:rFonts w:cstheme="majorHAnsi"/>
          <w:lang w:val="en-AU"/>
        </w:rPr>
      </w:pPr>
      <w:r w:rsidRPr="00F36C98">
        <w:rPr>
          <w:rFonts w:cstheme="majorHAnsi"/>
          <w:b/>
          <w:bCs/>
          <w:lang w:val="en-AU"/>
        </w:rPr>
        <w:lastRenderedPageBreak/>
        <w:t>The 1964 Pontiac GTO is widely regarded as the first “muscle car.”</w:t>
      </w:r>
      <w:r w:rsidRPr="00F36C98">
        <w:rPr>
          <w:rFonts w:cstheme="majorHAnsi"/>
          <w:lang w:val="en-AU"/>
        </w:rPr>
        <w:t> Pontiac owned the muscle scene in the early 1960s, but by 1968, that car had plenty of competition.</w:t>
      </w:r>
    </w:p>
    <w:p w14:paraId="67799295" w14:textId="77777777" w:rsidR="00F36C98" w:rsidRPr="00F36C98" w:rsidRDefault="00F36C98" w:rsidP="00F36C98">
      <w:pPr>
        <w:rPr>
          <w:rFonts w:cstheme="majorHAnsi"/>
          <w:lang w:val="en-AU"/>
        </w:rPr>
      </w:pPr>
      <w:r w:rsidRPr="00F36C98">
        <w:rPr>
          <w:rFonts w:cstheme="majorHAnsi"/>
          <w:b/>
          <w:bCs/>
          <w:lang w:val="en-AU"/>
        </w:rPr>
        <w:t xml:space="preserve">The most expensive car ever sold at a public auction was a 1954 Mercedes-Benz W196R Formula 1 </w:t>
      </w:r>
      <w:proofErr w:type="gramStart"/>
      <w:r w:rsidRPr="00F36C98">
        <w:rPr>
          <w:rFonts w:cstheme="majorHAnsi"/>
          <w:b/>
          <w:bCs/>
          <w:lang w:val="en-AU"/>
        </w:rPr>
        <w:t>race-car</w:t>
      </w:r>
      <w:proofErr w:type="gramEnd"/>
      <w:r w:rsidRPr="00F36C98">
        <w:rPr>
          <w:rFonts w:cstheme="majorHAnsi"/>
          <w:b/>
          <w:bCs/>
          <w:lang w:val="en-AU"/>
        </w:rPr>
        <w:t>.</w:t>
      </w:r>
      <w:r w:rsidRPr="00F36C98">
        <w:rPr>
          <w:rFonts w:cstheme="majorHAnsi"/>
          <w:lang w:val="en-AU"/>
        </w:rPr>
        <w:t> In 2013, it went for a staggering $30 million.</w:t>
      </w:r>
    </w:p>
    <w:p w14:paraId="3769F61E" w14:textId="77777777" w:rsidR="00DE6D92" w:rsidRPr="00DE6D92" w:rsidRDefault="00DE6D92" w:rsidP="00DE6D92">
      <w:pPr>
        <w:rPr>
          <w:rFonts w:cstheme="majorHAnsi"/>
          <w:lang w:val="en-AU"/>
        </w:rPr>
      </w:pPr>
    </w:p>
    <w:p w14:paraId="77139DA2" w14:textId="77777777" w:rsidR="00DE6D92" w:rsidRPr="00DE6D92" w:rsidRDefault="00DE6D92" w:rsidP="00DE6D92">
      <w:pPr>
        <w:rPr>
          <w:rFonts w:asciiTheme="majorHAnsi" w:hAnsiTheme="majorHAnsi" w:cstheme="majorHAnsi"/>
          <w:b/>
          <w:bCs/>
          <w:color w:val="0070C0"/>
          <w:sz w:val="26"/>
          <w:szCs w:val="26"/>
          <w:lang w:val="en-AU"/>
        </w:rPr>
      </w:pPr>
      <w:r w:rsidRPr="00DE6D92">
        <w:rPr>
          <w:rFonts w:ascii="Segoe UI Emoji" w:hAnsi="Segoe UI Emoji" w:cs="Segoe UI Emoji"/>
          <w:b/>
          <w:bCs/>
          <w:color w:val="EE0000"/>
          <w:sz w:val="26"/>
          <w:szCs w:val="26"/>
          <w:lang w:val="en-AU"/>
        </w:rPr>
        <w:t>📣</w:t>
      </w:r>
      <w:r w:rsidRPr="00DE6D92">
        <w:rPr>
          <w:rFonts w:asciiTheme="majorHAnsi" w:hAnsiTheme="majorHAnsi" w:cstheme="majorHAnsi"/>
          <w:b/>
          <w:bCs/>
          <w:color w:val="0070C0"/>
          <w:sz w:val="26"/>
          <w:szCs w:val="26"/>
          <w:lang w:val="en-AU"/>
        </w:rPr>
        <w:t xml:space="preserve"> Got a Story to Share?</w:t>
      </w:r>
    </w:p>
    <w:p w14:paraId="46934DA8" w14:textId="77777777" w:rsidR="00DE6D92" w:rsidRPr="00DE6D92" w:rsidRDefault="00DE6D92" w:rsidP="00DE6D92">
      <w:pPr>
        <w:rPr>
          <w:rFonts w:cstheme="majorHAnsi"/>
          <w:lang w:val="en-AU"/>
        </w:rPr>
      </w:pPr>
      <w:r w:rsidRPr="00DE6D92">
        <w:rPr>
          <w:rFonts w:cstheme="majorHAnsi"/>
          <w:lang w:val="en-AU"/>
        </w:rPr>
        <w:t xml:space="preserve">We're keen to feature </w:t>
      </w:r>
      <w:r w:rsidRPr="00DE6D92">
        <w:rPr>
          <w:rFonts w:cstheme="majorHAnsi"/>
          <w:i/>
          <w:iCs/>
          <w:lang w:val="en-AU"/>
        </w:rPr>
        <w:t>your</w:t>
      </w:r>
      <w:r w:rsidRPr="00DE6D92">
        <w:rPr>
          <w:rFonts w:cstheme="majorHAnsi"/>
          <w:lang w:val="en-AU"/>
        </w:rPr>
        <w:t xml:space="preserve"> stories in upcoming newsletters! </w:t>
      </w:r>
      <w:r>
        <w:rPr>
          <w:rFonts w:cstheme="majorHAnsi"/>
          <w:lang w:val="en-AU"/>
        </w:rPr>
        <w:t xml:space="preserve"> </w:t>
      </w:r>
      <w:r w:rsidRPr="00DE6D92">
        <w:rPr>
          <w:rFonts w:cstheme="majorHAnsi"/>
          <w:lang w:val="en-AU"/>
        </w:rPr>
        <w:t xml:space="preserve">Whether it’s about your car, a rebuild journey, a favourite road trip, or even a spotlight on a fellow member—send it through. </w:t>
      </w:r>
      <w:r>
        <w:rPr>
          <w:rFonts w:cstheme="majorHAnsi"/>
          <w:lang w:val="en-AU"/>
        </w:rPr>
        <w:t xml:space="preserve"> </w:t>
      </w:r>
      <w:r w:rsidRPr="00DE6D92">
        <w:rPr>
          <w:rFonts w:cstheme="majorHAnsi"/>
          <w:lang w:val="en-AU"/>
        </w:rPr>
        <w:t>We'd love a few photos too.</w:t>
      </w:r>
    </w:p>
    <w:p w14:paraId="1C16FEF9" w14:textId="77777777" w:rsidR="00DE6D92" w:rsidRPr="00DE6D92" w:rsidRDefault="00DE6D92" w:rsidP="00DE6D92">
      <w:pPr>
        <w:rPr>
          <w:rFonts w:cstheme="majorHAnsi"/>
          <w:lang w:val="en-AU"/>
        </w:rPr>
      </w:pPr>
      <w:r w:rsidRPr="00DE6D92">
        <w:rPr>
          <w:rFonts w:cstheme="majorHAnsi"/>
          <w:lang w:val="en-AU"/>
        </w:rPr>
        <w:t xml:space="preserve">We’re also starting a </w:t>
      </w:r>
      <w:r w:rsidRPr="00DE6D92">
        <w:rPr>
          <w:rFonts w:cstheme="majorHAnsi"/>
          <w:b/>
          <w:bCs/>
          <w:lang w:val="en-AU"/>
        </w:rPr>
        <w:t>Member Spotlight</w:t>
      </w:r>
      <w:r w:rsidRPr="00DE6D92">
        <w:rPr>
          <w:rFonts w:cstheme="majorHAnsi"/>
          <w:lang w:val="en-AU"/>
        </w:rPr>
        <w:t xml:space="preserve"> section to introduce the people behind the cars. Share a short bio, how you got involved with the club, or a memorable motoring moment.</w:t>
      </w:r>
    </w:p>
    <w:p w14:paraId="3940613C" w14:textId="77777777" w:rsidR="00DE6D92" w:rsidRPr="00DE6D92" w:rsidRDefault="00DE6D92" w:rsidP="00DE6D92">
      <w:pPr>
        <w:rPr>
          <w:rFonts w:cstheme="majorHAnsi"/>
          <w:lang w:val="en-AU"/>
        </w:rPr>
      </w:pPr>
      <w:r w:rsidRPr="00DE6D92">
        <w:rPr>
          <w:rFonts w:cstheme="majorHAnsi"/>
          <w:lang w:val="en-AU"/>
        </w:rPr>
        <w:t xml:space="preserve">Send your contributions to </w:t>
      </w:r>
      <w:r w:rsidRPr="00DE6D92">
        <w:rPr>
          <w:rFonts w:cstheme="majorHAnsi"/>
          <w:b/>
          <w:bCs/>
          <w:lang w:val="en-AU"/>
        </w:rPr>
        <w:t>Michele</w:t>
      </w:r>
      <w:r w:rsidRPr="00DE6D92">
        <w:rPr>
          <w:rFonts w:cstheme="majorHAnsi"/>
          <w:lang w:val="en-AU"/>
        </w:rPr>
        <w:t xml:space="preserve"> at: social@marquenq.com.au</w:t>
      </w:r>
      <w:r w:rsidRPr="00DE6D92">
        <w:rPr>
          <w:rFonts w:cstheme="majorHAnsi"/>
          <w:lang w:val="en-AU"/>
        </w:rPr>
        <w:br/>
        <w:t xml:space="preserve">(Don’t be shy—we’re still waiting… </w:t>
      </w:r>
      <w:r w:rsidRPr="00DE6D92">
        <w:rPr>
          <w:rFonts w:cstheme="majorHAnsi"/>
          <w:i/>
          <w:iCs/>
          <w:lang w:val="en-AU"/>
        </w:rPr>
        <w:t>crickets chirping</w:t>
      </w:r>
      <w:r w:rsidRPr="00DE6D92">
        <w:rPr>
          <w:rFonts w:cstheme="majorHAnsi"/>
          <w:lang w:val="en-AU"/>
        </w:rPr>
        <w:t xml:space="preserve">) </w:t>
      </w:r>
      <w:r w:rsidRPr="00DE6D92">
        <w:rPr>
          <w:rFonts w:ascii="Segoe UI Emoji" w:hAnsi="Segoe UI Emoji" w:cs="Segoe UI Emoji"/>
          <w:lang w:val="en-AU"/>
        </w:rPr>
        <w:t>🦗😉</w:t>
      </w:r>
    </w:p>
    <w:p w14:paraId="75DF1F46" w14:textId="77777777" w:rsidR="00A20691" w:rsidRDefault="00A20691" w:rsidP="00C664B2">
      <w:pPr>
        <w:rPr>
          <w:lang w:val="en-AU"/>
        </w:rPr>
      </w:pPr>
    </w:p>
    <w:p w14:paraId="0BBFB087" w14:textId="77777777" w:rsidR="00A20691" w:rsidRPr="002112CE" w:rsidRDefault="00A20691" w:rsidP="00A20691">
      <w:pPr>
        <w:pStyle w:val="Normal1"/>
        <w:jc w:val="center"/>
        <w:rPr>
          <w:rFonts w:ascii="Verdana" w:hAnsi="Verdana" w:cs="Cavolin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112CE">
        <w:rPr>
          <w:rFonts w:ascii="Verdana" w:hAnsi="Verdana" w:cs="Cavolin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OUR PLATINUM SPONSOR IS:</w:t>
      </w:r>
    </w:p>
    <w:p w14:paraId="53E3D454" w14:textId="77777777" w:rsidR="00A20691" w:rsidRDefault="00A20691" w:rsidP="00C664B2">
      <w:pPr>
        <w:rPr>
          <w:lang w:val="en-AU"/>
        </w:rPr>
      </w:pPr>
    </w:p>
    <w:p w14:paraId="66557793" w14:textId="77777777" w:rsidR="00A20691" w:rsidRDefault="00A20691" w:rsidP="00C664B2">
      <w:pPr>
        <w:rPr>
          <w:lang w:val="en-AU"/>
        </w:rPr>
      </w:pPr>
      <w:r>
        <w:rPr>
          <w:noProof/>
          <w:lang w:val="en-AU"/>
        </w:rPr>
        <w:drawing>
          <wp:inline distT="0" distB="0" distL="0" distR="0" wp14:anchorId="2EA7C5B0" wp14:editId="7557B605">
            <wp:extent cx="5944235" cy="1579245"/>
            <wp:effectExtent l="0" t="0" r="0" b="1905"/>
            <wp:docPr id="8796551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1579245"/>
                    </a:xfrm>
                    <a:prstGeom prst="rect">
                      <a:avLst/>
                    </a:prstGeom>
                    <a:noFill/>
                  </pic:spPr>
                </pic:pic>
              </a:graphicData>
            </a:graphic>
          </wp:inline>
        </w:drawing>
      </w:r>
    </w:p>
    <w:p w14:paraId="77D9332B" w14:textId="77777777" w:rsidR="00A20691" w:rsidRDefault="00A20691" w:rsidP="00C664B2">
      <w:pPr>
        <w:rPr>
          <w:lang w:val="en-AU"/>
        </w:rPr>
      </w:pPr>
    </w:p>
    <w:p w14:paraId="628CE09F" w14:textId="77777777" w:rsidR="00A20691" w:rsidRDefault="00A20691" w:rsidP="00A20691">
      <w:pPr>
        <w:pStyle w:val="Normal1"/>
        <w:jc w:val="center"/>
        <w:rPr>
          <w:rFonts w:ascii="Verdana" w:hAnsi="Verdana" w:cs="Cavolin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112CE">
        <w:rPr>
          <w:rFonts w:ascii="Verdana" w:hAnsi="Verdana" w:cs="Cavolin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REMEMBER TO SUPPORT THOSE THAT SUPPORT US.</w:t>
      </w:r>
    </w:p>
    <w:p w14:paraId="51921218" w14:textId="77777777" w:rsidR="00A20691" w:rsidRDefault="00A20691" w:rsidP="00A20691">
      <w:pPr>
        <w:pStyle w:val="Normal1"/>
        <w:jc w:val="center"/>
        <w:rPr>
          <w:rFonts w:ascii="Verdana" w:hAnsi="Verdana" w:cs="Cavolin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Verdana" w:hAnsi="Verdana" w:cs="Cavolin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LET THEM KNOW YOU ARE WITH THE MSCRNQ TO </w:t>
      </w:r>
    </w:p>
    <w:p w14:paraId="6BCD16DB" w14:textId="77777777" w:rsidR="00A20691" w:rsidRDefault="00A20691" w:rsidP="00A20691">
      <w:pPr>
        <w:pStyle w:val="Normal1"/>
        <w:jc w:val="center"/>
        <w:rPr>
          <w:rFonts w:ascii="Verdana" w:hAnsi="Verdana" w:cs="Cavolin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Verdana" w:hAnsi="Verdana" w:cs="Cavolin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RECEIVE A DISCOUNT!</w:t>
      </w:r>
    </w:p>
    <w:p w14:paraId="35F2BE3B" w14:textId="77777777" w:rsidR="00A20691" w:rsidRPr="00C664B2" w:rsidRDefault="00A20691" w:rsidP="00C664B2">
      <w:pPr>
        <w:rPr>
          <w:lang w:val="en-AU"/>
        </w:rPr>
      </w:pPr>
    </w:p>
    <w:p w14:paraId="3C789BD9" w14:textId="77777777" w:rsidR="00C664B2" w:rsidRDefault="00C664B2"/>
    <w:sectPr w:rsidR="00C664B2"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volini">
    <w:charset w:val="00"/>
    <w:family w:val="script"/>
    <w:pitch w:val="variable"/>
    <w:sig w:usb0="A11526FF" w:usb1="8000000A" w:usb2="00010000" w:usb3="00000000" w:csb0="0000019F" w:csb1="00000000"/>
  </w:font>
  <w:font w:name="Verdana">
    <w:panose1 w:val="020B0604030504040204"/>
    <w:charset w:val="00"/>
    <w:family w:val="swiss"/>
    <w:pitch w:val="variable"/>
    <w:sig w:usb0="A00006FF" w:usb1="4000205B" w:usb2="00000010" w:usb3="00000000" w:csb0="0000019F" w:csb1="00000000"/>
  </w:font>
  <w:font w:name="CIDFont+F2">
    <w:altName w:val="Calibri"/>
    <w:panose1 w:val="00000000000000000000"/>
    <w:charset w:val="00"/>
    <w:family w:val="auto"/>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BD5CE1EE"/>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B852666"/>
    <w:multiLevelType w:val="hybridMultilevel"/>
    <w:tmpl w:val="FE000C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D5E185A"/>
    <w:multiLevelType w:val="multilevel"/>
    <w:tmpl w:val="E7DA3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AC45CCA"/>
    <w:multiLevelType w:val="hybridMultilevel"/>
    <w:tmpl w:val="EB3634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3ED14CE"/>
    <w:multiLevelType w:val="multilevel"/>
    <w:tmpl w:val="B5CCD7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F1A5157"/>
    <w:multiLevelType w:val="multilevel"/>
    <w:tmpl w:val="8C341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9955420">
    <w:abstractNumId w:val="8"/>
  </w:num>
  <w:num w:numId="2" w16cid:durableId="1443693079">
    <w:abstractNumId w:val="6"/>
  </w:num>
  <w:num w:numId="3" w16cid:durableId="1903518498">
    <w:abstractNumId w:val="5"/>
  </w:num>
  <w:num w:numId="4" w16cid:durableId="768503186">
    <w:abstractNumId w:val="4"/>
  </w:num>
  <w:num w:numId="5" w16cid:durableId="273481801">
    <w:abstractNumId w:val="7"/>
  </w:num>
  <w:num w:numId="6" w16cid:durableId="1927222494">
    <w:abstractNumId w:val="3"/>
  </w:num>
  <w:num w:numId="7" w16cid:durableId="2071616648">
    <w:abstractNumId w:val="2"/>
  </w:num>
  <w:num w:numId="8" w16cid:durableId="771516494">
    <w:abstractNumId w:val="1"/>
  </w:num>
  <w:num w:numId="9" w16cid:durableId="421682718">
    <w:abstractNumId w:val="0"/>
  </w:num>
  <w:num w:numId="10" w16cid:durableId="1077552143">
    <w:abstractNumId w:val="9"/>
  </w:num>
  <w:num w:numId="11" w16cid:durableId="194463930">
    <w:abstractNumId w:val="11"/>
  </w:num>
  <w:num w:numId="12" w16cid:durableId="1679691464">
    <w:abstractNumId w:val="13"/>
  </w:num>
  <w:num w:numId="13" w16cid:durableId="507066772">
    <w:abstractNumId w:val="10"/>
  </w:num>
  <w:num w:numId="14" w16cid:durableId="110815959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844"/>
    <w:rsid w:val="000230A8"/>
    <w:rsid w:val="00034616"/>
    <w:rsid w:val="0004605C"/>
    <w:rsid w:val="0006063C"/>
    <w:rsid w:val="00080338"/>
    <w:rsid w:val="00115FA2"/>
    <w:rsid w:val="0015074B"/>
    <w:rsid w:val="0015367D"/>
    <w:rsid w:val="00161CED"/>
    <w:rsid w:val="00182CD4"/>
    <w:rsid w:val="001C6992"/>
    <w:rsid w:val="001D6E0E"/>
    <w:rsid w:val="001E244F"/>
    <w:rsid w:val="002718E5"/>
    <w:rsid w:val="0028784B"/>
    <w:rsid w:val="0029639D"/>
    <w:rsid w:val="002A2F9F"/>
    <w:rsid w:val="002A3F77"/>
    <w:rsid w:val="00326F90"/>
    <w:rsid w:val="00382B27"/>
    <w:rsid w:val="003A47F5"/>
    <w:rsid w:val="003B4727"/>
    <w:rsid w:val="003E49E0"/>
    <w:rsid w:val="003F7CDE"/>
    <w:rsid w:val="00423B12"/>
    <w:rsid w:val="004B3917"/>
    <w:rsid w:val="0053625D"/>
    <w:rsid w:val="005D754C"/>
    <w:rsid w:val="00602A9A"/>
    <w:rsid w:val="0061590B"/>
    <w:rsid w:val="00724A54"/>
    <w:rsid w:val="007A08B0"/>
    <w:rsid w:val="007E0298"/>
    <w:rsid w:val="007E1533"/>
    <w:rsid w:val="00804D8E"/>
    <w:rsid w:val="00893E35"/>
    <w:rsid w:val="008A711A"/>
    <w:rsid w:val="00927686"/>
    <w:rsid w:val="00927CFD"/>
    <w:rsid w:val="00950AC6"/>
    <w:rsid w:val="00973912"/>
    <w:rsid w:val="00997388"/>
    <w:rsid w:val="009A59C8"/>
    <w:rsid w:val="009B0A98"/>
    <w:rsid w:val="009E166F"/>
    <w:rsid w:val="009F6333"/>
    <w:rsid w:val="00A20691"/>
    <w:rsid w:val="00A51390"/>
    <w:rsid w:val="00A55AD3"/>
    <w:rsid w:val="00A65A8E"/>
    <w:rsid w:val="00A9127C"/>
    <w:rsid w:val="00AA1D8D"/>
    <w:rsid w:val="00AB31EA"/>
    <w:rsid w:val="00B162BD"/>
    <w:rsid w:val="00B2032D"/>
    <w:rsid w:val="00B47730"/>
    <w:rsid w:val="00B90844"/>
    <w:rsid w:val="00BF6630"/>
    <w:rsid w:val="00C1526E"/>
    <w:rsid w:val="00C54C5D"/>
    <w:rsid w:val="00C664B2"/>
    <w:rsid w:val="00C85BA6"/>
    <w:rsid w:val="00C86659"/>
    <w:rsid w:val="00CB0664"/>
    <w:rsid w:val="00CB1817"/>
    <w:rsid w:val="00CD3D9F"/>
    <w:rsid w:val="00CF4C15"/>
    <w:rsid w:val="00D119E9"/>
    <w:rsid w:val="00D1609F"/>
    <w:rsid w:val="00D16550"/>
    <w:rsid w:val="00D753A7"/>
    <w:rsid w:val="00D76DA1"/>
    <w:rsid w:val="00D9203D"/>
    <w:rsid w:val="00DE6D92"/>
    <w:rsid w:val="00E64786"/>
    <w:rsid w:val="00E836BD"/>
    <w:rsid w:val="00ED5D49"/>
    <w:rsid w:val="00F07646"/>
    <w:rsid w:val="00F36C98"/>
    <w:rsid w:val="00F523F5"/>
    <w:rsid w:val="00F65FA4"/>
    <w:rsid w:val="00FB7C2A"/>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344CD7"/>
  <w14:defaultImageDpi w14:val="300"/>
  <w15:docId w15:val="{9C9AB7A1-43BE-45C7-B330-B7F27E2EB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Title1">
    <w:name w:val="Title1"/>
    <w:basedOn w:val="Normal"/>
    <w:next w:val="Normal"/>
    <w:uiPriority w:val="1"/>
    <w:unhideWhenUsed/>
    <w:qFormat/>
    <w:rsid w:val="00080338"/>
    <w:pPr>
      <w:spacing w:after="160" w:line="240" w:lineRule="auto"/>
      <w:outlineLvl w:val="0"/>
    </w:pPr>
    <w:rPr>
      <w:rFonts w:ascii="Calibri Light"/>
      <w:kern w:val="2"/>
      <w:sz w:val="56"/>
      <w:szCs w:val="24"/>
      <w:lang w:val="en-AU" w:eastAsia="en-AU"/>
      <w14:ligatures w14:val="standardContextual"/>
    </w:rPr>
  </w:style>
  <w:style w:type="character" w:customStyle="1" w:styleId="Strong1">
    <w:name w:val="Strong1"/>
    <w:uiPriority w:val="1"/>
    <w:unhideWhenUsed/>
    <w:qFormat/>
    <w:rsid w:val="00080338"/>
    <w:rPr>
      <w:rFonts w:ascii="Calibri"/>
      <w:b/>
    </w:rPr>
  </w:style>
  <w:style w:type="paragraph" w:customStyle="1" w:styleId="Normal1">
    <w:name w:val="Normal1"/>
    <w:basedOn w:val="Normal"/>
    <w:uiPriority w:val="1"/>
    <w:unhideWhenUsed/>
    <w:qFormat/>
    <w:rsid w:val="00080338"/>
    <w:pPr>
      <w:spacing w:after="160" w:line="278" w:lineRule="auto"/>
    </w:pPr>
    <w:rPr>
      <w:rFonts w:ascii="Calibri"/>
      <w:kern w:val="2"/>
      <w:sz w:val="24"/>
      <w:szCs w:val="24"/>
      <w:lang w:val="en-AU" w:eastAsia="en-AU"/>
      <w14:ligatures w14:val="standardContextual"/>
    </w:rPr>
  </w:style>
  <w:style w:type="character" w:styleId="Hyperlink">
    <w:name w:val="Hyperlink"/>
    <w:basedOn w:val="DefaultParagraphFont"/>
    <w:uiPriority w:val="99"/>
    <w:unhideWhenUsed/>
    <w:rsid w:val="00FB7C2A"/>
    <w:rPr>
      <w:color w:val="0000FF" w:themeColor="hyperlink"/>
      <w:u w:val="single"/>
    </w:rPr>
  </w:style>
  <w:style w:type="character" w:styleId="UnresolvedMention">
    <w:name w:val="Unresolved Mention"/>
    <w:basedOn w:val="DefaultParagraphFont"/>
    <w:uiPriority w:val="99"/>
    <w:semiHidden/>
    <w:unhideWhenUsed/>
    <w:rsid w:val="00FB7C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1371958">
      <w:bodyDiv w:val="1"/>
      <w:marLeft w:val="0"/>
      <w:marRight w:val="0"/>
      <w:marTop w:val="0"/>
      <w:marBottom w:val="0"/>
      <w:divBdr>
        <w:top w:val="none" w:sz="0" w:space="0" w:color="auto"/>
        <w:left w:val="none" w:sz="0" w:space="0" w:color="auto"/>
        <w:bottom w:val="none" w:sz="0" w:space="0" w:color="auto"/>
        <w:right w:val="none" w:sz="0" w:space="0" w:color="auto"/>
      </w:divBdr>
    </w:div>
    <w:div w:id="1247570645">
      <w:bodyDiv w:val="1"/>
      <w:marLeft w:val="0"/>
      <w:marRight w:val="0"/>
      <w:marTop w:val="0"/>
      <w:marBottom w:val="0"/>
      <w:divBdr>
        <w:top w:val="none" w:sz="0" w:space="0" w:color="auto"/>
        <w:left w:val="none" w:sz="0" w:space="0" w:color="auto"/>
        <w:bottom w:val="none" w:sz="0" w:space="0" w:color="auto"/>
        <w:right w:val="none" w:sz="0" w:space="0" w:color="auto"/>
      </w:divBdr>
    </w:div>
    <w:div w:id="1297220983">
      <w:bodyDiv w:val="1"/>
      <w:marLeft w:val="0"/>
      <w:marRight w:val="0"/>
      <w:marTop w:val="0"/>
      <w:marBottom w:val="0"/>
      <w:divBdr>
        <w:top w:val="none" w:sz="0" w:space="0" w:color="auto"/>
        <w:left w:val="none" w:sz="0" w:space="0" w:color="auto"/>
        <w:bottom w:val="none" w:sz="0" w:space="0" w:color="auto"/>
        <w:right w:val="none" w:sz="0" w:space="0" w:color="auto"/>
      </w:divBdr>
    </w:div>
    <w:div w:id="19756777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cial@marquenq.com.au" TargetMode="Externa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quenq\OneDrive\Desktop\Monthly%20Newslette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Monthly Newsletter</Template>
  <TotalTime>65</TotalTime>
  <Pages>7</Pages>
  <Words>1547</Words>
  <Characters>8823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10350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Marquenq</dc:creator>
  <cp:keywords/>
  <dc:description>generated by python-docx</dc:description>
  <cp:lastModifiedBy>Michele Fraser</cp:lastModifiedBy>
  <cp:revision>50</cp:revision>
  <dcterms:created xsi:type="dcterms:W3CDTF">2025-08-12T23:28:00Z</dcterms:created>
  <dcterms:modified xsi:type="dcterms:W3CDTF">2025-09-03T22:33:00Z</dcterms:modified>
  <cp:category/>
</cp:coreProperties>
</file>