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768C4" w14:textId="08F8AF14" w:rsidR="00080338" w:rsidRDefault="00EE6375">
      <w:pPr>
        <w:pStyle w:val="Heading1"/>
        <w:jc w:val="center"/>
      </w:pPr>
      <w:bookmarkStart w:id="0" w:name="_Hlk209447900"/>
      <w:bookmarkEnd w:id="0"/>
      <w:r>
        <w:rPr>
          <w:noProof/>
        </w:rPr>
        <w:drawing>
          <wp:inline distT="0" distB="0" distL="0" distR="0" wp14:anchorId="476148D0" wp14:editId="7BB298D8">
            <wp:extent cx="5486400" cy="3086100"/>
            <wp:effectExtent l="228600" t="228600" r="228600" b="228600"/>
            <wp:docPr id="1653347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47917" name="Picture 1653347917"/>
                    <pic:cNvPicPr/>
                  </pic:nvPicPr>
                  <pic:blipFill>
                    <a:blip r:embed="rId6"/>
                    <a:stretch>
                      <a:fillRect/>
                    </a:stretch>
                  </pic:blipFill>
                  <pic:spPr>
                    <a:xfrm>
                      <a:off x="0" y="0"/>
                      <a:ext cx="5486400" cy="3086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C6ADAD4" w14:textId="77777777" w:rsidR="00080338" w:rsidRDefault="00080338" w:rsidP="00080338">
      <w:pPr>
        <w:pStyle w:val="Title1"/>
      </w:pPr>
      <w:r>
        <w:rPr>
          <w:rStyle w:val="Strong1"/>
        </w:rPr>
        <w:t>Monthly Newsletter</w:t>
      </w:r>
    </w:p>
    <w:p w14:paraId="6A59D69F" w14:textId="77777777" w:rsidR="00080338" w:rsidRDefault="00080338" w:rsidP="00080338">
      <w:pPr>
        <w:pStyle w:val="Heading1"/>
        <w:jc w:val="center"/>
      </w:pPr>
      <w:r>
        <w:rPr>
          <w:noProof/>
        </w:rPr>
        <w:drawing>
          <wp:inline distT="0" distB="0" distL="0" distR="0" wp14:anchorId="61B1590D" wp14:editId="6BB23F15">
            <wp:extent cx="4457700" cy="596391"/>
            <wp:effectExtent l="0" t="0" r="0" b="0"/>
            <wp:docPr id="777543415" name="Picture2" descr="Loca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4457700" cy="596391"/>
                    </a:xfrm>
                    <a:prstGeom prst="rect">
                      <a:avLst/>
                    </a:prstGeom>
                  </pic:spPr>
                </pic:pic>
              </a:graphicData>
            </a:graphic>
          </wp:inline>
        </w:drawing>
      </w:r>
    </w:p>
    <w:p w14:paraId="138B8946" w14:textId="1E71FAF6" w:rsidR="00382B27" w:rsidRPr="00C664B2" w:rsidRDefault="00F647CD">
      <w:pPr>
        <w:pStyle w:val="Heading1"/>
        <w:jc w:val="center"/>
        <w:rPr>
          <w:color w:val="0070C0"/>
        </w:rPr>
      </w:pPr>
      <w:r>
        <w:rPr>
          <w:color w:val="0070C0"/>
        </w:rPr>
        <w:t>October</w:t>
      </w:r>
      <w:r w:rsidR="00F65FA4" w:rsidRPr="00C664B2">
        <w:rPr>
          <w:color w:val="0070C0"/>
        </w:rPr>
        <w:t xml:space="preserve"> 2025 Newsletter</w:t>
      </w:r>
    </w:p>
    <w:p w14:paraId="6B1E1167" w14:textId="77777777" w:rsidR="00382B27" w:rsidRPr="00C664B2" w:rsidRDefault="00F65FA4">
      <w:pPr>
        <w:pStyle w:val="Heading2"/>
        <w:rPr>
          <w:color w:val="0070C0"/>
        </w:rPr>
      </w:pPr>
      <w:r w:rsidRPr="00C664B2">
        <w:rPr>
          <w:color w:val="0070C0"/>
        </w:rPr>
        <w:t>Event Recaps</w:t>
      </w:r>
    </w:p>
    <w:p w14:paraId="7B8E877D" w14:textId="59B3F982" w:rsidR="00382B27" w:rsidRPr="00A20691" w:rsidRDefault="00544D8D">
      <w:pPr>
        <w:pStyle w:val="ListBullet"/>
        <w:rPr>
          <w:b/>
          <w:bCs/>
        </w:rPr>
      </w:pPr>
      <w:r>
        <w:rPr>
          <w:b/>
          <w:bCs/>
        </w:rPr>
        <w:t>Club Drive</w:t>
      </w:r>
      <w:r w:rsidR="001F4881">
        <w:rPr>
          <w:b/>
          <w:bCs/>
        </w:rPr>
        <w:t xml:space="preserve"> – 6</w:t>
      </w:r>
      <w:r w:rsidR="001F4881" w:rsidRPr="001F4881">
        <w:rPr>
          <w:b/>
          <w:bCs/>
          <w:vertAlign w:val="superscript"/>
        </w:rPr>
        <w:t>th</w:t>
      </w:r>
      <w:r w:rsidR="001F4881">
        <w:rPr>
          <w:b/>
          <w:bCs/>
        </w:rPr>
        <w:t xml:space="preserve"> September</w:t>
      </w:r>
    </w:p>
    <w:p w14:paraId="6441DA56" w14:textId="1A0AC299" w:rsidR="003A34E8" w:rsidRDefault="00A02D3D" w:rsidP="003A34E8">
      <w:r>
        <w:t xml:space="preserve">There were about 20 of us that went for a lovely drive to Charters Towers.  The TD </w:t>
      </w:r>
      <w:r w:rsidR="00217DB0">
        <w:t xml:space="preserve">was a bit reluctant to go but once we finally started it there was no stopping it.  Dennis really knows how to </w:t>
      </w:r>
      <w:r w:rsidR="004D2003">
        <w:t xml:space="preserve">keep it moving.  We went to the Commercial Hotel for lunch.  The food was great and not overly expensive.  </w:t>
      </w:r>
      <w:r w:rsidR="00B70A27">
        <w:t>We ran a couple of raffles</w:t>
      </w:r>
      <w:r w:rsidR="00B727E0">
        <w:t>: Lucky</w:t>
      </w:r>
      <w:r w:rsidR="00B70A27">
        <w:t xml:space="preserve"> </w:t>
      </w:r>
      <w:r w:rsidR="00B727E0">
        <w:t>S</w:t>
      </w:r>
      <w:r w:rsidR="00B70A27">
        <w:t>quare 1</w:t>
      </w:r>
      <w:r w:rsidR="00B70A27" w:rsidRPr="00B70A27">
        <w:rPr>
          <w:vertAlign w:val="superscript"/>
        </w:rPr>
        <w:t>st</w:t>
      </w:r>
      <w:r w:rsidR="00B70A27">
        <w:t xml:space="preserve"> prize of $10 was won by Jill, second prize $5 won by Evonne and </w:t>
      </w:r>
      <w:r w:rsidR="00E41AC8">
        <w:t>finally</w:t>
      </w:r>
      <w:r w:rsidR="00B70A27">
        <w:t xml:space="preserve"> 3</w:t>
      </w:r>
      <w:r w:rsidR="00B70A27" w:rsidRPr="001F4881">
        <w:rPr>
          <w:vertAlign w:val="superscript"/>
        </w:rPr>
        <w:t>rd</w:t>
      </w:r>
      <w:r w:rsidR="00B70A27">
        <w:t xml:space="preserve"> prize of $3 won by Jeff.  </w:t>
      </w:r>
      <w:r w:rsidR="00B727E0">
        <w:t>The big raffle of a $25 BWS gift card was won by Alan and will go towards his next bottle of rum!</w:t>
      </w:r>
      <w:r w:rsidR="00CA0156">
        <w:t xml:space="preserve"> After lunch some headed off to one of the museums for a gander, some headed to Proserpine for dinner</w:t>
      </w:r>
      <w:r w:rsidR="00C10D2F">
        <w:t xml:space="preserve">, and the rest of us had a leisurely drive home.  </w:t>
      </w:r>
    </w:p>
    <w:p w14:paraId="68C7FDF4" w14:textId="76FD4DBF" w:rsidR="00382B27" w:rsidRPr="003A34E8" w:rsidRDefault="001F4881" w:rsidP="003A34E8">
      <w:pPr>
        <w:pStyle w:val="ListParagraph"/>
        <w:numPr>
          <w:ilvl w:val="0"/>
          <w:numId w:val="11"/>
        </w:numPr>
      </w:pPr>
      <w:r>
        <w:rPr>
          <w:b/>
          <w:bCs/>
        </w:rPr>
        <w:lastRenderedPageBreak/>
        <w:t xml:space="preserve">Club Meeting </w:t>
      </w:r>
      <w:r w:rsidR="00FE59E1">
        <w:rPr>
          <w:b/>
          <w:bCs/>
        </w:rPr>
        <w:t>–</w:t>
      </w:r>
      <w:r>
        <w:rPr>
          <w:b/>
          <w:bCs/>
        </w:rPr>
        <w:t xml:space="preserve"> 9</w:t>
      </w:r>
      <w:r w:rsidR="00FE59E1" w:rsidRPr="00FE59E1">
        <w:rPr>
          <w:b/>
          <w:bCs/>
          <w:vertAlign w:val="superscript"/>
        </w:rPr>
        <w:t>th</w:t>
      </w:r>
      <w:r w:rsidR="00FE59E1">
        <w:rPr>
          <w:b/>
          <w:bCs/>
        </w:rPr>
        <w:t xml:space="preserve"> September</w:t>
      </w:r>
    </w:p>
    <w:p w14:paraId="5B666A68" w14:textId="4CCD6135" w:rsidR="00382B27" w:rsidRDefault="00FE59E1">
      <w:r>
        <w:t>The usual turned up to the meeting and we had a lively discussion about</w:t>
      </w:r>
      <w:r w:rsidR="00887D77">
        <w:t xml:space="preserve"> </w:t>
      </w:r>
      <w:r w:rsidR="003E25BC">
        <w:t>all things racing, shirt orders and the annual Christmas Party.</w:t>
      </w:r>
    </w:p>
    <w:p w14:paraId="030CFFC9" w14:textId="28ED94DD" w:rsidR="00382B27" w:rsidRPr="00A20691" w:rsidRDefault="00FE59E1">
      <w:pPr>
        <w:pStyle w:val="ListBullet"/>
        <w:rPr>
          <w:b/>
          <w:bCs/>
        </w:rPr>
      </w:pPr>
      <w:r>
        <w:rPr>
          <w:b/>
          <w:bCs/>
        </w:rPr>
        <w:t>Mid Week Drive – 10</w:t>
      </w:r>
      <w:r w:rsidRPr="00FE59E1">
        <w:rPr>
          <w:b/>
          <w:bCs/>
          <w:vertAlign w:val="superscript"/>
        </w:rPr>
        <w:t>th</w:t>
      </w:r>
      <w:r>
        <w:rPr>
          <w:b/>
          <w:bCs/>
        </w:rPr>
        <w:t xml:space="preserve"> September</w:t>
      </w:r>
    </w:p>
    <w:p w14:paraId="24BD79FE" w14:textId="74954457" w:rsidR="00080338" w:rsidRPr="00080338" w:rsidRDefault="00FE59E1" w:rsidP="00080338">
      <w:pPr>
        <w:pStyle w:val="Normal1"/>
        <w:jc w:val="both"/>
        <w:rPr>
          <w:rFonts w:asciiTheme="minorHAnsi" w:cs="Cavolini"/>
          <w:sz w:val="22"/>
          <w:szCs w:val="22"/>
        </w:rPr>
      </w:pPr>
      <w:r>
        <w:rPr>
          <w:rFonts w:asciiTheme="minorHAnsi"/>
          <w:sz w:val="22"/>
          <w:szCs w:val="22"/>
        </w:rPr>
        <w:t xml:space="preserve">Marina </w:t>
      </w:r>
      <w:r w:rsidR="003E25BC">
        <w:rPr>
          <w:rFonts w:asciiTheme="minorHAnsi"/>
          <w:sz w:val="22"/>
          <w:szCs w:val="22"/>
        </w:rPr>
        <w:t xml:space="preserve">Café was the </w:t>
      </w:r>
      <w:r w:rsidR="00411B85">
        <w:rPr>
          <w:rFonts w:asciiTheme="minorHAnsi"/>
          <w:sz w:val="22"/>
          <w:szCs w:val="22"/>
        </w:rPr>
        <w:t>destination</w:t>
      </w:r>
      <w:r w:rsidR="003E25BC">
        <w:rPr>
          <w:rFonts w:asciiTheme="minorHAnsi"/>
          <w:sz w:val="22"/>
          <w:szCs w:val="22"/>
        </w:rPr>
        <w:t xml:space="preserve"> for this </w:t>
      </w:r>
      <w:r w:rsidR="00411B85">
        <w:rPr>
          <w:rFonts w:asciiTheme="minorHAnsi"/>
          <w:sz w:val="22"/>
          <w:szCs w:val="22"/>
        </w:rPr>
        <w:t>drive,</w:t>
      </w:r>
      <w:r w:rsidR="003E25BC">
        <w:rPr>
          <w:rFonts w:asciiTheme="minorHAnsi"/>
          <w:sz w:val="22"/>
          <w:szCs w:val="22"/>
        </w:rPr>
        <w:t xml:space="preserve"> and </w:t>
      </w:r>
      <w:r w:rsidR="000D2BDC">
        <w:rPr>
          <w:rFonts w:asciiTheme="minorHAnsi"/>
          <w:sz w:val="22"/>
          <w:szCs w:val="22"/>
        </w:rPr>
        <w:t xml:space="preserve">the numbers were down for this one.  Morning tea was </w:t>
      </w:r>
      <w:r w:rsidR="00411B85">
        <w:rPr>
          <w:rFonts w:asciiTheme="minorHAnsi"/>
          <w:sz w:val="22"/>
          <w:szCs w:val="22"/>
        </w:rPr>
        <w:t>fantastic,</w:t>
      </w:r>
      <w:r w:rsidR="000D2BDC">
        <w:rPr>
          <w:rFonts w:asciiTheme="minorHAnsi"/>
          <w:sz w:val="22"/>
          <w:szCs w:val="22"/>
        </w:rPr>
        <w:t xml:space="preserve"> and I am sure the conversation </w:t>
      </w:r>
      <w:r w:rsidR="009851B7">
        <w:rPr>
          <w:rFonts w:asciiTheme="minorHAnsi"/>
          <w:sz w:val="22"/>
          <w:szCs w:val="22"/>
        </w:rPr>
        <w:t>consisted of a lot of car talk.</w:t>
      </w:r>
      <w:r w:rsidR="009851B7">
        <w:rPr>
          <w:rFonts w:asciiTheme="minorHAnsi"/>
          <w:sz w:val="22"/>
          <w:szCs w:val="22"/>
        </w:rPr>
        <w:tab/>
      </w:r>
    </w:p>
    <w:p w14:paraId="13FDD30E" w14:textId="2A815F0B" w:rsidR="00382B27" w:rsidRPr="00A20691" w:rsidRDefault="00B00542">
      <w:pPr>
        <w:pStyle w:val="ListBullet"/>
        <w:rPr>
          <w:b/>
          <w:bCs/>
        </w:rPr>
      </w:pPr>
      <w:r>
        <w:rPr>
          <w:b/>
          <w:bCs/>
        </w:rPr>
        <w:t>Round 7 Cheap</w:t>
      </w:r>
      <w:r w:rsidR="00AE32F6">
        <w:rPr>
          <w:b/>
          <w:bCs/>
        </w:rPr>
        <w:t>a</w:t>
      </w:r>
      <w:r>
        <w:rPr>
          <w:b/>
          <w:bCs/>
        </w:rPr>
        <w:t xml:space="preserve"> Auto </w:t>
      </w:r>
      <w:r w:rsidR="00AE32F6">
        <w:rPr>
          <w:b/>
          <w:bCs/>
        </w:rPr>
        <w:t xml:space="preserve">Spares </w:t>
      </w:r>
      <w:r>
        <w:rPr>
          <w:b/>
          <w:bCs/>
        </w:rPr>
        <w:t>Sprint</w:t>
      </w:r>
      <w:r w:rsidR="00AE32F6">
        <w:rPr>
          <w:b/>
          <w:bCs/>
        </w:rPr>
        <w:t xml:space="preserve"> Event</w:t>
      </w:r>
      <w:r>
        <w:rPr>
          <w:b/>
          <w:bCs/>
        </w:rPr>
        <w:t xml:space="preserve"> – 20</w:t>
      </w:r>
      <w:r w:rsidRPr="00B00542">
        <w:rPr>
          <w:b/>
          <w:bCs/>
          <w:vertAlign w:val="superscript"/>
        </w:rPr>
        <w:t>th</w:t>
      </w:r>
      <w:r>
        <w:rPr>
          <w:b/>
          <w:bCs/>
        </w:rPr>
        <w:t xml:space="preserve"> September</w:t>
      </w:r>
    </w:p>
    <w:p w14:paraId="0B967909" w14:textId="716E3072" w:rsidR="00080338" w:rsidRPr="00080338" w:rsidRDefault="00E47BC4" w:rsidP="00080338">
      <w:pPr>
        <w:pStyle w:val="Normal1"/>
        <w:jc w:val="both"/>
        <w:rPr>
          <w:rFonts w:asciiTheme="minorHAnsi" w:cs="Cavolini"/>
          <w:sz w:val="22"/>
          <w:szCs w:val="22"/>
        </w:rPr>
      </w:pPr>
      <w:r>
        <w:rPr>
          <w:rFonts w:asciiTheme="minorHAnsi"/>
          <w:sz w:val="22"/>
          <w:szCs w:val="22"/>
        </w:rPr>
        <w:t>What a fantastic turnout we had</w:t>
      </w:r>
      <w:r w:rsidR="00E939EF">
        <w:rPr>
          <w:rFonts w:asciiTheme="minorHAnsi"/>
          <w:sz w:val="22"/>
          <w:szCs w:val="22"/>
        </w:rPr>
        <w:t xml:space="preserve"> </w:t>
      </w:r>
      <w:r>
        <w:rPr>
          <w:rFonts w:asciiTheme="minorHAnsi"/>
          <w:sz w:val="22"/>
          <w:szCs w:val="22"/>
        </w:rPr>
        <w:t xml:space="preserve">33 sprinters on the day.  Lots of hustle and bustle and a great day of racing.  </w:t>
      </w:r>
      <w:r w:rsidR="00B00542">
        <w:rPr>
          <w:rFonts w:asciiTheme="minorHAnsi"/>
          <w:sz w:val="22"/>
          <w:szCs w:val="22"/>
        </w:rPr>
        <w:t>Report by the President below with results.</w:t>
      </w:r>
    </w:p>
    <w:p w14:paraId="0AD8DC38" w14:textId="3D209E42" w:rsidR="00080338" w:rsidRDefault="00B00542" w:rsidP="002177BA">
      <w:pPr>
        <w:pStyle w:val="ListBullet"/>
      </w:pPr>
      <w:r w:rsidRPr="00B00542">
        <w:rPr>
          <w:b/>
          <w:bCs/>
        </w:rPr>
        <w:t>Mid Week Drive – 24</w:t>
      </w:r>
      <w:r w:rsidRPr="00B00542">
        <w:rPr>
          <w:b/>
          <w:bCs/>
          <w:vertAlign w:val="superscript"/>
        </w:rPr>
        <w:t>th</w:t>
      </w:r>
      <w:r w:rsidRPr="00B00542">
        <w:rPr>
          <w:b/>
          <w:bCs/>
        </w:rPr>
        <w:t xml:space="preserve"> September</w:t>
      </w:r>
      <w:r w:rsidR="00080338">
        <w:t xml:space="preserve">                  </w:t>
      </w:r>
    </w:p>
    <w:p w14:paraId="254EC1E7" w14:textId="5A8812A4" w:rsidR="004244DA" w:rsidRDefault="00740EBC" w:rsidP="00B00542">
      <w:r>
        <w:t xml:space="preserve">Destination for this drive was Dirty Boots Café – which we had been told was </w:t>
      </w:r>
      <w:r w:rsidR="00BA348F">
        <w:t xml:space="preserve">open again.  Everyone arrived there to find that it was closed so decided to go to </w:t>
      </w:r>
      <w:r w:rsidR="007D7CCA">
        <w:t>Banjo’s Café</w:t>
      </w:r>
      <w:r w:rsidR="00E803BD">
        <w:t xml:space="preserve"> where the food and coffee flowed and so did the bullsh*t</w:t>
      </w:r>
      <w:r w:rsidR="00AD2CBE">
        <w:t xml:space="preserve"> – sorry, I mean </w:t>
      </w:r>
      <w:r w:rsidR="00047172">
        <w:t xml:space="preserve">talk about cars! </w:t>
      </w:r>
      <w:r w:rsidR="0004717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047172">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C6A8679" w14:textId="397CC081" w:rsidR="00C664B2" w:rsidRPr="00B00542" w:rsidRDefault="004244DA" w:rsidP="004244DA">
      <w:pPr>
        <w:pStyle w:val="ListParagraph"/>
        <w:numPr>
          <w:ilvl w:val="0"/>
          <w:numId w:val="11"/>
        </w:numPr>
      </w:pPr>
      <w:r>
        <w:rPr>
          <w:b/>
          <w:bCs/>
        </w:rPr>
        <w:t>Club Dinner – 30</w:t>
      </w:r>
      <w:r w:rsidRPr="004244DA">
        <w:rPr>
          <w:b/>
          <w:bCs/>
          <w:vertAlign w:val="superscript"/>
        </w:rPr>
        <w:t>th</w:t>
      </w:r>
      <w:r>
        <w:rPr>
          <w:b/>
          <w:bCs/>
        </w:rPr>
        <w:t xml:space="preserve"> September</w:t>
      </w:r>
      <w:r w:rsidR="00AD2CBE">
        <w:rPr>
          <w:b/>
          <w:bCs/>
        </w:rPr>
        <w:t xml:space="preserve"> </w:t>
      </w:r>
    </w:p>
    <w:p w14:paraId="7DB5B7CE" w14:textId="45592DD7" w:rsidR="00080338" w:rsidRPr="00C664B2" w:rsidRDefault="004244DA" w:rsidP="00C664B2">
      <w:pPr>
        <w:pStyle w:val="Normal1"/>
        <w:jc w:val="both"/>
        <w:rPr>
          <w:rFonts w:asciiTheme="minorHAnsi" w:cs="Cavolini"/>
          <w:sz w:val="22"/>
          <w:szCs w:val="22"/>
        </w:rPr>
      </w:pPr>
      <w:r>
        <w:rPr>
          <w:rFonts w:asciiTheme="minorHAnsi" w:cs="Cavolini"/>
          <w:sz w:val="22"/>
          <w:szCs w:val="22"/>
        </w:rPr>
        <w:t>Metropole Hotel</w:t>
      </w:r>
      <w:r w:rsidR="00256355">
        <w:rPr>
          <w:rFonts w:asciiTheme="minorHAnsi" w:cs="Cavolini"/>
          <w:sz w:val="22"/>
          <w:szCs w:val="22"/>
        </w:rPr>
        <w:t xml:space="preserve"> – well what a great venue.  Beautiful décor and fantastic service.  They had us at a high table and when </w:t>
      </w:r>
      <w:r w:rsidR="00D000EC">
        <w:rPr>
          <w:rFonts w:asciiTheme="minorHAnsi" w:cs="Cavolini"/>
          <w:sz w:val="22"/>
          <w:szCs w:val="22"/>
        </w:rPr>
        <w:t>we</w:t>
      </w:r>
      <w:r w:rsidR="00256355">
        <w:rPr>
          <w:rFonts w:asciiTheme="minorHAnsi" w:cs="Cavolini"/>
          <w:sz w:val="22"/>
          <w:szCs w:val="22"/>
        </w:rPr>
        <w:t xml:space="preserve"> asked to be </w:t>
      </w:r>
      <w:r w:rsidR="00B26937">
        <w:rPr>
          <w:rFonts w:asciiTheme="minorHAnsi" w:cs="Cavolini"/>
          <w:sz w:val="22"/>
          <w:szCs w:val="22"/>
        </w:rPr>
        <w:t>moved,</w:t>
      </w:r>
      <w:r w:rsidR="00535C04">
        <w:rPr>
          <w:rFonts w:asciiTheme="minorHAnsi" w:cs="Cavolini"/>
          <w:sz w:val="22"/>
          <w:szCs w:val="22"/>
        </w:rPr>
        <w:t xml:space="preserve"> they were very obliging and gathered all the tables up and put us at a long low table.  The food was great</w:t>
      </w:r>
      <w:r w:rsidR="00851756">
        <w:rPr>
          <w:rFonts w:asciiTheme="minorHAnsi" w:cs="Cavolini"/>
          <w:sz w:val="22"/>
          <w:szCs w:val="22"/>
        </w:rPr>
        <w:t xml:space="preserve"> and was served in a timely manner.  </w:t>
      </w:r>
      <w:r w:rsidR="00D000EC">
        <w:rPr>
          <w:rFonts w:asciiTheme="minorHAnsi" w:cs="Cavolini"/>
          <w:sz w:val="22"/>
          <w:szCs w:val="22"/>
        </w:rPr>
        <w:t>We</w:t>
      </w:r>
      <w:r w:rsidR="00B26937">
        <w:rPr>
          <w:rFonts w:asciiTheme="minorHAnsi" w:cs="Cavolini"/>
          <w:sz w:val="22"/>
          <w:szCs w:val="22"/>
        </w:rPr>
        <w:t xml:space="preserve"> would highly recommend the Metropole to anyone.  </w:t>
      </w:r>
      <w:r w:rsidR="00110F42">
        <w:rPr>
          <w:rFonts w:asciiTheme="minorHAnsi" w:cs="Cavolini"/>
          <w:sz w:val="22"/>
          <w:szCs w:val="22"/>
        </w:rPr>
        <w:t xml:space="preserve">We had a wonderful evening and lots of chatter.  We sold some more raffle tickets (sold some at the track previously) and drew the winner – number 98 who was </w:t>
      </w:r>
      <w:r w:rsidR="0064649C">
        <w:rPr>
          <w:rFonts w:asciiTheme="minorHAnsi" w:cs="Cavolini"/>
          <w:sz w:val="22"/>
          <w:szCs w:val="22"/>
        </w:rPr>
        <w:t>“Sasha Packham”.</w:t>
      </w:r>
      <w:r w:rsidR="008E7CCE">
        <w:rPr>
          <w:rFonts w:asciiTheme="minorHAnsi" w:cs="Cavolini"/>
          <w:sz w:val="22"/>
          <w:szCs w:val="22"/>
        </w:rPr>
        <w:t xml:space="preserve">  Sasha tells me she is going to use the Bundy for rum balls</w:t>
      </w:r>
      <w:r w:rsidR="006C761E">
        <w:rPr>
          <w:rFonts w:asciiTheme="minorHAnsi" w:cs="Cavolini"/>
          <w:sz w:val="22"/>
          <w:szCs w:val="22"/>
        </w:rPr>
        <w:t xml:space="preserve"> – wink, wink!</w:t>
      </w:r>
    </w:p>
    <w:p w14:paraId="3DF965A7" w14:textId="072DEE0B" w:rsidR="00047172" w:rsidRPr="00F44F7C" w:rsidRDefault="00F65FA4" w:rsidP="00F44F7C">
      <w:pPr>
        <w:pStyle w:val="Heading2"/>
        <w:rPr>
          <w:color w:val="0070C0"/>
          <w:sz w:val="32"/>
          <w:szCs w:val="32"/>
        </w:rPr>
      </w:pPr>
      <w:r w:rsidRPr="00DE6D92">
        <w:rPr>
          <w:color w:val="0070C0"/>
          <w:sz w:val="32"/>
          <w:szCs w:val="32"/>
        </w:rPr>
        <w:t>Club Announcement</w:t>
      </w:r>
    </w:p>
    <w:p w14:paraId="7BCE5380" w14:textId="4B6E6CE0" w:rsidR="003B6FE6" w:rsidRDefault="003B6FE6" w:rsidP="00426A84">
      <w:pPr>
        <w:jc w:val="center"/>
      </w:pPr>
      <w:r>
        <w:rPr>
          <w:noProof/>
        </w:rPr>
        <w:drawing>
          <wp:inline distT="0" distB="0" distL="0" distR="0" wp14:anchorId="66539B99" wp14:editId="02400907">
            <wp:extent cx="3863340" cy="2575560"/>
            <wp:effectExtent l="0" t="0" r="3810" b="0"/>
            <wp:docPr id="116569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8723" name="Picture 1165698723"/>
                    <pic:cNvPicPr/>
                  </pic:nvPicPr>
                  <pic:blipFill>
                    <a:blip r:embed="rId8"/>
                    <a:stretch>
                      <a:fillRect/>
                    </a:stretch>
                  </pic:blipFill>
                  <pic:spPr>
                    <a:xfrm>
                      <a:off x="0" y="0"/>
                      <a:ext cx="3863340" cy="2575560"/>
                    </a:xfrm>
                    <a:prstGeom prst="rect">
                      <a:avLst/>
                    </a:prstGeom>
                  </pic:spPr>
                </pic:pic>
              </a:graphicData>
            </a:graphic>
          </wp:inline>
        </w:drawing>
      </w:r>
    </w:p>
    <w:p w14:paraId="303AE000" w14:textId="77777777" w:rsidR="003B6FE6" w:rsidRDefault="003B6FE6" w:rsidP="00321CD4"/>
    <w:p w14:paraId="5C0452B6" w14:textId="499AAE0C" w:rsidR="00321CD4" w:rsidRDefault="00321CD4" w:rsidP="00321CD4">
      <w:r>
        <w:t xml:space="preserve">The club is holding </w:t>
      </w:r>
      <w:r w:rsidR="00426A84">
        <w:t>their</w:t>
      </w:r>
      <w:r>
        <w:t xml:space="preserve"> annual Christmas Party on </w:t>
      </w:r>
      <w:r w:rsidR="00863946">
        <w:t>Saturday 29</w:t>
      </w:r>
      <w:r w:rsidR="00863946" w:rsidRPr="00863946">
        <w:rPr>
          <w:vertAlign w:val="superscript"/>
        </w:rPr>
        <w:t>th</w:t>
      </w:r>
      <w:r w:rsidR="00863946">
        <w:t xml:space="preserve"> November.  We have hired the </w:t>
      </w:r>
      <w:r w:rsidR="00391E7A">
        <w:t>Range Room at Brothers Leagues Club.  The meal will be a buffet</w:t>
      </w:r>
      <w:r w:rsidR="0042435D">
        <w:t xml:space="preserve"> of:  Roast Beef, Country Style Roasted Lemon &amp; Tarragon Chicken, Balinese Barramundi Coconut Curry</w:t>
      </w:r>
      <w:r w:rsidR="00E80CC0">
        <w:t xml:space="preserve"> and twice cooked Asian pork belly.  Salads</w:t>
      </w:r>
      <w:r w:rsidR="007E27EC">
        <w:t>, rice</w:t>
      </w:r>
      <w:r w:rsidR="00E80CC0">
        <w:t xml:space="preserve"> and vegetables wi</w:t>
      </w:r>
      <w:r w:rsidR="007E27EC">
        <w:t xml:space="preserve">ll accompany the </w:t>
      </w:r>
      <w:r w:rsidR="00F8581E">
        <w:t xml:space="preserve">mains </w:t>
      </w:r>
      <w:r w:rsidR="007E27EC">
        <w:t>followed by dessert and tea/coffee.</w:t>
      </w:r>
      <w:r w:rsidR="00AB593B">
        <w:t xml:space="preserve">  So why not get festive, bring your appetite and get ready to jingle all the way.  </w:t>
      </w:r>
    </w:p>
    <w:p w14:paraId="7E2D5E2A" w14:textId="53D77044" w:rsidR="00B35CAB" w:rsidRDefault="00B35CAB" w:rsidP="00321CD4">
      <w:r>
        <w:t xml:space="preserve">We will have lucky door prizes, raffles and even a members draw – you </w:t>
      </w:r>
      <w:r w:rsidR="00AC024A">
        <w:t>must</w:t>
      </w:r>
      <w:r>
        <w:t xml:space="preserve"> be there to win it!</w:t>
      </w:r>
      <w:r w:rsidR="003B6FE6">
        <w:t xml:space="preserve">  Best dressed (Xmas theme) will also win a prize.</w:t>
      </w:r>
    </w:p>
    <w:p w14:paraId="61CA54F1" w14:textId="77777777" w:rsidR="006F3B61" w:rsidRDefault="00970BA4" w:rsidP="00321CD4">
      <w:r w:rsidRPr="00AC024A">
        <w:rPr>
          <w:b/>
          <w:bCs/>
        </w:rPr>
        <w:t xml:space="preserve">All this for a </w:t>
      </w:r>
      <w:r w:rsidR="001847DA" w:rsidRPr="00AC024A">
        <w:rPr>
          <w:b/>
          <w:bCs/>
        </w:rPr>
        <w:t>mere $28.00/head with the club subsidizing the balance</w:t>
      </w:r>
      <w:r w:rsidR="001847DA">
        <w:t xml:space="preserve">.  Please support </w:t>
      </w:r>
      <w:r w:rsidR="00AC024A">
        <w:t>your club and come along for a wonderful night.</w:t>
      </w:r>
      <w:r w:rsidR="003B6FE6">
        <w:t xml:space="preserve">  RSVP to </w:t>
      </w:r>
      <w:r w:rsidR="00C80506">
        <w:t xml:space="preserve">Michele:  </w:t>
      </w:r>
      <w:hyperlink r:id="rId9" w:history="1">
        <w:r w:rsidR="00C80506" w:rsidRPr="00543263">
          <w:rPr>
            <w:rStyle w:val="Hyperlink"/>
          </w:rPr>
          <w:t>social@marquenq.com.au</w:t>
        </w:r>
      </w:hyperlink>
      <w:r w:rsidR="00C80506">
        <w:t xml:space="preserve"> or text 0429 788 362</w:t>
      </w:r>
      <w:r w:rsidR="000D299E">
        <w:t xml:space="preserve"> or respond via the website</w:t>
      </w:r>
      <w:r w:rsidR="00C869AA">
        <w:t xml:space="preserve">:  </w:t>
      </w:r>
      <w:hyperlink r:id="rId10" w:history="1">
        <w:r w:rsidR="00706A78" w:rsidRPr="00706A78">
          <w:rPr>
            <w:rStyle w:val="Hyperlink"/>
          </w:rPr>
          <w:t>https://marquenq.com.au/event/presentation-night</w:t>
        </w:r>
      </w:hyperlink>
    </w:p>
    <w:p w14:paraId="17499C27" w14:textId="53543D02" w:rsidR="006F3B61" w:rsidRDefault="00AD70B6" w:rsidP="00321CD4">
      <w:r>
        <w:rPr>
          <w:noProof/>
        </w:rPr>
        <w:drawing>
          <wp:inline distT="0" distB="0" distL="0" distR="0" wp14:anchorId="0FDF24C0" wp14:editId="407F50B3">
            <wp:extent cx="1516380" cy="1970524"/>
            <wp:effectExtent l="0" t="0" r="7620" b="0"/>
            <wp:docPr id="54642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25876" name="Picture 546425876"/>
                    <pic:cNvPicPr/>
                  </pic:nvPicPr>
                  <pic:blipFill>
                    <a:blip r:embed="rId11"/>
                    <a:stretch>
                      <a:fillRect/>
                    </a:stretch>
                  </pic:blipFill>
                  <pic:spPr>
                    <a:xfrm>
                      <a:off x="0" y="0"/>
                      <a:ext cx="1519925" cy="1975130"/>
                    </a:xfrm>
                    <a:prstGeom prst="rect">
                      <a:avLst/>
                    </a:prstGeom>
                  </pic:spPr>
                </pic:pic>
              </a:graphicData>
            </a:graphic>
          </wp:inline>
        </w:drawing>
      </w:r>
      <w:r>
        <w:t xml:space="preserve">                                                   </w:t>
      </w:r>
      <w:r>
        <w:rPr>
          <w:noProof/>
        </w:rPr>
        <w:drawing>
          <wp:inline distT="0" distB="0" distL="0" distR="0" wp14:anchorId="61B550FD" wp14:editId="3BC6EABB">
            <wp:extent cx="1661160" cy="1898469"/>
            <wp:effectExtent l="0" t="0" r="0" b="6985"/>
            <wp:docPr id="895991791" name="Picture 2" descr="A cartoon of a santa claus wa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91791" name="Picture 2" descr="A cartoon of a santa claus waving&#10;&#10;AI-generated content may be incorrect."/>
                    <pic:cNvPicPr/>
                  </pic:nvPicPr>
                  <pic:blipFill>
                    <a:blip r:embed="rId12"/>
                    <a:stretch>
                      <a:fillRect/>
                    </a:stretch>
                  </pic:blipFill>
                  <pic:spPr>
                    <a:xfrm>
                      <a:off x="0" y="0"/>
                      <a:ext cx="1663993" cy="1901707"/>
                    </a:xfrm>
                    <a:prstGeom prst="rect">
                      <a:avLst/>
                    </a:prstGeom>
                  </pic:spPr>
                </pic:pic>
              </a:graphicData>
            </a:graphic>
          </wp:inline>
        </w:drawing>
      </w:r>
    </w:p>
    <w:p w14:paraId="249F2759" w14:textId="2A298E6C" w:rsidR="00970BA4" w:rsidRDefault="00706A78" w:rsidP="00321CD4">
      <w:r>
        <w:t xml:space="preserve"> </w:t>
      </w:r>
    </w:p>
    <w:p w14:paraId="2BDBE74A" w14:textId="5E60B9D2" w:rsidR="00D41FE0" w:rsidRDefault="0076572E" w:rsidP="00D41FE0">
      <w:r>
        <w:t xml:space="preserve">We have club caps for </w:t>
      </w:r>
      <w:r w:rsidR="005945D6">
        <w:t>sale for</w:t>
      </w:r>
      <w:r>
        <w:t xml:space="preserve"> $24.00 each.  </w:t>
      </w:r>
      <w:r w:rsidR="00426C13">
        <w:t xml:space="preserve">We </w:t>
      </w:r>
      <w:r>
        <w:t xml:space="preserve">have also had some enquiries </w:t>
      </w:r>
      <w:r w:rsidR="005945D6">
        <w:t>about</w:t>
      </w:r>
      <w:r>
        <w:t xml:space="preserve"> short sleeve polo’s.  </w:t>
      </w:r>
      <w:r w:rsidR="00AF757C">
        <w:t xml:space="preserve">So we are putting in a second order.  </w:t>
      </w:r>
      <w:r w:rsidR="006E35EE">
        <w:t xml:space="preserve">If anyone would now like to order a short sleeve polo </w:t>
      </w:r>
      <w:r w:rsidR="00AF757C">
        <w:t xml:space="preserve">$49.00 </w:t>
      </w:r>
      <w:r w:rsidR="006E35EE">
        <w:t>– just let me know</w:t>
      </w:r>
      <w:r w:rsidR="005945D6">
        <w:t xml:space="preserve">:  </w:t>
      </w:r>
      <w:hyperlink r:id="rId13" w:history="1">
        <w:r w:rsidR="005945D6" w:rsidRPr="00A21C5D">
          <w:rPr>
            <w:rStyle w:val="Hyperlink"/>
          </w:rPr>
          <w:t>social@marquenq.com.au</w:t>
        </w:r>
      </w:hyperlink>
      <w:r w:rsidR="005945D6">
        <w:t xml:space="preserve"> or text:  0429</w:t>
      </w:r>
      <w:r w:rsidR="00436164">
        <w:t xml:space="preserve"> </w:t>
      </w:r>
      <w:r w:rsidR="005945D6">
        <w:t>788</w:t>
      </w:r>
      <w:r w:rsidR="00436164">
        <w:t xml:space="preserve"> </w:t>
      </w:r>
      <w:r w:rsidR="005945D6">
        <w:t>362.</w:t>
      </w:r>
      <w:r w:rsidR="00C51930">
        <w:t xml:space="preserve">  </w:t>
      </w:r>
      <w:r w:rsidR="00436164">
        <w:t xml:space="preserve">We are </w:t>
      </w:r>
      <w:r w:rsidR="00C51930">
        <w:t xml:space="preserve">also </w:t>
      </w:r>
      <w:r w:rsidR="003E1A56">
        <w:t xml:space="preserve">ordering </w:t>
      </w:r>
      <w:r w:rsidR="00C51930">
        <w:t>the black cotton racing T’s</w:t>
      </w:r>
      <w:r w:rsidR="000C5898">
        <w:t xml:space="preserve"> - $33.00.  </w:t>
      </w:r>
      <w:r w:rsidR="00436164">
        <w:t xml:space="preserve">We </w:t>
      </w:r>
      <w:r w:rsidR="000C5898">
        <w:t xml:space="preserve">have also had someone enquire about white cotton racing T’s (which will be the same price) but </w:t>
      </w:r>
      <w:r w:rsidR="00436164">
        <w:t>we</w:t>
      </w:r>
      <w:r w:rsidR="000C5898">
        <w:t xml:space="preserve"> need an order of 10</w:t>
      </w:r>
      <w:r w:rsidR="00D41FE0">
        <w:t xml:space="preserve"> minimum</w:t>
      </w:r>
      <w:r w:rsidR="0025685E">
        <w:t xml:space="preserve"> so if someone out there loves their black racing T and would also like a white one – let </w:t>
      </w:r>
      <w:r w:rsidR="00436164">
        <w:t>us</w:t>
      </w:r>
      <w:r w:rsidR="0025685E">
        <w:t xml:space="preserve"> know.</w:t>
      </w:r>
      <w:r w:rsidR="00D41FE0">
        <w:t xml:space="preserve">  I reckon they would make a great </w:t>
      </w:r>
      <w:r w:rsidR="008D20D4">
        <w:t>T shirt to wear out!</w:t>
      </w:r>
    </w:p>
    <w:p w14:paraId="7A05671B" w14:textId="6FBFCB01" w:rsidR="00CD3D9F" w:rsidRDefault="000802C0" w:rsidP="00D41FE0">
      <w:pPr>
        <w:jc w:val="center"/>
        <w:rPr>
          <w:color w:val="0070C0"/>
          <w:sz w:val="32"/>
          <w:szCs w:val="32"/>
        </w:rPr>
      </w:pPr>
      <w:r>
        <w:rPr>
          <w:noProof/>
        </w:rPr>
        <w:drawing>
          <wp:inline distT="0" distB="0" distL="0" distR="0" wp14:anchorId="0369E59E" wp14:editId="7AB5F377">
            <wp:extent cx="3954780" cy="1235869"/>
            <wp:effectExtent l="0" t="0" r="7620" b="2540"/>
            <wp:docPr id="1635523417" name="Picture 1" descr="A group of ligh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23417" name="Picture 1" descr="A group of lights with text&#10;&#10;AI-generated content may be incorrect."/>
                    <pic:cNvPicPr/>
                  </pic:nvPicPr>
                  <pic:blipFill>
                    <a:blip r:embed="rId14"/>
                    <a:stretch>
                      <a:fillRect/>
                    </a:stretch>
                  </pic:blipFill>
                  <pic:spPr>
                    <a:xfrm>
                      <a:off x="0" y="0"/>
                      <a:ext cx="3969659" cy="1240519"/>
                    </a:xfrm>
                    <a:prstGeom prst="rect">
                      <a:avLst/>
                    </a:prstGeom>
                    <a:ln>
                      <a:noFill/>
                    </a:ln>
                    <a:effectLst>
                      <a:softEdge rad="112500"/>
                    </a:effectLst>
                  </pic:spPr>
                </pic:pic>
              </a:graphicData>
            </a:graphic>
          </wp:inline>
        </w:drawing>
      </w:r>
    </w:p>
    <w:p w14:paraId="44DD4066" w14:textId="1C75DE7B" w:rsidR="00E065DA" w:rsidRPr="000327F8" w:rsidRDefault="00E065DA" w:rsidP="001B23EF">
      <w:pPr>
        <w:jc w:val="center"/>
        <w:rPr>
          <w:sz w:val="32"/>
          <w:szCs w:val="32"/>
        </w:rPr>
      </w:pPr>
      <w:r w:rsidRPr="000327F8">
        <w:rPr>
          <w:sz w:val="32"/>
          <w:szCs w:val="32"/>
        </w:rPr>
        <w:lastRenderedPageBreak/>
        <w:t>FEATURE CAR</w:t>
      </w:r>
      <w:r w:rsidR="001B23EF" w:rsidRPr="000327F8">
        <w:rPr>
          <w:sz w:val="32"/>
          <w:szCs w:val="32"/>
        </w:rPr>
        <w:t xml:space="preserve"> - </w:t>
      </w:r>
      <w:r w:rsidRPr="000327F8">
        <w:rPr>
          <w:sz w:val="32"/>
          <w:szCs w:val="32"/>
        </w:rPr>
        <w:t>LANCIA Fulvia</w:t>
      </w:r>
    </w:p>
    <w:p w14:paraId="60CF5432" w14:textId="4ACB9BA9" w:rsidR="00157F60" w:rsidRPr="000327F8" w:rsidRDefault="00157F60" w:rsidP="001B23EF">
      <w:pPr>
        <w:jc w:val="center"/>
      </w:pPr>
      <w:r w:rsidRPr="000327F8">
        <w:t>Submitted &amp; written by Warren Skimmings</w:t>
      </w:r>
    </w:p>
    <w:p w14:paraId="65E0014E" w14:textId="70E4C815" w:rsidR="00E065DA" w:rsidRPr="000327F8" w:rsidRDefault="00E065DA" w:rsidP="001B23EF">
      <w:r w:rsidRPr="000327F8">
        <w:t>This month’s feature car was owned by Chris and Nerolie Mills who went through a long restoration project to salvage/restore this very rare little car in Townsville. It is a RHD 1960s Lancia Fulvia that has been restored back to it’s original concept of a lightweight World Rally Car</w:t>
      </w:r>
      <w:r w:rsidR="001B23EF" w:rsidRPr="000327F8">
        <w:t>.</w:t>
      </w:r>
    </w:p>
    <w:p w14:paraId="5D9F0465" w14:textId="77777777" w:rsidR="00E065DA" w:rsidRPr="000327F8" w:rsidRDefault="00E065DA" w:rsidP="00E065DA">
      <w:pPr>
        <w:jc w:val="center"/>
      </w:pPr>
      <w:r w:rsidRPr="000327F8">
        <w:rPr>
          <w:noProof/>
        </w:rPr>
        <w:drawing>
          <wp:inline distT="0" distB="0" distL="0" distR="0" wp14:anchorId="40224DF2" wp14:editId="2AB2A549">
            <wp:extent cx="3040380" cy="2222559"/>
            <wp:effectExtent l="152400" t="114300" r="102870" b="139700"/>
            <wp:docPr id="271672887" name="Picture 1" descr="A blue car with white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2887" name="Picture 1" descr="A blue car with white numbers on i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055988" cy="22339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788895" w14:textId="77777777" w:rsidR="00E065DA" w:rsidRPr="000327F8" w:rsidRDefault="00E065DA" w:rsidP="00E065DA">
      <w:r w:rsidRPr="000327F8">
        <w:t>Despite almost buying one of these when I was in the used car business back in 1977.  I had traded one in on a new car and drove it around for about a month.  But with my limited contact with one of these I still needed a lot more detail on this car and Chris wrote the background (below) on this fantastic finished project:</w:t>
      </w:r>
    </w:p>
    <w:p w14:paraId="031C9992" w14:textId="77777777" w:rsidR="00E065DA" w:rsidRPr="000327F8" w:rsidRDefault="00E065DA" w:rsidP="00E065DA">
      <w:pPr>
        <w:shd w:val="clear" w:color="auto" w:fill="FFFFFF"/>
        <w:jc w:val="center"/>
        <w:rPr>
          <w:rFonts w:cs="Arial"/>
          <w:b/>
          <w:color w:val="4A575E"/>
        </w:rPr>
      </w:pPr>
      <w:r w:rsidRPr="000327F8">
        <w:t>“</w:t>
      </w:r>
      <w:r w:rsidRPr="004261A1">
        <w:rPr>
          <w:rFonts w:cs="Arial"/>
          <w:b/>
          <w:color w:val="4A575E"/>
          <w:sz w:val="24"/>
          <w:szCs w:val="24"/>
        </w:rPr>
        <w:t>LANCIA FULVIA 1.2s</w:t>
      </w:r>
    </w:p>
    <w:p w14:paraId="4B3A3F59" w14:textId="4DBDE716" w:rsidR="00E065DA" w:rsidRPr="000327F8" w:rsidRDefault="00E065DA" w:rsidP="00E065DA">
      <w:pPr>
        <w:shd w:val="clear" w:color="auto" w:fill="FFFFFF"/>
        <w:rPr>
          <w:rFonts w:cs="Arial"/>
        </w:rPr>
      </w:pPr>
      <w:r w:rsidRPr="000327F8">
        <w:rPr>
          <w:rFonts w:cs="Arial"/>
        </w:rPr>
        <w:t xml:space="preserve">Derived from the Fulvia sedan, Lancia's pretty little Fulvia coupe was one of the more sophisticated Italian sports cars of the 1960s. With deceptively understated styling, the elegant Fulvia was designed under the direction of Pietro Castagnero and introduced to the market in 1965. Like its sedan sibling, the Fulvia coupe was </w:t>
      </w:r>
      <w:r w:rsidRPr="000327F8">
        <w:rPr>
          <w:rFonts w:cs="Arial"/>
          <w:b/>
        </w:rPr>
        <w:t>powered by a narrow-angle V4</w:t>
      </w:r>
      <w:r w:rsidRPr="000327F8">
        <w:rPr>
          <w:rFonts w:cs="Arial"/>
        </w:rPr>
        <w:t xml:space="preserve"> with a </w:t>
      </w:r>
      <w:r w:rsidRPr="000327F8">
        <w:rPr>
          <w:rFonts w:cs="Arial"/>
          <w:b/>
        </w:rPr>
        <w:t>single-overhead camshaft</w:t>
      </w:r>
      <w:r w:rsidRPr="000327F8">
        <w:rPr>
          <w:rFonts w:cs="Arial"/>
        </w:rPr>
        <w:t xml:space="preserve"> and drive was through the front wheels. Early Fulvia variants used a 1.2-litre engine but as the model progressed more power was called for and the ultimate version was the 1.6-litre HF, with twin Solex </w:t>
      </w:r>
      <w:r w:rsidR="00E3005F" w:rsidRPr="000327F8">
        <w:rPr>
          <w:rFonts w:cs="Arial"/>
        </w:rPr>
        <w:t>carburetors</w:t>
      </w:r>
      <w:r w:rsidRPr="000327F8">
        <w:rPr>
          <w:rFonts w:cs="Arial"/>
        </w:rPr>
        <w:t xml:space="preserve"> and 115bhp on tap.</w:t>
      </w:r>
    </w:p>
    <w:p w14:paraId="149D0A2F" w14:textId="77777777" w:rsidR="00E065DA" w:rsidRPr="000327F8" w:rsidRDefault="00E065DA" w:rsidP="00E065DA">
      <w:pPr>
        <w:shd w:val="clear" w:color="auto" w:fill="FFFFFF"/>
        <w:rPr>
          <w:rFonts w:cs="Arial"/>
        </w:rPr>
      </w:pPr>
      <w:r w:rsidRPr="000327F8">
        <w:rPr>
          <w:rFonts w:cs="Arial"/>
        </w:rPr>
        <w:t xml:space="preserve">With superb handling and ride, sharp steering and excellent brakes thanks to </w:t>
      </w:r>
      <w:r w:rsidRPr="000327F8">
        <w:rPr>
          <w:rFonts w:cs="Arial"/>
          <w:b/>
        </w:rPr>
        <w:t>discs all round</w:t>
      </w:r>
      <w:r w:rsidRPr="000327F8">
        <w:rPr>
          <w:rFonts w:cs="Arial"/>
        </w:rPr>
        <w:t xml:space="preserve">, the Fulvia was a natural candidate for rallying. The Fulvia achieved some fantastic results in the World Rally Championship in the 1960s and early 1970s under the direction of Cesare Fiorio, setting the scene for Lancia's later domination of the sport. </w:t>
      </w:r>
    </w:p>
    <w:p w14:paraId="679C602C" w14:textId="25CCA335" w:rsidR="00E065DA" w:rsidRPr="000327F8" w:rsidRDefault="00E065DA" w:rsidP="00E065DA">
      <w:pPr>
        <w:shd w:val="clear" w:color="auto" w:fill="FFFFFF"/>
        <w:rPr>
          <w:rFonts w:cs="Arial"/>
        </w:rPr>
      </w:pPr>
      <w:r w:rsidRPr="000327F8">
        <w:rPr>
          <w:rFonts w:cs="Arial"/>
        </w:rPr>
        <w:t xml:space="preserve">To homologate a number of performance modifications, Lancia came up with the so-called Fanalone (a somewhat crude reference to the size of the larger driving lights), </w:t>
      </w:r>
      <w:r w:rsidRPr="000327F8">
        <w:rPr>
          <w:rFonts w:cs="Arial"/>
        </w:rPr>
        <w:lastRenderedPageBreak/>
        <w:t xml:space="preserve">distinguishable from the standard HF by the </w:t>
      </w:r>
      <w:r w:rsidR="00E3005F" w:rsidRPr="000327F8">
        <w:rPr>
          <w:rFonts w:cs="Arial"/>
        </w:rPr>
        <w:t>fiberglass</w:t>
      </w:r>
      <w:r w:rsidRPr="000327F8">
        <w:rPr>
          <w:rFonts w:cs="Arial"/>
        </w:rPr>
        <w:t xml:space="preserve"> flares on the wheel arches to cover wider Campagnolo rims. Inside, the Fanalone had lightweight bucket </w:t>
      </w:r>
      <w:r w:rsidR="00E3005F" w:rsidRPr="000327F8">
        <w:rPr>
          <w:rFonts w:cs="Arial"/>
        </w:rPr>
        <w:t>seats,</w:t>
      </w:r>
      <w:r w:rsidRPr="000327F8">
        <w:rPr>
          <w:rFonts w:cs="Arial"/>
        </w:rPr>
        <w:t xml:space="preserve"> and the rear seats were replaced by a shelf, while the instrumentation was improved with an oil temperature gauge and adjustable red-line on the tacho.</w:t>
      </w:r>
    </w:p>
    <w:p w14:paraId="7522738A" w14:textId="77777777" w:rsidR="00E065DA" w:rsidRPr="000327F8" w:rsidRDefault="00E065DA" w:rsidP="00E065DA">
      <w:pPr>
        <w:shd w:val="clear" w:color="auto" w:fill="FFFFFF"/>
        <w:rPr>
          <w:rFonts w:cs="Arial"/>
        </w:rPr>
      </w:pPr>
      <w:r w:rsidRPr="000327F8">
        <w:rPr>
          <w:rFonts w:cs="Arial"/>
        </w:rPr>
        <w:t xml:space="preserve">In total just 1,280 Fulvia HF1600s were built to this specification in 1968-1969 and few were sold in right-hand drive markets due to the prohibitive asking price. </w:t>
      </w:r>
    </w:p>
    <w:p w14:paraId="45B76321" w14:textId="3641F430" w:rsidR="00E065DA" w:rsidRPr="000327F8" w:rsidRDefault="00E065DA" w:rsidP="00E065DA">
      <w:pPr>
        <w:shd w:val="clear" w:color="auto" w:fill="FFFFFF"/>
        <w:rPr>
          <w:rFonts w:cs="Arial"/>
        </w:rPr>
      </w:pPr>
      <w:r w:rsidRPr="000327F8">
        <w:rPr>
          <w:rFonts w:cs="Arial"/>
        </w:rPr>
        <w:t xml:space="preserve">Today, these homologation specials are </w:t>
      </w:r>
      <w:r w:rsidR="00AC3A8A" w:rsidRPr="000327F8">
        <w:rPr>
          <w:rFonts w:cs="Arial"/>
        </w:rPr>
        <w:t>recognized</w:t>
      </w:r>
      <w:r w:rsidRPr="000327F8">
        <w:rPr>
          <w:rFonts w:cs="Arial"/>
        </w:rPr>
        <w:t xml:space="preserve"> by Lancia afficionados as the jewels in the Fulvia crown, beautifully engineered, understated yet to those in the know, utterly desirable.</w:t>
      </w:r>
      <w:r w:rsidR="001B23EF" w:rsidRPr="000327F8">
        <w:rPr>
          <w:rFonts w:cs="Arial"/>
        </w:rPr>
        <w:t>”</w:t>
      </w:r>
    </w:p>
    <w:p w14:paraId="10D3A7F8" w14:textId="2FF13E00" w:rsidR="00E065DA" w:rsidRPr="000327F8" w:rsidRDefault="00E065DA" w:rsidP="00E065DA">
      <w:r w:rsidRPr="000327F8">
        <w:t xml:space="preserve">There are other project cars done by Chris and Nerolie. Just from my memory the next one after the Lancia was a Lotus Super 7 Clubman. The first photo is of them in the Lotus in its early </w:t>
      </w:r>
      <w:r w:rsidR="00E3005F" w:rsidRPr="000327F8">
        <w:t>form and</w:t>
      </w:r>
      <w:r w:rsidRPr="000327F8">
        <w:t xml:space="preserve"> is taken from our Marque Club advertising board when they both raced it very capably at our early Sprint Racing Series at the Shaw R</w:t>
      </w:r>
      <w:r w:rsidR="00881C51" w:rsidRPr="000327F8">
        <w:t xml:space="preserve">oad </w:t>
      </w:r>
      <w:r w:rsidRPr="000327F8">
        <w:t>Kart Track.</w:t>
      </w:r>
    </w:p>
    <w:p w14:paraId="22DF9502" w14:textId="77777777" w:rsidR="00E065DA" w:rsidRPr="000327F8" w:rsidRDefault="00E065DA" w:rsidP="00E065DA">
      <w:r w:rsidRPr="000327F8">
        <w:t>The next photo is of this Lotus after they put it through a big tidy up to show car standard with Lotus Team colours and eventually moved it along to another owner. “down south”.</w:t>
      </w:r>
    </w:p>
    <w:p w14:paraId="7FC13B5A" w14:textId="77777777" w:rsidR="00E065DA" w:rsidRPr="000327F8" w:rsidRDefault="00E065DA" w:rsidP="00E065DA">
      <w:pPr>
        <w:jc w:val="center"/>
      </w:pPr>
      <w:r w:rsidRPr="000327F8">
        <w:rPr>
          <w:noProof/>
        </w:rPr>
        <w:drawing>
          <wp:inline distT="0" distB="0" distL="0" distR="0" wp14:anchorId="650013D6" wp14:editId="4F05F7BF">
            <wp:extent cx="3390900" cy="2029487"/>
            <wp:effectExtent l="0" t="0" r="0" b="8890"/>
            <wp:docPr id="1921684394" name="Picture 2" descr="A group of people in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84394" name="Picture 2" descr="A group of people in a c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1217" cy="2047632"/>
                    </a:xfrm>
                    <a:prstGeom prst="rect">
                      <a:avLst/>
                    </a:prstGeom>
                  </pic:spPr>
                </pic:pic>
              </a:graphicData>
            </a:graphic>
          </wp:inline>
        </w:drawing>
      </w:r>
    </w:p>
    <w:p w14:paraId="61AE90B7" w14:textId="77777777" w:rsidR="00881C51" w:rsidRPr="000327F8" w:rsidRDefault="00881C51" w:rsidP="00E065DA">
      <w:pPr>
        <w:jc w:val="center"/>
      </w:pPr>
    </w:p>
    <w:p w14:paraId="330EF830" w14:textId="77777777" w:rsidR="00E065DA" w:rsidRPr="000327F8" w:rsidRDefault="00E065DA" w:rsidP="00E065DA">
      <w:pPr>
        <w:jc w:val="center"/>
      </w:pPr>
      <w:r w:rsidRPr="000327F8">
        <w:rPr>
          <w:noProof/>
        </w:rPr>
        <w:drawing>
          <wp:inline distT="0" distB="0" distL="0" distR="0" wp14:anchorId="32FE2FA8" wp14:editId="2A5D70B8">
            <wp:extent cx="2980607" cy="2225040"/>
            <wp:effectExtent l="0" t="0" r="0" b="3810"/>
            <wp:docPr id="1344506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06412" name="Picture 13445064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7287" cy="2230027"/>
                    </a:xfrm>
                    <a:prstGeom prst="rect">
                      <a:avLst/>
                    </a:prstGeom>
                  </pic:spPr>
                </pic:pic>
              </a:graphicData>
            </a:graphic>
          </wp:inline>
        </w:drawing>
      </w:r>
    </w:p>
    <w:p w14:paraId="60541317" w14:textId="77777777" w:rsidR="00E065DA" w:rsidRPr="000327F8" w:rsidRDefault="00E065DA" w:rsidP="00E065DA">
      <w:pPr>
        <w:jc w:val="center"/>
      </w:pPr>
    </w:p>
    <w:p w14:paraId="146D4867" w14:textId="141A8FB4" w:rsidR="00E065DA" w:rsidRPr="000327F8" w:rsidRDefault="00E065DA" w:rsidP="00E065DA">
      <w:r w:rsidRPr="000327F8">
        <w:t xml:space="preserve">There are other project/restoration cars from this couple.  The next one in line from my failing memory is a 1968 [I think] Ford 100. It was an absolute </w:t>
      </w:r>
      <w:r w:rsidR="00CF5F77" w:rsidRPr="000327F8">
        <w:t>showstopper</w:t>
      </w:r>
      <w:r w:rsidRPr="000327F8">
        <w:t xml:space="preserve"> all finished in period colours “two tone” light green and cream with pin stripping of the era. Sorry I don’t have a photo of this great car.</w:t>
      </w:r>
    </w:p>
    <w:p w14:paraId="3F7F523D" w14:textId="6271EE5B" w:rsidR="00E065DA" w:rsidRPr="000327F8" w:rsidRDefault="00E065DA" w:rsidP="00E065DA">
      <w:r w:rsidRPr="000327F8">
        <w:t>The next in line is from my “memory” - it is the current one we see occasionally at our drive days. It follows the path of being VERY different from the MILLS COUPLE.  All I can say is “Wow – just where did that great idea come from</w:t>
      </w:r>
      <w:r w:rsidR="00055559" w:rsidRPr="000327F8">
        <w:t>?</w:t>
      </w:r>
      <w:r w:rsidRPr="000327F8">
        <w:t xml:space="preserve">” </w:t>
      </w:r>
    </w:p>
    <w:p w14:paraId="1282B831" w14:textId="77777777" w:rsidR="00E065DA" w:rsidRPr="000327F8" w:rsidRDefault="00E065DA" w:rsidP="00E065DA">
      <w:pPr>
        <w:jc w:val="center"/>
      </w:pPr>
      <w:r w:rsidRPr="000327F8">
        <w:t>A VW BEETLE UTE</w:t>
      </w:r>
    </w:p>
    <w:p w14:paraId="3BE0F4F6" w14:textId="77777777" w:rsidR="00E065DA" w:rsidRPr="000327F8" w:rsidRDefault="00E065DA" w:rsidP="00E065DA">
      <w:pPr>
        <w:jc w:val="center"/>
      </w:pPr>
      <w:r w:rsidRPr="000327F8">
        <w:rPr>
          <w:noProof/>
        </w:rPr>
        <w:drawing>
          <wp:inline distT="0" distB="0" distL="0" distR="0" wp14:anchorId="5E792515" wp14:editId="5D5DAE63">
            <wp:extent cx="2530764" cy="3375005"/>
            <wp:effectExtent l="0" t="2857" r="317" b="318"/>
            <wp:docPr id="252773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73974" name="Picture 252773974"/>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47458" cy="3397268"/>
                    </a:xfrm>
                    <a:prstGeom prst="rect">
                      <a:avLst/>
                    </a:prstGeom>
                  </pic:spPr>
                </pic:pic>
              </a:graphicData>
            </a:graphic>
          </wp:inline>
        </w:drawing>
      </w:r>
    </w:p>
    <w:p w14:paraId="70AA6DC0" w14:textId="634B2679" w:rsidR="000327F8" w:rsidRPr="000327F8" w:rsidRDefault="000327F8" w:rsidP="00D416E7">
      <w:pPr>
        <w:jc w:val="center"/>
        <w:rPr>
          <w:noProof/>
        </w:rPr>
      </w:pPr>
      <w:r w:rsidRPr="000327F8">
        <w:t xml:space="preserve">To finish the magazine article on the Mill’s couple’s collection of restored cars I think I should include another very different item to their list. It is a Triumph motorcycle and this one is considered by many as the most revered famous motorcycle in the world. It is the motorcycle ridden by Steve McQueen in the famous Great Escape movie as shown in the attached photo. It has been owned recently by Chris and Nerolie </w:t>
      </w:r>
      <w:r w:rsidR="00600DE4" w:rsidRPr="000327F8">
        <w:t>Mills,</w:t>
      </w:r>
      <w:r w:rsidRPr="000327F8">
        <w:t xml:space="preserve"> and I have seen it proudly displayed in their home - right here in Townsville.</w:t>
      </w:r>
      <w:r w:rsidR="009E3D63" w:rsidRPr="009E3D63">
        <w:rPr>
          <w:noProof/>
        </w:rPr>
        <w:t xml:space="preserve"> </w:t>
      </w:r>
      <w:r w:rsidR="009E3D63">
        <w:rPr>
          <w:noProof/>
        </w:rPr>
        <w:drawing>
          <wp:inline distT="0" distB="0" distL="0" distR="0" wp14:anchorId="59FF323A" wp14:editId="3BDD119A">
            <wp:extent cx="2468880" cy="2151126"/>
            <wp:effectExtent l="0" t="0" r="7620" b="1905"/>
            <wp:docPr id="135660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02166" name="Picture 1356602166"/>
                    <pic:cNvPicPr/>
                  </pic:nvPicPr>
                  <pic:blipFill>
                    <a:blip r:embed="rId19"/>
                    <a:stretch>
                      <a:fillRect/>
                    </a:stretch>
                  </pic:blipFill>
                  <pic:spPr>
                    <a:xfrm>
                      <a:off x="0" y="0"/>
                      <a:ext cx="2471033" cy="2153002"/>
                    </a:xfrm>
                    <a:prstGeom prst="rect">
                      <a:avLst/>
                    </a:prstGeom>
                  </pic:spPr>
                </pic:pic>
              </a:graphicData>
            </a:graphic>
          </wp:inline>
        </w:drawing>
      </w:r>
    </w:p>
    <w:p w14:paraId="22E2EC9E" w14:textId="6E0EB7FD" w:rsidR="000327F8" w:rsidRPr="000327F8" w:rsidRDefault="000327F8" w:rsidP="000327F8">
      <w:r w:rsidRPr="000327F8">
        <w:lastRenderedPageBreak/>
        <w:t xml:space="preserve">Denise and I have great </w:t>
      </w:r>
      <w:r w:rsidR="00600DE4" w:rsidRPr="000327F8">
        <w:t>respect for</w:t>
      </w:r>
      <w:r w:rsidRPr="000327F8">
        <w:t xml:space="preserve"> and trust Chris Mills. He has recently helped us to formulate our last legal paperwork requirement and would strongly recommend him to anyone in our club for most legal advice. </w:t>
      </w:r>
    </w:p>
    <w:p w14:paraId="3C8FA7B3" w14:textId="7A66726A" w:rsidR="00382B27" w:rsidRPr="00C664B2" w:rsidRDefault="00F65FA4">
      <w:pPr>
        <w:pStyle w:val="Heading2"/>
        <w:rPr>
          <w:color w:val="0070C0"/>
        </w:rPr>
      </w:pPr>
      <w:r w:rsidRPr="00C664B2">
        <w:rPr>
          <w:color w:val="0070C0"/>
        </w:rPr>
        <w:t xml:space="preserve">Upcoming Events – </w:t>
      </w:r>
      <w:r w:rsidR="00BC7F5F">
        <w:rPr>
          <w:color w:val="0070C0"/>
        </w:rPr>
        <w:t>October</w:t>
      </w:r>
      <w:r w:rsidRPr="00C664B2">
        <w:rPr>
          <w:color w:val="0070C0"/>
        </w:rPr>
        <w:t xml:space="preserve"> 2025</w:t>
      </w:r>
    </w:p>
    <w:p w14:paraId="6E2141FC" w14:textId="6ECF7F7B" w:rsidR="00382B27" w:rsidRDefault="007E5A14">
      <w:pPr>
        <w:pStyle w:val="ListBullet"/>
      </w:pPr>
      <w:r>
        <w:t>4 October:  Club Drive</w:t>
      </w:r>
      <w:r w:rsidR="003C7D69">
        <w:t xml:space="preserve"> – Dice Run to </w:t>
      </w:r>
      <w:r w:rsidR="00436164">
        <w:t>Commonwealth Hotel</w:t>
      </w:r>
      <w:r w:rsidR="003C7D69">
        <w:t xml:space="preserve"> for </w:t>
      </w:r>
      <w:r w:rsidR="00CD5A22">
        <w:t>lunch</w:t>
      </w:r>
    </w:p>
    <w:p w14:paraId="0CED5716" w14:textId="1A593553" w:rsidR="00382B27" w:rsidRDefault="00F65FA4" w:rsidP="007E5A14">
      <w:pPr>
        <w:pStyle w:val="ListBullet"/>
      </w:pPr>
      <w:r>
        <w:t xml:space="preserve">8 </w:t>
      </w:r>
      <w:r w:rsidR="00CD5A22">
        <w:t xml:space="preserve">October: </w:t>
      </w:r>
      <w:r w:rsidR="007E5A14">
        <w:t>Mid-Week Drive – 9:00 AM, WildCatz Indoor Sports Arena</w:t>
      </w:r>
    </w:p>
    <w:p w14:paraId="18755C80" w14:textId="7D89A8C9" w:rsidR="00CD5A22" w:rsidRDefault="00CD5A22" w:rsidP="00F478E7">
      <w:pPr>
        <w:pStyle w:val="ListBullet"/>
      </w:pPr>
      <w:r>
        <w:t>15 October</w:t>
      </w:r>
      <w:r w:rsidR="00F65FA4">
        <w:t xml:space="preserve">: </w:t>
      </w:r>
      <w:r>
        <w:t xml:space="preserve">Club Dinner/Meeting – </w:t>
      </w:r>
      <w:r w:rsidR="005C403E">
        <w:t>Aalishan Indian Restaurant, Palmer Street</w:t>
      </w:r>
    </w:p>
    <w:p w14:paraId="1A6DA779" w14:textId="5E8DE756" w:rsidR="00382B27" w:rsidRDefault="008E2402" w:rsidP="00F478E7">
      <w:pPr>
        <w:pStyle w:val="ListBullet"/>
      </w:pPr>
      <w:r>
        <w:t>18 October</w:t>
      </w:r>
      <w:r w:rsidR="00F65FA4">
        <w:t xml:space="preserve">: </w:t>
      </w:r>
      <w:r>
        <w:t>Sprint Series Round 8 – Manton Park (DriveIt)</w:t>
      </w:r>
    </w:p>
    <w:p w14:paraId="46D360AB" w14:textId="5783AD27" w:rsidR="00FF3399" w:rsidRDefault="00FF3399" w:rsidP="006D3C11">
      <w:pPr>
        <w:pStyle w:val="ListBullet"/>
      </w:pPr>
      <w:r>
        <w:t>22 October</w:t>
      </w:r>
      <w:r w:rsidR="00F65FA4">
        <w:t xml:space="preserve">: </w:t>
      </w:r>
      <w:r w:rsidR="00C1143D">
        <w:t xml:space="preserve">Mid-Week Drive - </w:t>
      </w:r>
      <w:r>
        <w:t xml:space="preserve">9:00 AM, WildCatz Indoor Sports Arena </w:t>
      </w:r>
    </w:p>
    <w:p w14:paraId="1CB52CE3" w14:textId="237F68F8" w:rsidR="00C664B2" w:rsidRDefault="00C664B2" w:rsidP="00C1143D">
      <w:pPr>
        <w:pStyle w:val="ListBullet"/>
        <w:numPr>
          <w:ilvl w:val="0"/>
          <w:numId w:val="0"/>
        </w:numPr>
        <w:ind w:left="360"/>
      </w:pPr>
    </w:p>
    <w:tbl>
      <w:tblPr>
        <w:tblStyle w:val="TableGrid"/>
        <w:tblpPr w:leftFromText="180" w:rightFromText="180" w:vertAnchor="text" w:horzAnchor="margin" w:tblpXSpec="center" w:tblpY="144"/>
        <w:tblW w:w="10761" w:type="dxa"/>
        <w:tblLook w:val="04A0" w:firstRow="1" w:lastRow="0" w:firstColumn="1" w:lastColumn="0" w:noHBand="0" w:noVBand="1"/>
      </w:tblPr>
      <w:tblGrid>
        <w:gridCol w:w="1458"/>
        <w:gridCol w:w="1214"/>
        <w:gridCol w:w="1912"/>
        <w:gridCol w:w="2044"/>
        <w:gridCol w:w="1450"/>
        <w:gridCol w:w="1245"/>
        <w:gridCol w:w="1438"/>
      </w:tblGrid>
      <w:tr w:rsidR="00A20691" w:rsidRPr="00344156" w14:paraId="7F5D668F" w14:textId="77777777" w:rsidTr="00A20691">
        <w:trPr>
          <w:trHeight w:val="561"/>
        </w:trPr>
        <w:tc>
          <w:tcPr>
            <w:tcW w:w="1560" w:type="dxa"/>
            <w:shd w:val="clear" w:color="auto" w:fill="D6E3BC" w:themeFill="accent3" w:themeFillTint="66"/>
          </w:tcPr>
          <w:p w14:paraId="6D87BA62"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SUNDAY</w:t>
            </w:r>
          </w:p>
        </w:tc>
        <w:tc>
          <w:tcPr>
            <w:tcW w:w="1214" w:type="dxa"/>
            <w:shd w:val="clear" w:color="auto" w:fill="D6E3BC" w:themeFill="accent3" w:themeFillTint="66"/>
          </w:tcPr>
          <w:p w14:paraId="0B062B1B"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MONDAY</w:t>
            </w:r>
          </w:p>
        </w:tc>
        <w:tc>
          <w:tcPr>
            <w:tcW w:w="2135" w:type="dxa"/>
            <w:shd w:val="clear" w:color="auto" w:fill="D6E3BC" w:themeFill="accent3" w:themeFillTint="66"/>
          </w:tcPr>
          <w:p w14:paraId="06B054B3"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TU</w:t>
            </w:r>
            <w:r>
              <w:rPr>
                <w:rFonts w:ascii="Verdana" w:hAnsi="Verdana" w:cs="Cavolini"/>
                <w:b/>
                <w:bCs/>
                <w:sz w:val="20"/>
                <w:szCs w:val="20"/>
              </w:rPr>
              <w:t>E</w:t>
            </w:r>
            <w:r w:rsidRPr="00344156">
              <w:rPr>
                <w:rFonts w:ascii="Verdana" w:hAnsi="Verdana" w:cs="Cavolini"/>
                <w:b/>
                <w:bCs/>
                <w:sz w:val="20"/>
                <w:szCs w:val="20"/>
              </w:rPr>
              <w:t>SDAY</w:t>
            </w:r>
          </w:p>
        </w:tc>
        <w:tc>
          <w:tcPr>
            <w:tcW w:w="1662" w:type="dxa"/>
            <w:shd w:val="clear" w:color="auto" w:fill="D6E3BC" w:themeFill="accent3" w:themeFillTint="66"/>
          </w:tcPr>
          <w:p w14:paraId="35ADF8BF"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WEDNESDAY</w:t>
            </w:r>
          </w:p>
        </w:tc>
        <w:tc>
          <w:tcPr>
            <w:tcW w:w="1450" w:type="dxa"/>
            <w:shd w:val="clear" w:color="auto" w:fill="D6E3BC" w:themeFill="accent3" w:themeFillTint="66"/>
          </w:tcPr>
          <w:p w14:paraId="6E2C872F" w14:textId="77777777" w:rsidR="00A20691" w:rsidRPr="00344156" w:rsidRDefault="00A20691" w:rsidP="00A20691">
            <w:pPr>
              <w:jc w:val="center"/>
              <w:rPr>
                <w:rFonts w:ascii="Verdana" w:hAnsi="Verdana" w:cs="Cavolini"/>
                <w:sz w:val="20"/>
                <w:szCs w:val="20"/>
              </w:rPr>
            </w:pPr>
            <w:r w:rsidRPr="00344156">
              <w:rPr>
                <w:rFonts w:ascii="Verdana" w:hAnsi="Verdana" w:cs="Cavolini"/>
                <w:b/>
                <w:bCs/>
                <w:sz w:val="20"/>
                <w:szCs w:val="20"/>
              </w:rPr>
              <w:t>THURSDAY</w:t>
            </w:r>
          </w:p>
        </w:tc>
        <w:tc>
          <w:tcPr>
            <w:tcW w:w="1302" w:type="dxa"/>
            <w:shd w:val="clear" w:color="auto" w:fill="D6E3BC" w:themeFill="accent3" w:themeFillTint="66"/>
          </w:tcPr>
          <w:p w14:paraId="3D4B0113"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FRIDAY</w:t>
            </w:r>
          </w:p>
        </w:tc>
        <w:tc>
          <w:tcPr>
            <w:tcW w:w="1438" w:type="dxa"/>
            <w:shd w:val="clear" w:color="auto" w:fill="D6E3BC" w:themeFill="accent3" w:themeFillTint="66"/>
          </w:tcPr>
          <w:p w14:paraId="0174F811" w14:textId="77777777" w:rsidR="00A20691" w:rsidRPr="00344156" w:rsidRDefault="00A20691" w:rsidP="00A20691">
            <w:pPr>
              <w:jc w:val="center"/>
              <w:rPr>
                <w:rFonts w:ascii="Verdana" w:hAnsi="Verdana" w:cs="Cavolini"/>
                <w:b/>
                <w:bCs/>
                <w:sz w:val="20"/>
                <w:szCs w:val="20"/>
              </w:rPr>
            </w:pPr>
            <w:r w:rsidRPr="00344156">
              <w:rPr>
                <w:rFonts w:ascii="Verdana" w:hAnsi="Verdana" w:cs="Cavolini"/>
                <w:b/>
                <w:bCs/>
                <w:sz w:val="20"/>
                <w:szCs w:val="20"/>
              </w:rPr>
              <w:t>SATURDAY</w:t>
            </w:r>
          </w:p>
        </w:tc>
      </w:tr>
      <w:tr w:rsidR="00A20691" w:rsidRPr="00344156" w14:paraId="4D83EEE8" w14:textId="77777777" w:rsidTr="00A20691">
        <w:trPr>
          <w:trHeight w:val="599"/>
        </w:trPr>
        <w:tc>
          <w:tcPr>
            <w:tcW w:w="1560" w:type="dxa"/>
            <w:shd w:val="clear" w:color="auto" w:fill="D6E3BC" w:themeFill="accent3" w:themeFillTint="66"/>
          </w:tcPr>
          <w:p w14:paraId="3D34799B" w14:textId="77777777" w:rsidR="00A20691" w:rsidRPr="00F12103" w:rsidRDefault="00A20691" w:rsidP="00A20691">
            <w:pPr>
              <w:jc w:val="center"/>
              <w:rPr>
                <w:rFonts w:ascii="Verdana" w:hAnsi="Verdana" w:cs="Cavolini"/>
                <w:sz w:val="20"/>
                <w:szCs w:val="20"/>
              </w:rPr>
            </w:pPr>
          </w:p>
        </w:tc>
        <w:tc>
          <w:tcPr>
            <w:tcW w:w="1214" w:type="dxa"/>
            <w:shd w:val="clear" w:color="auto" w:fill="D6E3BC" w:themeFill="accent3" w:themeFillTint="66"/>
          </w:tcPr>
          <w:p w14:paraId="212A05DA" w14:textId="77777777" w:rsidR="00A20691" w:rsidRPr="00344156" w:rsidRDefault="00A20691" w:rsidP="00A20691">
            <w:pPr>
              <w:jc w:val="center"/>
              <w:rPr>
                <w:rFonts w:ascii="Verdana" w:hAnsi="Verdana" w:cs="Cavolini"/>
                <w:sz w:val="20"/>
                <w:szCs w:val="20"/>
              </w:rPr>
            </w:pPr>
          </w:p>
        </w:tc>
        <w:tc>
          <w:tcPr>
            <w:tcW w:w="2135" w:type="dxa"/>
            <w:shd w:val="clear" w:color="auto" w:fill="D6E3BC" w:themeFill="accent3" w:themeFillTint="66"/>
          </w:tcPr>
          <w:p w14:paraId="642F4E2A" w14:textId="0E8A39F4" w:rsidR="00A20691" w:rsidRPr="00344156" w:rsidRDefault="00A20691" w:rsidP="00A20691">
            <w:pPr>
              <w:jc w:val="center"/>
              <w:rPr>
                <w:rFonts w:ascii="Verdana" w:hAnsi="Verdana" w:cs="Cavolini"/>
                <w:sz w:val="20"/>
                <w:szCs w:val="20"/>
              </w:rPr>
            </w:pPr>
          </w:p>
        </w:tc>
        <w:tc>
          <w:tcPr>
            <w:tcW w:w="1662" w:type="dxa"/>
            <w:shd w:val="clear" w:color="auto" w:fill="D6E3BC" w:themeFill="accent3" w:themeFillTint="66"/>
          </w:tcPr>
          <w:p w14:paraId="1459506C" w14:textId="67DDFBBD" w:rsidR="00A20691" w:rsidRPr="00344156" w:rsidRDefault="0016001A" w:rsidP="00A20691">
            <w:pPr>
              <w:jc w:val="center"/>
              <w:rPr>
                <w:rFonts w:ascii="Verdana" w:hAnsi="Verdana" w:cs="Cavolini"/>
                <w:sz w:val="20"/>
                <w:szCs w:val="20"/>
              </w:rPr>
            </w:pPr>
            <w:r>
              <w:rPr>
                <w:rFonts w:ascii="Verdana" w:hAnsi="Verdana" w:cs="Cavolini"/>
                <w:sz w:val="20"/>
                <w:szCs w:val="20"/>
              </w:rPr>
              <w:t>1</w:t>
            </w:r>
          </w:p>
        </w:tc>
        <w:tc>
          <w:tcPr>
            <w:tcW w:w="1450" w:type="dxa"/>
            <w:shd w:val="clear" w:color="auto" w:fill="D6E3BC" w:themeFill="accent3" w:themeFillTint="66"/>
          </w:tcPr>
          <w:p w14:paraId="416F0C7C" w14:textId="4A0F610B" w:rsidR="00A20691" w:rsidRPr="00344156" w:rsidRDefault="0016001A" w:rsidP="00A20691">
            <w:pPr>
              <w:jc w:val="center"/>
              <w:rPr>
                <w:rFonts w:ascii="Verdana" w:hAnsi="Verdana" w:cs="Cavolini"/>
                <w:sz w:val="20"/>
                <w:szCs w:val="20"/>
              </w:rPr>
            </w:pPr>
            <w:r>
              <w:rPr>
                <w:rFonts w:ascii="Verdana" w:hAnsi="Verdana" w:cs="Cavolini"/>
                <w:sz w:val="20"/>
                <w:szCs w:val="20"/>
              </w:rPr>
              <w:t>2</w:t>
            </w:r>
          </w:p>
        </w:tc>
        <w:tc>
          <w:tcPr>
            <w:tcW w:w="1302" w:type="dxa"/>
            <w:shd w:val="clear" w:color="auto" w:fill="D6E3BC" w:themeFill="accent3" w:themeFillTint="66"/>
          </w:tcPr>
          <w:p w14:paraId="5C3ED54D" w14:textId="4B0AC59A" w:rsidR="00A20691" w:rsidRPr="00344156" w:rsidRDefault="0016001A" w:rsidP="00A20691">
            <w:pPr>
              <w:jc w:val="center"/>
              <w:rPr>
                <w:rFonts w:ascii="Verdana" w:hAnsi="Verdana" w:cs="Cavolini"/>
                <w:sz w:val="20"/>
                <w:szCs w:val="20"/>
              </w:rPr>
            </w:pPr>
            <w:r>
              <w:rPr>
                <w:rFonts w:ascii="Verdana" w:hAnsi="Verdana" w:cs="Cavolini"/>
                <w:sz w:val="20"/>
                <w:szCs w:val="20"/>
              </w:rPr>
              <w:t>3</w:t>
            </w:r>
          </w:p>
        </w:tc>
        <w:tc>
          <w:tcPr>
            <w:tcW w:w="1438" w:type="dxa"/>
            <w:shd w:val="clear" w:color="auto" w:fill="D6E3BC" w:themeFill="accent3" w:themeFillTint="66"/>
          </w:tcPr>
          <w:p w14:paraId="7189C628" w14:textId="51E0D53D" w:rsidR="00A20691" w:rsidRPr="00344156" w:rsidRDefault="0016001A" w:rsidP="00A20691">
            <w:pPr>
              <w:jc w:val="center"/>
              <w:rPr>
                <w:rFonts w:ascii="Verdana" w:hAnsi="Verdana" w:cs="Cavolini"/>
                <w:sz w:val="20"/>
                <w:szCs w:val="20"/>
              </w:rPr>
            </w:pPr>
            <w:r>
              <w:rPr>
                <w:rFonts w:ascii="Verdana" w:hAnsi="Verdana" w:cs="Cavolini"/>
                <w:sz w:val="20"/>
                <w:szCs w:val="20"/>
              </w:rPr>
              <w:t xml:space="preserve">4 </w:t>
            </w:r>
            <w:r>
              <w:rPr>
                <w:rFonts w:ascii="Verdana" w:hAnsi="Verdana" w:cs="Cavolini"/>
                <w:sz w:val="20"/>
                <w:szCs w:val="20"/>
              </w:rPr>
              <w:br/>
              <w:t>CLUB DRIVE</w:t>
            </w:r>
          </w:p>
        </w:tc>
      </w:tr>
      <w:tr w:rsidR="00A20691" w:rsidRPr="00344156" w14:paraId="45E6ED20" w14:textId="77777777" w:rsidTr="00A20691">
        <w:trPr>
          <w:trHeight w:val="561"/>
        </w:trPr>
        <w:tc>
          <w:tcPr>
            <w:tcW w:w="1560" w:type="dxa"/>
            <w:shd w:val="clear" w:color="auto" w:fill="D6E3BC" w:themeFill="accent3" w:themeFillTint="66"/>
          </w:tcPr>
          <w:p w14:paraId="626E3750" w14:textId="34217A29" w:rsidR="00A20691" w:rsidRPr="00344156" w:rsidRDefault="00DB2A52" w:rsidP="00A20691">
            <w:pPr>
              <w:jc w:val="center"/>
              <w:rPr>
                <w:rFonts w:ascii="Verdana" w:hAnsi="Verdana" w:cs="Cavolini"/>
                <w:sz w:val="20"/>
                <w:szCs w:val="20"/>
              </w:rPr>
            </w:pPr>
            <w:r>
              <w:rPr>
                <w:rFonts w:ascii="Verdana" w:hAnsi="Verdana" w:cs="Cavolini"/>
                <w:sz w:val="20"/>
                <w:szCs w:val="20"/>
              </w:rPr>
              <w:t>5</w:t>
            </w:r>
          </w:p>
        </w:tc>
        <w:tc>
          <w:tcPr>
            <w:tcW w:w="1214" w:type="dxa"/>
            <w:shd w:val="clear" w:color="auto" w:fill="D6E3BC" w:themeFill="accent3" w:themeFillTint="66"/>
          </w:tcPr>
          <w:p w14:paraId="394CD127" w14:textId="0358340A" w:rsidR="00A20691" w:rsidRPr="00344156" w:rsidRDefault="00DB2A52" w:rsidP="00A20691">
            <w:pPr>
              <w:jc w:val="center"/>
              <w:rPr>
                <w:rFonts w:ascii="Verdana" w:hAnsi="Verdana" w:cs="Cavolini"/>
                <w:sz w:val="20"/>
                <w:szCs w:val="20"/>
              </w:rPr>
            </w:pPr>
            <w:r>
              <w:rPr>
                <w:rFonts w:ascii="Verdana" w:hAnsi="Verdana" w:cs="Cavolini"/>
                <w:sz w:val="20"/>
                <w:szCs w:val="20"/>
              </w:rPr>
              <w:t>6</w:t>
            </w:r>
          </w:p>
        </w:tc>
        <w:tc>
          <w:tcPr>
            <w:tcW w:w="2135" w:type="dxa"/>
            <w:shd w:val="clear" w:color="auto" w:fill="D6E3BC" w:themeFill="accent3" w:themeFillTint="66"/>
          </w:tcPr>
          <w:p w14:paraId="53009DE2" w14:textId="69D11F80" w:rsidR="00A20691" w:rsidRPr="002B3304" w:rsidRDefault="00DB2A52" w:rsidP="00A20691">
            <w:pPr>
              <w:jc w:val="center"/>
              <w:rPr>
                <w:rFonts w:ascii="Verdana" w:hAnsi="Verdana" w:cs="Cavolini"/>
                <w:sz w:val="20"/>
                <w:szCs w:val="20"/>
              </w:rPr>
            </w:pPr>
            <w:r>
              <w:rPr>
                <w:rFonts w:ascii="Verdana" w:hAnsi="Verdana" w:cs="Cavolini"/>
                <w:sz w:val="20"/>
                <w:szCs w:val="20"/>
              </w:rPr>
              <w:t>7</w:t>
            </w:r>
          </w:p>
        </w:tc>
        <w:tc>
          <w:tcPr>
            <w:tcW w:w="1662" w:type="dxa"/>
            <w:shd w:val="clear" w:color="auto" w:fill="D6E3BC" w:themeFill="accent3" w:themeFillTint="66"/>
          </w:tcPr>
          <w:p w14:paraId="2D13AB16" w14:textId="4162E13C" w:rsidR="00A20691" w:rsidRPr="00344156" w:rsidRDefault="00DB2A52" w:rsidP="00A20691">
            <w:pPr>
              <w:jc w:val="center"/>
              <w:rPr>
                <w:rFonts w:ascii="Verdana" w:hAnsi="Verdana" w:cs="Cavolini"/>
                <w:sz w:val="20"/>
                <w:szCs w:val="20"/>
              </w:rPr>
            </w:pPr>
            <w:r>
              <w:rPr>
                <w:rFonts w:ascii="Verdana" w:hAnsi="Verdana" w:cs="Cavolini"/>
                <w:sz w:val="20"/>
                <w:szCs w:val="20"/>
              </w:rPr>
              <w:t>8</w:t>
            </w:r>
            <w:r w:rsidR="00876786">
              <w:rPr>
                <w:rFonts w:ascii="Verdana" w:hAnsi="Verdana" w:cs="Cavolini"/>
                <w:sz w:val="20"/>
                <w:szCs w:val="20"/>
              </w:rPr>
              <w:br/>
              <w:t>MID WEEK DRIVE</w:t>
            </w:r>
          </w:p>
        </w:tc>
        <w:tc>
          <w:tcPr>
            <w:tcW w:w="1450" w:type="dxa"/>
            <w:shd w:val="clear" w:color="auto" w:fill="D6E3BC" w:themeFill="accent3" w:themeFillTint="66"/>
          </w:tcPr>
          <w:p w14:paraId="66973398" w14:textId="51C1B19D" w:rsidR="00A20691" w:rsidRPr="00344156" w:rsidRDefault="00DB2A52" w:rsidP="00A20691">
            <w:pPr>
              <w:jc w:val="center"/>
              <w:rPr>
                <w:rFonts w:ascii="Verdana" w:hAnsi="Verdana" w:cs="Cavolini"/>
                <w:sz w:val="20"/>
                <w:szCs w:val="20"/>
              </w:rPr>
            </w:pPr>
            <w:r>
              <w:rPr>
                <w:rFonts w:ascii="Verdana" w:hAnsi="Verdana" w:cs="Cavolini"/>
                <w:sz w:val="20"/>
                <w:szCs w:val="20"/>
              </w:rPr>
              <w:t>9</w:t>
            </w:r>
          </w:p>
        </w:tc>
        <w:tc>
          <w:tcPr>
            <w:tcW w:w="1302" w:type="dxa"/>
            <w:shd w:val="clear" w:color="auto" w:fill="D6E3BC" w:themeFill="accent3" w:themeFillTint="66"/>
          </w:tcPr>
          <w:p w14:paraId="51A34ECC" w14:textId="1C32A9E3" w:rsidR="00A20691" w:rsidRPr="00344156" w:rsidRDefault="00DB2A52" w:rsidP="00A20691">
            <w:pPr>
              <w:jc w:val="center"/>
              <w:rPr>
                <w:rFonts w:ascii="Verdana" w:hAnsi="Verdana" w:cs="Cavolini"/>
                <w:sz w:val="20"/>
                <w:szCs w:val="20"/>
              </w:rPr>
            </w:pPr>
            <w:r>
              <w:rPr>
                <w:rFonts w:ascii="Verdana" w:hAnsi="Verdana" w:cs="Cavolini"/>
                <w:sz w:val="20"/>
                <w:szCs w:val="20"/>
              </w:rPr>
              <w:t>10</w:t>
            </w:r>
          </w:p>
        </w:tc>
        <w:tc>
          <w:tcPr>
            <w:tcW w:w="1438" w:type="dxa"/>
            <w:shd w:val="clear" w:color="auto" w:fill="D6E3BC" w:themeFill="accent3" w:themeFillTint="66"/>
          </w:tcPr>
          <w:p w14:paraId="0112B644" w14:textId="0EA51B48" w:rsidR="00A20691" w:rsidRPr="00344156" w:rsidRDefault="00DB2A52" w:rsidP="00A20691">
            <w:pPr>
              <w:jc w:val="center"/>
              <w:rPr>
                <w:rFonts w:ascii="Verdana" w:hAnsi="Verdana" w:cs="Cavolini"/>
                <w:sz w:val="20"/>
                <w:szCs w:val="20"/>
              </w:rPr>
            </w:pPr>
            <w:r>
              <w:rPr>
                <w:rFonts w:ascii="Verdana" w:hAnsi="Verdana" w:cs="Cavolini"/>
                <w:sz w:val="20"/>
                <w:szCs w:val="20"/>
              </w:rPr>
              <w:t>11</w:t>
            </w:r>
          </w:p>
        </w:tc>
      </w:tr>
      <w:tr w:rsidR="00A20691" w:rsidRPr="00344156" w14:paraId="78633D2F" w14:textId="77777777" w:rsidTr="00A20691">
        <w:trPr>
          <w:trHeight w:val="599"/>
        </w:trPr>
        <w:tc>
          <w:tcPr>
            <w:tcW w:w="1560" w:type="dxa"/>
            <w:shd w:val="clear" w:color="auto" w:fill="D6E3BC" w:themeFill="accent3" w:themeFillTint="66"/>
          </w:tcPr>
          <w:p w14:paraId="4723B4B9" w14:textId="7B6A7663" w:rsidR="00A20691" w:rsidRPr="00344156" w:rsidRDefault="00DB2A52" w:rsidP="00A20691">
            <w:pPr>
              <w:jc w:val="center"/>
              <w:rPr>
                <w:rFonts w:ascii="Verdana" w:hAnsi="Verdana" w:cs="Cavolini"/>
                <w:sz w:val="20"/>
                <w:szCs w:val="20"/>
              </w:rPr>
            </w:pPr>
            <w:r>
              <w:rPr>
                <w:rFonts w:ascii="Verdana" w:hAnsi="Verdana" w:cs="Cavolini"/>
                <w:sz w:val="20"/>
                <w:szCs w:val="20"/>
              </w:rPr>
              <w:t>12</w:t>
            </w:r>
          </w:p>
        </w:tc>
        <w:tc>
          <w:tcPr>
            <w:tcW w:w="1214" w:type="dxa"/>
            <w:shd w:val="clear" w:color="auto" w:fill="D6E3BC" w:themeFill="accent3" w:themeFillTint="66"/>
          </w:tcPr>
          <w:p w14:paraId="3FD9092E" w14:textId="1F6F29F5" w:rsidR="00A20691" w:rsidRPr="00344156" w:rsidRDefault="00DB2A52" w:rsidP="00A20691">
            <w:pPr>
              <w:jc w:val="center"/>
              <w:rPr>
                <w:rFonts w:ascii="Verdana" w:hAnsi="Verdana" w:cs="Cavolini"/>
                <w:sz w:val="20"/>
                <w:szCs w:val="20"/>
              </w:rPr>
            </w:pPr>
            <w:r>
              <w:rPr>
                <w:rFonts w:ascii="Verdana" w:hAnsi="Verdana" w:cs="Cavolini"/>
                <w:sz w:val="20"/>
                <w:szCs w:val="20"/>
              </w:rPr>
              <w:t>13</w:t>
            </w:r>
          </w:p>
        </w:tc>
        <w:tc>
          <w:tcPr>
            <w:tcW w:w="2135" w:type="dxa"/>
            <w:shd w:val="clear" w:color="auto" w:fill="D6E3BC" w:themeFill="accent3" w:themeFillTint="66"/>
          </w:tcPr>
          <w:p w14:paraId="0441F9BD" w14:textId="2A2F7E47" w:rsidR="00A20691" w:rsidRPr="00344156" w:rsidRDefault="00DB2A52" w:rsidP="00A20691">
            <w:pPr>
              <w:jc w:val="center"/>
              <w:rPr>
                <w:rFonts w:ascii="Verdana" w:hAnsi="Verdana" w:cs="Cavolini"/>
                <w:sz w:val="20"/>
                <w:szCs w:val="20"/>
              </w:rPr>
            </w:pPr>
            <w:r>
              <w:rPr>
                <w:rFonts w:ascii="Verdana" w:hAnsi="Verdana" w:cs="Cavolini"/>
                <w:sz w:val="20"/>
                <w:szCs w:val="20"/>
              </w:rPr>
              <w:t>14</w:t>
            </w:r>
          </w:p>
        </w:tc>
        <w:tc>
          <w:tcPr>
            <w:tcW w:w="1662" w:type="dxa"/>
            <w:shd w:val="clear" w:color="auto" w:fill="D6E3BC" w:themeFill="accent3" w:themeFillTint="66"/>
          </w:tcPr>
          <w:p w14:paraId="72167AD5" w14:textId="496CFC43" w:rsidR="00A20691" w:rsidRPr="00344156" w:rsidRDefault="00DB2A52" w:rsidP="00A20691">
            <w:pPr>
              <w:jc w:val="center"/>
              <w:rPr>
                <w:rFonts w:ascii="Verdana" w:hAnsi="Verdana" w:cs="Cavolini"/>
                <w:sz w:val="20"/>
                <w:szCs w:val="20"/>
              </w:rPr>
            </w:pPr>
            <w:r>
              <w:rPr>
                <w:rFonts w:ascii="Verdana" w:hAnsi="Verdana" w:cs="Cavolini"/>
                <w:sz w:val="20"/>
                <w:szCs w:val="20"/>
              </w:rPr>
              <w:t>15</w:t>
            </w:r>
            <w:r w:rsidR="00876786">
              <w:rPr>
                <w:rFonts w:ascii="Verdana" w:hAnsi="Verdana" w:cs="Cavolini"/>
                <w:sz w:val="20"/>
                <w:szCs w:val="20"/>
              </w:rPr>
              <w:br/>
              <w:t>CLUB DINNER/MEETING</w:t>
            </w:r>
          </w:p>
        </w:tc>
        <w:tc>
          <w:tcPr>
            <w:tcW w:w="1450" w:type="dxa"/>
            <w:shd w:val="clear" w:color="auto" w:fill="D6E3BC" w:themeFill="accent3" w:themeFillTint="66"/>
          </w:tcPr>
          <w:p w14:paraId="63733FE7" w14:textId="3832577F" w:rsidR="00A20691" w:rsidRPr="00344156" w:rsidRDefault="00DB2A52" w:rsidP="00A20691">
            <w:pPr>
              <w:jc w:val="center"/>
              <w:rPr>
                <w:rFonts w:ascii="Verdana" w:hAnsi="Verdana" w:cs="Cavolini"/>
                <w:sz w:val="20"/>
                <w:szCs w:val="20"/>
              </w:rPr>
            </w:pPr>
            <w:r>
              <w:rPr>
                <w:rFonts w:ascii="Verdana" w:hAnsi="Verdana" w:cs="Cavolini"/>
                <w:sz w:val="20"/>
                <w:szCs w:val="20"/>
              </w:rPr>
              <w:t>16</w:t>
            </w:r>
          </w:p>
        </w:tc>
        <w:tc>
          <w:tcPr>
            <w:tcW w:w="1302" w:type="dxa"/>
            <w:shd w:val="clear" w:color="auto" w:fill="D6E3BC" w:themeFill="accent3" w:themeFillTint="66"/>
          </w:tcPr>
          <w:p w14:paraId="57676AF1" w14:textId="6422122A" w:rsidR="00A20691" w:rsidRPr="00344156" w:rsidRDefault="00DB2A52" w:rsidP="00A20691">
            <w:pPr>
              <w:jc w:val="center"/>
              <w:rPr>
                <w:rFonts w:ascii="Verdana" w:hAnsi="Verdana" w:cs="Cavolini"/>
                <w:sz w:val="20"/>
                <w:szCs w:val="20"/>
              </w:rPr>
            </w:pPr>
            <w:r>
              <w:rPr>
                <w:rFonts w:ascii="Verdana" w:hAnsi="Verdana" w:cs="Cavolini"/>
                <w:sz w:val="20"/>
                <w:szCs w:val="20"/>
              </w:rPr>
              <w:t>17</w:t>
            </w:r>
          </w:p>
        </w:tc>
        <w:tc>
          <w:tcPr>
            <w:tcW w:w="1438" w:type="dxa"/>
            <w:shd w:val="clear" w:color="auto" w:fill="D6E3BC" w:themeFill="accent3" w:themeFillTint="66"/>
          </w:tcPr>
          <w:p w14:paraId="238AF4D8" w14:textId="11EB49F9" w:rsidR="00A20691" w:rsidRDefault="00DB2A52" w:rsidP="00A20691">
            <w:pPr>
              <w:jc w:val="center"/>
              <w:rPr>
                <w:rFonts w:ascii="Verdana" w:hAnsi="Verdana" w:cs="Cavolini"/>
                <w:sz w:val="20"/>
                <w:szCs w:val="20"/>
              </w:rPr>
            </w:pPr>
            <w:r>
              <w:rPr>
                <w:rFonts w:ascii="Verdana" w:hAnsi="Verdana" w:cs="Cavolini"/>
                <w:sz w:val="20"/>
                <w:szCs w:val="20"/>
              </w:rPr>
              <w:t>18</w:t>
            </w:r>
            <w:r w:rsidR="00876786">
              <w:rPr>
                <w:rFonts w:ascii="Verdana" w:hAnsi="Verdana" w:cs="Cavolini"/>
                <w:sz w:val="20"/>
                <w:szCs w:val="20"/>
              </w:rPr>
              <w:br/>
              <w:t>ROUND 8 SPRINT SERIES</w:t>
            </w:r>
          </w:p>
          <w:p w14:paraId="50236194" w14:textId="7CDDA021" w:rsidR="00DB2A52" w:rsidRPr="00344156" w:rsidRDefault="00DB2A52" w:rsidP="00A20691">
            <w:pPr>
              <w:jc w:val="center"/>
              <w:rPr>
                <w:rFonts w:ascii="Verdana" w:hAnsi="Verdana" w:cs="Cavolini"/>
                <w:sz w:val="20"/>
                <w:szCs w:val="20"/>
              </w:rPr>
            </w:pPr>
          </w:p>
        </w:tc>
      </w:tr>
      <w:tr w:rsidR="00A20691" w:rsidRPr="00344156" w14:paraId="70030999" w14:textId="77777777" w:rsidTr="00A20691">
        <w:trPr>
          <w:trHeight w:val="561"/>
        </w:trPr>
        <w:tc>
          <w:tcPr>
            <w:tcW w:w="1560" w:type="dxa"/>
            <w:shd w:val="clear" w:color="auto" w:fill="D6E3BC" w:themeFill="accent3" w:themeFillTint="66"/>
          </w:tcPr>
          <w:p w14:paraId="36D5E679" w14:textId="36BB266C" w:rsidR="00A20691" w:rsidRPr="00344156" w:rsidRDefault="00DB2A52" w:rsidP="00A20691">
            <w:pPr>
              <w:jc w:val="center"/>
              <w:rPr>
                <w:rFonts w:ascii="Verdana" w:hAnsi="Verdana" w:cs="Cavolini"/>
                <w:sz w:val="20"/>
                <w:szCs w:val="20"/>
              </w:rPr>
            </w:pPr>
            <w:r>
              <w:rPr>
                <w:rFonts w:ascii="Verdana" w:hAnsi="Verdana" w:cs="Cavolini"/>
                <w:sz w:val="20"/>
                <w:szCs w:val="20"/>
              </w:rPr>
              <w:t>19</w:t>
            </w:r>
          </w:p>
        </w:tc>
        <w:tc>
          <w:tcPr>
            <w:tcW w:w="1214" w:type="dxa"/>
            <w:shd w:val="clear" w:color="auto" w:fill="D6E3BC" w:themeFill="accent3" w:themeFillTint="66"/>
          </w:tcPr>
          <w:p w14:paraId="20ECCE9A" w14:textId="3F6A02AC" w:rsidR="00A20691" w:rsidRPr="00344156" w:rsidRDefault="00DB2A52" w:rsidP="00A20691">
            <w:pPr>
              <w:jc w:val="center"/>
              <w:rPr>
                <w:rFonts w:ascii="Verdana" w:hAnsi="Verdana" w:cs="Cavolini"/>
                <w:sz w:val="20"/>
                <w:szCs w:val="20"/>
              </w:rPr>
            </w:pPr>
            <w:r>
              <w:rPr>
                <w:rFonts w:ascii="Verdana" w:hAnsi="Verdana" w:cs="Cavolini"/>
                <w:sz w:val="20"/>
                <w:szCs w:val="20"/>
              </w:rPr>
              <w:t>20</w:t>
            </w:r>
          </w:p>
        </w:tc>
        <w:tc>
          <w:tcPr>
            <w:tcW w:w="2135" w:type="dxa"/>
            <w:shd w:val="clear" w:color="auto" w:fill="D6E3BC" w:themeFill="accent3" w:themeFillTint="66"/>
          </w:tcPr>
          <w:p w14:paraId="37BEBCF7" w14:textId="407FC959" w:rsidR="00A20691" w:rsidRPr="00344156" w:rsidRDefault="00DB2A52" w:rsidP="00A20691">
            <w:pPr>
              <w:jc w:val="center"/>
              <w:rPr>
                <w:rFonts w:ascii="Verdana" w:hAnsi="Verdana" w:cs="Cavolini"/>
                <w:sz w:val="20"/>
                <w:szCs w:val="20"/>
              </w:rPr>
            </w:pPr>
            <w:r>
              <w:rPr>
                <w:rFonts w:ascii="Verdana" w:hAnsi="Verdana" w:cs="Cavolini"/>
                <w:sz w:val="20"/>
                <w:szCs w:val="20"/>
              </w:rPr>
              <w:t>21</w:t>
            </w:r>
          </w:p>
        </w:tc>
        <w:tc>
          <w:tcPr>
            <w:tcW w:w="1662" w:type="dxa"/>
            <w:shd w:val="clear" w:color="auto" w:fill="D6E3BC" w:themeFill="accent3" w:themeFillTint="66"/>
          </w:tcPr>
          <w:p w14:paraId="2B643376" w14:textId="3EAB57AD" w:rsidR="00A20691" w:rsidRPr="00344156" w:rsidRDefault="00DB2A52" w:rsidP="00A20691">
            <w:pPr>
              <w:jc w:val="center"/>
              <w:rPr>
                <w:rFonts w:ascii="Verdana" w:hAnsi="Verdana" w:cs="Cavolini"/>
                <w:sz w:val="20"/>
                <w:szCs w:val="20"/>
              </w:rPr>
            </w:pPr>
            <w:r>
              <w:rPr>
                <w:rFonts w:ascii="Verdana" w:hAnsi="Verdana" w:cs="Cavolini"/>
                <w:sz w:val="20"/>
                <w:szCs w:val="20"/>
              </w:rPr>
              <w:t>22</w:t>
            </w:r>
            <w:r w:rsidR="00CB3498">
              <w:rPr>
                <w:rFonts w:ascii="Verdana" w:hAnsi="Verdana" w:cs="Cavolini"/>
                <w:sz w:val="20"/>
                <w:szCs w:val="20"/>
              </w:rPr>
              <w:br/>
              <w:t>MID WEEK DRIVE</w:t>
            </w:r>
          </w:p>
        </w:tc>
        <w:tc>
          <w:tcPr>
            <w:tcW w:w="1450" w:type="dxa"/>
            <w:shd w:val="clear" w:color="auto" w:fill="D6E3BC" w:themeFill="accent3" w:themeFillTint="66"/>
          </w:tcPr>
          <w:p w14:paraId="3E1706A4" w14:textId="2E9ABEBB" w:rsidR="00A20691" w:rsidRPr="00344156" w:rsidRDefault="00DB2A52" w:rsidP="00A20691">
            <w:pPr>
              <w:jc w:val="center"/>
              <w:rPr>
                <w:rFonts w:ascii="Verdana" w:hAnsi="Verdana" w:cs="Cavolini"/>
                <w:sz w:val="20"/>
                <w:szCs w:val="20"/>
              </w:rPr>
            </w:pPr>
            <w:r>
              <w:rPr>
                <w:rFonts w:ascii="Verdana" w:hAnsi="Verdana" w:cs="Cavolini"/>
                <w:sz w:val="20"/>
                <w:szCs w:val="20"/>
              </w:rPr>
              <w:t>23</w:t>
            </w:r>
          </w:p>
        </w:tc>
        <w:tc>
          <w:tcPr>
            <w:tcW w:w="1302" w:type="dxa"/>
            <w:shd w:val="clear" w:color="auto" w:fill="D6E3BC" w:themeFill="accent3" w:themeFillTint="66"/>
          </w:tcPr>
          <w:p w14:paraId="14669414" w14:textId="217B3342" w:rsidR="00A20691" w:rsidRPr="00344156" w:rsidRDefault="00DB2A52" w:rsidP="00A20691">
            <w:pPr>
              <w:jc w:val="center"/>
              <w:rPr>
                <w:rFonts w:ascii="Verdana" w:hAnsi="Verdana" w:cs="Cavolini"/>
                <w:sz w:val="20"/>
                <w:szCs w:val="20"/>
              </w:rPr>
            </w:pPr>
            <w:r>
              <w:rPr>
                <w:rFonts w:ascii="Verdana" w:hAnsi="Verdana" w:cs="Cavolini"/>
                <w:sz w:val="20"/>
                <w:szCs w:val="20"/>
              </w:rPr>
              <w:t>24</w:t>
            </w:r>
          </w:p>
        </w:tc>
        <w:tc>
          <w:tcPr>
            <w:tcW w:w="1438" w:type="dxa"/>
            <w:shd w:val="clear" w:color="auto" w:fill="D6E3BC" w:themeFill="accent3" w:themeFillTint="66"/>
          </w:tcPr>
          <w:p w14:paraId="3E4B7638" w14:textId="1D0A2CAC" w:rsidR="00A20691" w:rsidRPr="00344156" w:rsidRDefault="00DB2A52" w:rsidP="00A20691">
            <w:pPr>
              <w:jc w:val="center"/>
              <w:rPr>
                <w:rFonts w:ascii="Verdana" w:hAnsi="Verdana" w:cs="Cavolini"/>
                <w:sz w:val="20"/>
                <w:szCs w:val="20"/>
              </w:rPr>
            </w:pPr>
            <w:r>
              <w:rPr>
                <w:rFonts w:ascii="Verdana" w:hAnsi="Verdana" w:cs="Cavolini"/>
                <w:sz w:val="20"/>
                <w:szCs w:val="20"/>
              </w:rPr>
              <w:t>25</w:t>
            </w:r>
          </w:p>
        </w:tc>
      </w:tr>
      <w:tr w:rsidR="00A20691" w:rsidRPr="00344156" w14:paraId="5949086E" w14:textId="77777777" w:rsidTr="00A20691">
        <w:trPr>
          <w:trHeight w:val="599"/>
        </w:trPr>
        <w:tc>
          <w:tcPr>
            <w:tcW w:w="1560" w:type="dxa"/>
            <w:shd w:val="clear" w:color="auto" w:fill="D6E3BC" w:themeFill="accent3" w:themeFillTint="66"/>
          </w:tcPr>
          <w:p w14:paraId="3F9428D2" w14:textId="53702AE5" w:rsidR="00A20691" w:rsidRPr="00344156" w:rsidRDefault="00DB2A52" w:rsidP="00A20691">
            <w:pPr>
              <w:jc w:val="center"/>
              <w:rPr>
                <w:rFonts w:ascii="Verdana" w:hAnsi="Verdana" w:cs="Cavolini"/>
                <w:sz w:val="20"/>
                <w:szCs w:val="20"/>
              </w:rPr>
            </w:pPr>
            <w:r>
              <w:rPr>
                <w:rFonts w:ascii="Verdana" w:hAnsi="Verdana" w:cs="Cavolini"/>
                <w:sz w:val="20"/>
                <w:szCs w:val="20"/>
              </w:rPr>
              <w:t>26</w:t>
            </w:r>
          </w:p>
        </w:tc>
        <w:tc>
          <w:tcPr>
            <w:tcW w:w="1214" w:type="dxa"/>
            <w:shd w:val="clear" w:color="auto" w:fill="D6E3BC" w:themeFill="accent3" w:themeFillTint="66"/>
          </w:tcPr>
          <w:p w14:paraId="31EECC0B" w14:textId="2336F299" w:rsidR="00A20691" w:rsidRPr="00344156" w:rsidRDefault="00DB2A52" w:rsidP="00A20691">
            <w:pPr>
              <w:jc w:val="center"/>
              <w:rPr>
                <w:rFonts w:ascii="Verdana" w:hAnsi="Verdana" w:cs="Cavolini"/>
                <w:sz w:val="20"/>
                <w:szCs w:val="20"/>
              </w:rPr>
            </w:pPr>
            <w:r>
              <w:rPr>
                <w:rFonts w:ascii="Verdana" w:hAnsi="Verdana" w:cs="Cavolini"/>
                <w:sz w:val="20"/>
                <w:szCs w:val="20"/>
              </w:rPr>
              <w:t>27</w:t>
            </w:r>
          </w:p>
        </w:tc>
        <w:tc>
          <w:tcPr>
            <w:tcW w:w="2135" w:type="dxa"/>
            <w:shd w:val="clear" w:color="auto" w:fill="D6E3BC" w:themeFill="accent3" w:themeFillTint="66"/>
          </w:tcPr>
          <w:p w14:paraId="31168DFA" w14:textId="06F0C1E6" w:rsidR="00A20691" w:rsidRPr="00344156" w:rsidRDefault="00DB2A52" w:rsidP="00A20691">
            <w:pPr>
              <w:jc w:val="center"/>
              <w:rPr>
                <w:rFonts w:ascii="Verdana" w:hAnsi="Verdana" w:cs="Cavolini"/>
                <w:sz w:val="20"/>
                <w:szCs w:val="20"/>
              </w:rPr>
            </w:pPr>
            <w:r>
              <w:rPr>
                <w:rFonts w:ascii="Verdana" w:hAnsi="Verdana" w:cs="Cavolini"/>
                <w:sz w:val="20"/>
                <w:szCs w:val="20"/>
              </w:rPr>
              <w:t>28</w:t>
            </w:r>
          </w:p>
        </w:tc>
        <w:tc>
          <w:tcPr>
            <w:tcW w:w="1662" w:type="dxa"/>
            <w:shd w:val="clear" w:color="auto" w:fill="D6E3BC" w:themeFill="accent3" w:themeFillTint="66"/>
          </w:tcPr>
          <w:p w14:paraId="49516A57" w14:textId="2D142133" w:rsidR="00A20691" w:rsidRPr="00344156" w:rsidRDefault="00DB2A52" w:rsidP="00A20691">
            <w:pPr>
              <w:jc w:val="center"/>
              <w:rPr>
                <w:rFonts w:ascii="Verdana" w:hAnsi="Verdana" w:cs="Cavolini"/>
                <w:sz w:val="20"/>
                <w:szCs w:val="20"/>
              </w:rPr>
            </w:pPr>
            <w:r>
              <w:rPr>
                <w:rFonts w:ascii="Verdana" w:hAnsi="Verdana" w:cs="Cavolini"/>
                <w:sz w:val="20"/>
                <w:szCs w:val="20"/>
              </w:rPr>
              <w:t>29</w:t>
            </w:r>
          </w:p>
        </w:tc>
        <w:tc>
          <w:tcPr>
            <w:tcW w:w="1450" w:type="dxa"/>
            <w:shd w:val="clear" w:color="auto" w:fill="D6E3BC" w:themeFill="accent3" w:themeFillTint="66"/>
          </w:tcPr>
          <w:p w14:paraId="53696020" w14:textId="59BF7599" w:rsidR="00A20691" w:rsidRPr="00344156" w:rsidRDefault="00DB2A52" w:rsidP="00A20691">
            <w:pPr>
              <w:jc w:val="center"/>
              <w:rPr>
                <w:rFonts w:ascii="Verdana" w:hAnsi="Verdana" w:cs="Cavolini"/>
                <w:sz w:val="20"/>
                <w:szCs w:val="20"/>
              </w:rPr>
            </w:pPr>
            <w:r>
              <w:rPr>
                <w:rFonts w:ascii="Verdana" w:hAnsi="Verdana" w:cs="Cavolini"/>
                <w:sz w:val="20"/>
                <w:szCs w:val="20"/>
              </w:rPr>
              <w:t>30</w:t>
            </w:r>
          </w:p>
        </w:tc>
        <w:tc>
          <w:tcPr>
            <w:tcW w:w="1302" w:type="dxa"/>
            <w:shd w:val="clear" w:color="auto" w:fill="D6E3BC" w:themeFill="accent3" w:themeFillTint="66"/>
          </w:tcPr>
          <w:p w14:paraId="0C998146" w14:textId="658A842D" w:rsidR="00A20691" w:rsidRPr="00344156" w:rsidRDefault="00DB2A52" w:rsidP="00A20691">
            <w:pPr>
              <w:jc w:val="center"/>
              <w:rPr>
                <w:rFonts w:ascii="Verdana" w:hAnsi="Verdana" w:cs="Cavolini"/>
                <w:sz w:val="20"/>
                <w:szCs w:val="20"/>
              </w:rPr>
            </w:pPr>
            <w:r>
              <w:rPr>
                <w:rFonts w:ascii="Verdana" w:hAnsi="Verdana" w:cs="Cavolini"/>
                <w:sz w:val="20"/>
                <w:szCs w:val="20"/>
              </w:rPr>
              <w:t>31</w:t>
            </w:r>
          </w:p>
        </w:tc>
        <w:tc>
          <w:tcPr>
            <w:tcW w:w="1438" w:type="dxa"/>
            <w:shd w:val="clear" w:color="auto" w:fill="D6E3BC" w:themeFill="accent3" w:themeFillTint="66"/>
          </w:tcPr>
          <w:p w14:paraId="7800FF24" w14:textId="395A025D" w:rsidR="00A20691" w:rsidRPr="00344156" w:rsidRDefault="00A20691" w:rsidP="00A20691">
            <w:pPr>
              <w:jc w:val="center"/>
              <w:rPr>
                <w:rFonts w:ascii="Verdana" w:hAnsi="Verdana" w:cs="Cavolini"/>
                <w:sz w:val="20"/>
                <w:szCs w:val="20"/>
              </w:rPr>
            </w:pPr>
          </w:p>
        </w:tc>
      </w:tr>
    </w:tbl>
    <w:p w14:paraId="61D543A5" w14:textId="77777777" w:rsidR="00A20691" w:rsidRDefault="00A20691">
      <w:pPr>
        <w:pStyle w:val="Heading2"/>
        <w:rPr>
          <w:color w:val="0070C0"/>
        </w:rPr>
      </w:pPr>
    </w:p>
    <w:p w14:paraId="4D90E90E" w14:textId="77777777" w:rsidR="00382B27" w:rsidRPr="00C664B2" w:rsidRDefault="00F65FA4">
      <w:pPr>
        <w:pStyle w:val="Heading2"/>
        <w:rPr>
          <w:color w:val="0070C0"/>
        </w:rPr>
      </w:pPr>
      <w:r w:rsidRPr="00C664B2">
        <w:rPr>
          <w:color w:val="0070C0"/>
        </w:rPr>
        <w:t>FNQ Chapter</w:t>
      </w:r>
    </w:p>
    <w:p w14:paraId="4B49AF4D" w14:textId="77777777" w:rsidR="00382B27" w:rsidRDefault="00F65FA4">
      <w:r>
        <w:t>Weekly drives meet at 9:00 AM every Wednesday at the Tolga Pub. Recent destinations include the Gillies Roadhouse.</w:t>
      </w:r>
      <w:r>
        <w:br/>
      </w:r>
    </w:p>
    <w:p w14:paraId="64D7086B" w14:textId="77777777" w:rsidR="00382B27" w:rsidRPr="00C664B2" w:rsidRDefault="00F65FA4">
      <w:pPr>
        <w:pStyle w:val="Heading2"/>
        <w:rPr>
          <w:color w:val="0070C0"/>
        </w:rPr>
      </w:pPr>
      <w:r w:rsidRPr="00C664B2">
        <w:rPr>
          <w:color w:val="0070C0"/>
        </w:rPr>
        <w:t>Weekly Sunday Drives</w:t>
      </w:r>
    </w:p>
    <w:p w14:paraId="286ADCD8" w14:textId="4C324979" w:rsidR="00382B27" w:rsidRDefault="00F65FA4">
      <w:r>
        <w:t xml:space="preserve">Meet every Sunday at 9:00 AM at Sk8way for a casual, destination-decided-on-the-day drive. All SIV </w:t>
      </w:r>
      <w:r w:rsidR="004417AA">
        <w:t>drivers’</w:t>
      </w:r>
      <w:r>
        <w:t xml:space="preserve"> welcome!</w:t>
      </w:r>
      <w:r w:rsidR="00632625">
        <w:t xml:space="preserve">  </w:t>
      </w:r>
    </w:p>
    <w:p w14:paraId="7B1CEC1C" w14:textId="348FDF5D" w:rsidR="00632625" w:rsidRDefault="005C403E">
      <w:r>
        <w:t>We</w:t>
      </w:r>
      <w:r w:rsidR="00632625">
        <w:t xml:space="preserve"> would like to point out here that the weekly Sunday drives are only on the calendar </w:t>
      </w:r>
      <w:r w:rsidR="003C0615">
        <w:t xml:space="preserve">if anyone is interested in taking their car or SIV registered car for a drive.  </w:t>
      </w:r>
      <w:r w:rsidR="003417CD">
        <w:t>Maybe one or two of you will end up getting together for a drive!</w:t>
      </w:r>
    </w:p>
    <w:p w14:paraId="73B02D4F" w14:textId="171B003B" w:rsidR="00382B27" w:rsidRPr="00C664B2" w:rsidRDefault="00F65FA4">
      <w:pPr>
        <w:pStyle w:val="Heading2"/>
        <w:rPr>
          <w:color w:val="0070C0"/>
        </w:rPr>
      </w:pPr>
      <w:r w:rsidRPr="00C664B2">
        <w:rPr>
          <w:color w:val="0070C0"/>
        </w:rPr>
        <w:lastRenderedPageBreak/>
        <w:t xml:space="preserve">Motorsport Highlights – </w:t>
      </w:r>
      <w:r w:rsidR="00CB3498">
        <w:rPr>
          <w:color w:val="0070C0"/>
        </w:rPr>
        <w:t>October</w:t>
      </w:r>
      <w:r w:rsidRPr="00C664B2">
        <w:rPr>
          <w:color w:val="0070C0"/>
        </w:rPr>
        <w:t xml:space="preserve"> 2025</w:t>
      </w:r>
    </w:p>
    <w:p w14:paraId="2A8C3A60" w14:textId="77777777" w:rsidR="00C22C69" w:rsidRDefault="00735338" w:rsidP="00C22C69">
      <w:pPr>
        <w:pStyle w:val="ListBullet"/>
        <w:tabs>
          <w:tab w:val="clear" w:pos="360"/>
          <w:tab w:val="num" w:pos="0"/>
          <w:tab w:val="num" w:pos="1897"/>
        </w:tabs>
      </w:pPr>
      <w:r>
        <w:t xml:space="preserve">9-12 October:  </w:t>
      </w:r>
      <w:r w:rsidRPr="00735338">
        <w:t xml:space="preserve">Repco Bathurst 1000 </w:t>
      </w:r>
    </w:p>
    <w:p w14:paraId="1AB1D62D" w14:textId="0D7A5E9C" w:rsidR="00C526BA" w:rsidRPr="00C22C69" w:rsidRDefault="00C526BA" w:rsidP="00C22C69">
      <w:pPr>
        <w:pStyle w:val="ListBullet"/>
        <w:tabs>
          <w:tab w:val="clear" w:pos="360"/>
          <w:tab w:val="num" w:pos="0"/>
          <w:tab w:val="num" w:pos="1897"/>
        </w:tabs>
        <w:rPr>
          <w:color w:val="0070C0"/>
        </w:rPr>
      </w:pPr>
      <w:r>
        <w:t xml:space="preserve">17-19 October:  </w:t>
      </w:r>
      <w:r w:rsidRPr="00C526BA">
        <w:t xml:space="preserve">MotoGP™ Australian Motorcycle Grand Prix at Phillip Island </w:t>
      </w:r>
    </w:p>
    <w:p w14:paraId="37268860" w14:textId="1FD91721" w:rsidR="00C22C69" w:rsidRPr="0017075F" w:rsidRDefault="00887579" w:rsidP="00C22C69">
      <w:pPr>
        <w:pStyle w:val="ListBullet"/>
        <w:tabs>
          <w:tab w:val="clear" w:pos="360"/>
          <w:tab w:val="num" w:pos="0"/>
          <w:tab w:val="num" w:pos="1897"/>
        </w:tabs>
        <w:rPr>
          <w:color w:val="0070C0"/>
        </w:rPr>
      </w:pPr>
      <w:r>
        <w:t>11-2 October:  Australian Hillclimb Championship @ The Bend Motorsport Park</w:t>
      </w:r>
    </w:p>
    <w:p w14:paraId="03255C5C" w14:textId="3601F1E8" w:rsidR="0017075F" w:rsidRPr="00C22C69" w:rsidRDefault="00653A90" w:rsidP="00C22C69">
      <w:pPr>
        <w:pStyle w:val="ListBullet"/>
        <w:tabs>
          <w:tab w:val="clear" w:pos="360"/>
          <w:tab w:val="num" w:pos="0"/>
          <w:tab w:val="num" w:pos="1897"/>
        </w:tabs>
        <w:rPr>
          <w:color w:val="0070C0"/>
        </w:rPr>
      </w:pPr>
      <w:r>
        <w:t>24-26 October:  2025 Boost Mobile Gold Coast 500</w:t>
      </w:r>
    </w:p>
    <w:p w14:paraId="1D040EDF" w14:textId="77777777" w:rsidR="00C526BA" w:rsidRDefault="00C526BA" w:rsidP="00C526BA">
      <w:pPr>
        <w:pStyle w:val="ListBullet"/>
        <w:numPr>
          <w:ilvl w:val="0"/>
          <w:numId w:val="0"/>
        </w:numPr>
        <w:tabs>
          <w:tab w:val="num" w:pos="1897"/>
        </w:tabs>
        <w:ind w:left="360"/>
        <w:rPr>
          <w:color w:val="0070C0"/>
        </w:rPr>
      </w:pPr>
    </w:p>
    <w:p w14:paraId="5EBDF31B" w14:textId="75239D60" w:rsidR="00C526BA" w:rsidRDefault="00C526BA" w:rsidP="00C526BA">
      <w:pPr>
        <w:pStyle w:val="Heading2"/>
        <w:rPr>
          <w:color w:val="0070C0"/>
        </w:rPr>
      </w:pPr>
      <w:r>
        <w:rPr>
          <w:color w:val="0070C0"/>
        </w:rPr>
        <w:t>From the President</w:t>
      </w:r>
    </w:p>
    <w:p w14:paraId="33DBF96C" w14:textId="77777777" w:rsidR="000A6BEA" w:rsidRPr="000A6BEA" w:rsidRDefault="000A6BEA" w:rsidP="000A6BEA">
      <w:pPr>
        <w:rPr>
          <w:rFonts w:asciiTheme="majorHAnsi" w:hAnsiTheme="majorHAnsi" w:cstheme="majorHAnsi"/>
          <w:sz w:val="32"/>
          <w:szCs w:val="32"/>
          <w:lang w:val="en-AU"/>
        </w:rPr>
      </w:pPr>
      <w:r w:rsidRPr="000A6BEA">
        <w:rPr>
          <w:rFonts w:asciiTheme="majorHAnsi" w:hAnsiTheme="majorHAnsi" w:cstheme="majorHAnsi"/>
          <w:b/>
          <w:bCs/>
          <w:sz w:val="32"/>
          <w:szCs w:val="32"/>
          <w:lang w:val="en-AU"/>
        </w:rPr>
        <w:t>Cheapa Auto Spares Sprint Series Round 7</w:t>
      </w:r>
      <w:r w:rsidRPr="000A6BEA">
        <w:rPr>
          <w:rFonts w:asciiTheme="majorHAnsi" w:hAnsiTheme="majorHAnsi" w:cstheme="majorHAnsi"/>
          <w:sz w:val="32"/>
          <w:szCs w:val="32"/>
          <w:lang w:val="en-AU"/>
        </w:rPr>
        <w:t> </w:t>
      </w:r>
    </w:p>
    <w:p w14:paraId="18FC6473" w14:textId="77777777" w:rsidR="000A6BEA" w:rsidRPr="000A6BEA" w:rsidRDefault="000A6BEA" w:rsidP="000A6BEA">
      <w:pPr>
        <w:rPr>
          <w:lang w:val="en-AU"/>
        </w:rPr>
      </w:pPr>
      <w:r w:rsidRPr="000A6BEA">
        <w:rPr>
          <w:b/>
          <w:bCs/>
          <w:lang w:val="en-AU"/>
        </w:rPr>
        <w:t>CLASS 2</w:t>
      </w:r>
      <w:r w:rsidRPr="000A6BEA">
        <w:rPr>
          <w:lang w:val="en-AU"/>
        </w:rPr>
        <w:t> </w:t>
      </w:r>
    </w:p>
    <w:p w14:paraId="25A65CCE" w14:textId="77777777" w:rsidR="000A6BEA" w:rsidRPr="000A6BEA" w:rsidRDefault="000A6BEA" w:rsidP="000A6BEA">
      <w:pPr>
        <w:rPr>
          <w:lang w:val="en-AU"/>
        </w:rPr>
      </w:pPr>
      <w:r w:rsidRPr="000A6BEA">
        <w:rPr>
          <w:lang w:val="en-AU"/>
        </w:rPr>
        <w:t>Junior driver Lachlan Parnell had his first drive in our event and finished on a credible 2.02, well done mate. Looking forward to the next event. Liat Talora finished 5</w:t>
      </w:r>
      <w:r w:rsidRPr="000A6BEA">
        <w:rPr>
          <w:vertAlign w:val="superscript"/>
          <w:lang w:val="en-AU"/>
        </w:rPr>
        <w:t>th</w:t>
      </w:r>
      <w:r w:rsidRPr="000A6BEA">
        <w:rPr>
          <w:lang w:val="en-AU"/>
        </w:rPr>
        <w:t> in class, running around in the 1.42 bracket until she went for a run with Leslie Reeves, and went 4 seconds quicker. Another first timer, brilliant result. To keep the first timers going, Stacey Lee in his Excel ran a 1.37 for 4</w:t>
      </w:r>
      <w:r w:rsidRPr="000A6BEA">
        <w:rPr>
          <w:vertAlign w:val="superscript"/>
          <w:lang w:val="en-AU"/>
        </w:rPr>
        <w:t>th</w:t>
      </w:r>
      <w:r w:rsidRPr="000A6BEA">
        <w:rPr>
          <w:lang w:val="en-AU"/>
        </w:rPr>
        <w:t> in class and Phil Wilcox, the second driver in the TECNQ car was 3</w:t>
      </w:r>
      <w:r w:rsidRPr="000A6BEA">
        <w:rPr>
          <w:vertAlign w:val="superscript"/>
          <w:lang w:val="en-AU"/>
        </w:rPr>
        <w:t>rd</w:t>
      </w:r>
      <w:r w:rsidRPr="000A6BEA">
        <w:rPr>
          <w:lang w:val="en-AU"/>
        </w:rPr>
        <w:t> in class. 2</w:t>
      </w:r>
      <w:r w:rsidRPr="000A6BEA">
        <w:rPr>
          <w:vertAlign w:val="superscript"/>
          <w:lang w:val="en-AU"/>
        </w:rPr>
        <w:t>nd</w:t>
      </w:r>
      <w:r w:rsidRPr="000A6BEA">
        <w:rPr>
          <w:lang w:val="en-AU"/>
        </w:rPr>
        <w:t> in class before we get to a previous runner, well done Pat Driscol with Dale Stevenson winning the Excel class, oops, I mean class 2 with a very quick 1:30.23. </w:t>
      </w:r>
    </w:p>
    <w:p w14:paraId="7A431A2F" w14:textId="77777777" w:rsidR="000A6BEA" w:rsidRPr="000A6BEA" w:rsidRDefault="000A6BEA" w:rsidP="000A6BEA">
      <w:pPr>
        <w:rPr>
          <w:lang w:val="en-AU"/>
        </w:rPr>
      </w:pPr>
      <w:r w:rsidRPr="000A6BEA">
        <w:rPr>
          <w:b/>
          <w:bCs/>
          <w:lang w:val="en-AU"/>
        </w:rPr>
        <w:t>CLASS 3</w:t>
      </w:r>
      <w:r w:rsidRPr="000A6BEA">
        <w:rPr>
          <w:lang w:val="en-AU"/>
        </w:rPr>
        <w:t> </w:t>
      </w:r>
    </w:p>
    <w:p w14:paraId="7B50649F" w14:textId="691DC984" w:rsidR="000A6BEA" w:rsidRPr="000A6BEA" w:rsidRDefault="000A6BEA" w:rsidP="000A6BEA">
      <w:pPr>
        <w:rPr>
          <w:lang w:val="en-AU"/>
        </w:rPr>
      </w:pPr>
      <w:r w:rsidRPr="000A6BEA">
        <w:rPr>
          <w:lang w:val="en-AU"/>
        </w:rPr>
        <w:t>Lily Wicks was 5</w:t>
      </w:r>
      <w:r w:rsidRPr="000A6BEA">
        <w:rPr>
          <w:vertAlign w:val="superscript"/>
          <w:lang w:val="en-AU"/>
        </w:rPr>
        <w:t>th</w:t>
      </w:r>
      <w:r w:rsidRPr="000A6BEA">
        <w:rPr>
          <w:lang w:val="en-AU"/>
        </w:rPr>
        <w:t> in class but was unable to get a proper time in as the Subaru was running poorly. I think Harry James may be in trouble if Lily’s car is not running well next event. 4</w:t>
      </w:r>
      <w:r w:rsidRPr="000A6BEA">
        <w:rPr>
          <w:vertAlign w:val="superscript"/>
          <w:lang w:val="en-AU"/>
        </w:rPr>
        <w:t>th</w:t>
      </w:r>
      <w:r w:rsidRPr="000A6BEA">
        <w:rPr>
          <w:lang w:val="en-AU"/>
        </w:rPr>
        <w:t> was Riley Houston, I think. It does not appear the boys used 2 transponders for the Nissan, so Riley gets the tick. Silvano managed a PB getting down to 1:32.68, which was bettered by Troy Tappenden who also did a PB at 1:30.82. Amos Sinclair finally got a clean run in his Series 1 RX7 and stole first in class late in the day with a lap of</w:t>
      </w:r>
      <w:r w:rsidR="000019C2">
        <w:rPr>
          <w:lang w:val="en-AU"/>
        </w:rPr>
        <w:t xml:space="preserve"> </w:t>
      </w:r>
      <w:r w:rsidRPr="000A6BEA">
        <w:rPr>
          <w:lang w:val="en-AU"/>
        </w:rPr>
        <w:t>1:30.15. Look out Amos, you now have a target on your back. </w:t>
      </w:r>
    </w:p>
    <w:p w14:paraId="56312929" w14:textId="77777777" w:rsidR="000A6BEA" w:rsidRPr="000A6BEA" w:rsidRDefault="000A6BEA" w:rsidP="000A6BEA">
      <w:pPr>
        <w:rPr>
          <w:lang w:val="en-AU"/>
        </w:rPr>
      </w:pPr>
      <w:r w:rsidRPr="000A6BEA">
        <w:rPr>
          <w:b/>
          <w:bCs/>
          <w:lang w:val="en-AU"/>
        </w:rPr>
        <w:t>CLASS 4</w:t>
      </w:r>
      <w:r w:rsidRPr="000A6BEA">
        <w:rPr>
          <w:lang w:val="en-AU"/>
        </w:rPr>
        <w:t> </w:t>
      </w:r>
    </w:p>
    <w:p w14:paraId="3704FE69" w14:textId="3DCD6964" w:rsidR="000A6BEA" w:rsidRPr="000A6BEA" w:rsidRDefault="000A6BEA" w:rsidP="000A6BEA">
      <w:pPr>
        <w:rPr>
          <w:lang w:val="en-AU"/>
        </w:rPr>
      </w:pPr>
      <w:r w:rsidRPr="000A6BEA">
        <w:rPr>
          <w:lang w:val="en-AU"/>
        </w:rPr>
        <w:t>Michael Ellis-Doidge was 10</w:t>
      </w:r>
      <w:r w:rsidRPr="000A6BEA">
        <w:rPr>
          <w:vertAlign w:val="superscript"/>
          <w:lang w:val="en-AU"/>
        </w:rPr>
        <w:t>th</w:t>
      </w:r>
      <w:r w:rsidRPr="000A6BEA">
        <w:rPr>
          <w:lang w:val="en-AU"/>
        </w:rPr>
        <w:t> in class in his Commodore Ute, not the Commodore that abused the cone at the previous event. Sasha Packham 9</w:t>
      </w:r>
      <w:r w:rsidRPr="000A6BEA">
        <w:rPr>
          <w:vertAlign w:val="superscript"/>
          <w:lang w:val="en-AU"/>
        </w:rPr>
        <w:t>th</w:t>
      </w:r>
      <w:r w:rsidRPr="000A6BEA">
        <w:rPr>
          <w:lang w:val="en-AU"/>
        </w:rPr>
        <w:t>, Peter Harben 8</w:t>
      </w:r>
      <w:r w:rsidRPr="000A6BEA">
        <w:rPr>
          <w:vertAlign w:val="superscript"/>
          <w:lang w:val="en-AU"/>
        </w:rPr>
        <w:t>th</w:t>
      </w:r>
      <w:r w:rsidRPr="000A6BEA">
        <w:rPr>
          <w:lang w:val="en-AU"/>
        </w:rPr>
        <w:t> and Shaun Packham in 7</w:t>
      </w:r>
      <w:r w:rsidRPr="000A6BEA">
        <w:rPr>
          <w:vertAlign w:val="superscript"/>
          <w:lang w:val="en-AU"/>
        </w:rPr>
        <w:t>th</w:t>
      </w:r>
      <w:r w:rsidRPr="000A6BEA">
        <w:rPr>
          <w:lang w:val="en-AU"/>
        </w:rPr>
        <w:t>, holding onto bragging rights over Sasha. Shane Corradi was 6</w:t>
      </w:r>
      <w:r w:rsidRPr="000A6BEA">
        <w:rPr>
          <w:vertAlign w:val="superscript"/>
          <w:lang w:val="en-AU"/>
        </w:rPr>
        <w:t>th</w:t>
      </w:r>
      <w:r w:rsidRPr="000A6BEA">
        <w:rPr>
          <w:lang w:val="en-AU"/>
        </w:rPr>
        <w:t>, Tim Branch 5</w:t>
      </w:r>
      <w:r w:rsidRPr="000A6BEA">
        <w:rPr>
          <w:vertAlign w:val="superscript"/>
          <w:lang w:val="en-AU"/>
        </w:rPr>
        <w:t>th</w:t>
      </w:r>
      <w:r w:rsidRPr="000A6BEA">
        <w:rPr>
          <w:lang w:val="en-AU"/>
        </w:rPr>
        <w:t> and Zac Gough 4</w:t>
      </w:r>
      <w:r w:rsidRPr="000A6BEA">
        <w:rPr>
          <w:vertAlign w:val="superscript"/>
          <w:lang w:val="en-AU"/>
        </w:rPr>
        <w:t>th</w:t>
      </w:r>
      <w:r w:rsidRPr="000A6BEA">
        <w:rPr>
          <w:lang w:val="en-AU"/>
        </w:rPr>
        <w:t xml:space="preserve">. Lindsay </w:t>
      </w:r>
      <w:r w:rsidR="00B66D27">
        <w:rPr>
          <w:lang w:val="en-AU"/>
        </w:rPr>
        <w:t>S</w:t>
      </w:r>
      <w:r w:rsidRPr="000A6BEA">
        <w:rPr>
          <w:lang w:val="en-AU"/>
        </w:rPr>
        <w:t>tone was 3</w:t>
      </w:r>
      <w:r w:rsidRPr="000A6BEA">
        <w:rPr>
          <w:vertAlign w:val="superscript"/>
          <w:lang w:val="en-AU"/>
        </w:rPr>
        <w:t>rd</w:t>
      </w:r>
      <w:r w:rsidRPr="000A6BEA">
        <w:rPr>
          <w:lang w:val="en-AU"/>
        </w:rPr>
        <w:t> in class, unable to catch Brett Twyford in the Porsche Cayman GT4 RS. First in class was Keelan Dunstan with a 1:15.2, just 0.1 seconds of the lap record.  </w:t>
      </w:r>
    </w:p>
    <w:p w14:paraId="55A0C6ED" w14:textId="77777777" w:rsidR="000A6BEA" w:rsidRPr="000A6BEA" w:rsidRDefault="000A6BEA" w:rsidP="000A6BEA">
      <w:pPr>
        <w:rPr>
          <w:lang w:val="en-AU"/>
        </w:rPr>
      </w:pPr>
      <w:r w:rsidRPr="000A6BEA">
        <w:rPr>
          <w:b/>
          <w:bCs/>
          <w:lang w:val="en-AU"/>
        </w:rPr>
        <w:t>CLASS 5</w:t>
      </w:r>
      <w:r w:rsidRPr="000A6BEA">
        <w:rPr>
          <w:lang w:val="en-AU"/>
        </w:rPr>
        <w:t> </w:t>
      </w:r>
    </w:p>
    <w:p w14:paraId="13FC6890" w14:textId="77777777" w:rsidR="000A6BEA" w:rsidRPr="000A6BEA" w:rsidRDefault="000A6BEA" w:rsidP="000A6BEA">
      <w:pPr>
        <w:rPr>
          <w:lang w:val="en-AU"/>
        </w:rPr>
      </w:pPr>
      <w:r w:rsidRPr="000A6BEA">
        <w:rPr>
          <w:lang w:val="en-AU"/>
        </w:rPr>
        <w:t>Marty Teare did an amazing lap of 39:20.64. Amazing what a car can do to you. Hope it runs proper next event. 1</w:t>
      </w:r>
      <w:r w:rsidRPr="000A6BEA">
        <w:rPr>
          <w:vertAlign w:val="superscript"/>
          <w:lang w:val="en-AU"/>
        </w:rPr>
        <w:t>st</w:t>
      </w:r>
      <w:r w:rsidRPr="000A6BEA">
        <w:rPr>
          <w:lang w:val="en-AU"/>
        </w:rPr>
        <w:t> in class, Benjamin Brooksby in his Toyota Yaris GR, 1:26.92. Yaris is flying. </w:t>
      </w:r>
    </w:p>
    <w:p w14:paraId="55441675" w14:textId="77777777" w:rsidR="000A6BEA" w:rsidRPr="000A6BEA" w:rsidRDefault="000A6BEA" w:rsidP="000A6BEA">
      <w:pPr>
        <w:rPr>
          <w:lang w:val="en-AU"/>
        </w:rPr>
      </w:pPr>
      <w:r w:rsidRPr="000A6BEA">
        <w:rPr>
          <w:b/>
          <w:bCs/>
          <w:lang w:val="en-AU"/>
        </w:rPr>
        <w:lastRenderedPageBreak/>
        <w:t>CLASS 6</w:t>
      </w:r>
      <w:r w:rsidRPr="000A6BEA">
        <w:rPr>
          <w:lang w:val="en-AU"/>
        </w:rPr>
        <w:t> </w:t>
      </w:r>
    </w:p>
    <w:p w14:paraId="301E5E8C" w14:textId="77777777" w:rsidR="000A6BEA" w:rsidRPr="000A6BEA" w:rsidRDefault="000A6BEA" w:rsidP="000A6BEA">
      <w:pPr>
        <w:rPr>
          <w:lang w:val="en-AU"/>
        </w:rPr>
      </w:pPr>
      <w:r w:rsidRPr="000A6BEA">
        <w:rPr>
          <w:lang w:val="en-AU"/>
        </w:rPr>
        <w:t>Shana Brown was 5</w:t>
      </w:r>
      <w:r w:rsidRPr="000A6BEA">
        <w:rPr>
          <w:vertAlign w:val="superscript"/>
          <w:lang w:val="en-AU"/>
        </w:rPr>
        <w:t>th</w:t>
      </w:r>
      <w:r w:rsidRPr="000A6BEA">
        <w:rPr>
          <w:lang w:val="en-AU"/>
        </w:rPr>
        <w:t> in class in her first event, with sister Kelsey taking 4</w:t>
      </w:r>
      <w:r w:rsidRPr="000A6BEA">
        <w:rPr>
          <w:vertAlign w:val="superscript"/>
          <w:lang w:val="en-AU"/>
        </w:rPr>
        <w:t>th</w:t>
      </w:r>
      <w:r w:rsidRPr="000A6BEA">
        <w:rPr>
          <w:lang w:val="en-AU"/>
        </w:rPr>
        <w:t>. Gary Brown was 3</w:t>
      </w:r>
      <w:r w:rsidRPr="000A6BEA">
        <w:rPr>
          <w:vertAlign w:val="superscript"/>
          <w:lang w:val="en-AU"/>
        </w:rPr>
        <w:t>rd</w:t>
      </w:r>
      <w:r w:rsidRPr="000A6BEA">
        <w:rPr>
          <w:lang w:val="en-AU"/>
        </w:rPr>
        <w:t> in class, bemoaning the handling of the Falcon v’s the Corvette and the GT40. That will teach him for breaking all his cars. 2</w:t>
      </w:r>
      <w:r w:rsidRPr="000A6BEA">
        <w:rPr>
          <w:vertAlign w:val="superscript"/>
          <w:lang w:val="en-AU"/>
        </w:rPr>
        <w:t>nd</w:t>
      </w:r>
      <w:r w:rsidRPr="000A6BEA">
        <w:rPr>
          <w:lang w:val="en-AU"/>
        </w:rPr>
        <w:t> in class, Paul Frank, with Terry Collins sneaking the class win by 0.011 seconds. Close, but no banana for Paul </w:t>
      </w:r>
    </w:p>
    <w:p w14:paraId="4DDD3C97" w14:textId="145DD842" w:rsidR="000A6BEA" w:rsidRPr="000A6BEA" w:rsidRDefault="000A6BEA" w:rsidP="000A6BEA">
      <w:pPr>
        <w:rPr>
          <w:lang w:val="en-AU"/>
        </w:rPr>
      </w:pPr>
      <w:r w:rsidRPr="000A6BEA">
        <w:rPr>
          <w:lang w:val="en-AU"/>
        </w:rPr>
        <w:t> </w:t>
      </w:r>
      <w:r w:rsidRPr="000A6BEA">
        <w:rPr>
          <w:b/>
          <w:bCs/>
          <w:lang w:val="en-AU"/>
        </w:rPr>
        <w:t>OUTRIGHT</w:t>
      </w:r>
      <w:r w:rsidRPr="000A6BEA">
        <w:rPr>
          <w:lang w:val="en-AU"/>
        </w:rPr>
        <w:t> </w:t>
      </w:r>
    </w:p>
    <w:p w14:paraId="3B6A5874" w14:textId="77777777" w:rsidR="000A6BEA" w:rsidRPr="000A6BEA" w:rsidRDefault="000A6BEA" w:rsidP="000A6BEA">
      <w:pPr>
        <w:rPr>
          <w:lang w:val="en-AU"/>
        </w:rPr>
      </w:pPr>
      <w:r w:rsidRPr="000A6BEA">
        <w:rPr>
          <w:lang w:val="en-AU"/>
        </w:rPr>
        <w:t>As stated earlier, Keelan Dunstan had a great run in his second outing in the Ginetta, doing a 1:15.2, 1 tenth off the lap record. Look out, it is on now. 2</w:t>
      </w:r>
      <w:r w:rsidRPr="000A6BEA">
        <w:rPr>
          <w:vertAlign w:val="superscript"/>
          <w:lang w:val="en-AU"/>
        </w:rPr>
        <w:t>nd</w:t>
      </w:r>
      <w:r w:rsidRPr="000A6BEA">
        <w:rPr>
          <w:lang w:val="en-AU"/>
        </w:rPr>
        <w:t> outright was Brett Twyford in the Porsche and 3</w:t>
      </w:r>
      <w:r w:rsidRPr="000A6BEA">
        <w:rPr>
          <w:vertAlign w:val="superscript"/>
          <w:lang w:val="en-AU"/>
        </w:rPr>
        <w:t>rd</w:t>
      </w:r>
      <w:r w:rsidRPr="000A6BEA">
        <w:rPr>
          <w:lang w:val="en-AU"/>
        </w:rPr>
        <w:t> outright, completing the Class 4 dominance was Lindsay Stone. In fact, Class 4 took out the top 6 spots. The challenge is now on, who can end the Class 4 domination. </w:t>
      </w:r>
    </w:p>
    <w:p w14:paraId="79D02DAF" w14:textId="77777777" w:rsidR="000A6BEA" w:rsidRPr="000A6BEA" w:rsidRDefault="000A6BEA" w:rsidP="000A6BEA">
      <w:pPr>
        <w:rPr>
          <w:lang w:val="en-AU"/>
        </w:rPr>
      </w:pPr>
      <w:r w:rsidRPr="000A6BEA">
        <w:rPr>
          <w:lang w:val="en-AU"/>
        </w:rPr>
        <w:t>Hope all had a great weekend, I know I did. Thanks to my officials and the competitors, with a special mention to the ladies running the BBQ. </w:t>
      </w:r>
    </w:p>
    <w:p w14:paraId="427580B8" w14:textId="77777777" w:rsidR="000A6BEA" w:rsidRPr="000A6BEA" w:rsidRDefault="000A6BEA" w:rsidP="000A6BEA">
      <w:pPr>
        <w:rPr>
          <w:lang w:val="en-AU"/>
        </w:rPr>
      </w:pPr>
      <w:r w:rsidRPr="000A6BEA">
        <w:rPr>
          <w:lang w:val="en-AU"/>
        </w:rPr>
        <w:t>See you at round 8 on October 18</w:t>
      </w:r>
      <w:r w:rsidRPr="000A6BEA">
        <w:rPr>
          <w:vertAlign w:val="superscript"/>
          <w:lang w:val="en-AU"/>
        </w:rPr>
        <w:t>th</w:t>
      </w:r>
      <w:r w:rsidRPr="000A6BEA">
        <w:rPr>
          <w:lang w:val="en-AU"/>
        </w:rPr>
        <w:t>. </w:t>
      </w:r>
    </w:p>
    <w:p w14:paraId="30D7ED49" w14:textId="77777777" w:rsidR="000A6BEA" w:rsidRPr="000A6BEA" w:rsidRDefault="000A6BEA" w:rsidP="000A6BEA">
      <w:pPr>
        <w:rPr>
          <w:lang w:val="en-AU"/>
        </w:rPr>
      </w:pPr>
      <w:r w:rsidRPr="000A6BEA">
        <w:rPr>
          <w:lang w:val="en-AU"/>
        </w:rPr>
        <w:t>Zeds Rule </w:t>
      </w:r>
    </w:p>
    <w:p w14:paraId="66B6C636" w14:textId="77777777" w:rsidR="000A6BEA" w:rsidRPr="000A6BEA" w:rsidRDefault="000A6BEA" w:rsidP="000A6BEA">
      <w:pPr>
        <w:rPr>
          <w:lang w:val="en-AU"/>
        </w:rPr>
      </w:pPr>
      <w:r w:rsidRPr="000A6BEA">
        <w:rPr>
          <w:lang w:val="en-AU"/>
        </w:rPr>
        <w:t>Michael </w:t>
      </w:r>
    </w:p>
    <w:p w14:paraId="0C96BAB4" w14:textId="2D7FBFDC" w:rsidR="00A20691" w:rsidRDefault="00A20691" w:rsidP="00A20691">
      <w:pPr>
        <w:jc w:val="both"/>
        <w:rPr>
          <w:b/>
          <w:bCs/>
          <w:u w:val="single"/>
        </w:rPr>
      </w:pPr>
      <w:r w:rsidRPr="00A20691">
        <w:rPr>
          <w:b/>
          <w:bCs/>
          <w:u w:val="single"/>
        </w:rPr>
        <w:t xml:space="preserve">Cheapa Auto Spares Sprint Series – Round </w:t>
      </w:r>
      <w:r w:rsidR="00C22C69">
        <w:rPr>
          <w:b/>
          <w:bCs/>
          <w:u w:val="single"/>
        </w:rPr>
        <w:t>7</w:t>
      </w:r>
      <w:r w:rsidR="00DB59D9">
        <w:rPr>
          <w:b/>
          <w:bCs/>
          <w:u w:val="single"/>
        </w:rPr>
        <w:t xml:space="preserve"> Results</w:t>
      </w:r>
    </w:p>
    <w:tbl>
      <w:tblPr>
        <w:tblStyle w:val="TableGrid"/>
        <w:tblW w:w="0" w:type="auto"/>
        <w:tblLook w:val="04A0" w:firstRow="1" w:lastRow="0" w:firstColumn="1" w:lastColumn="0" w:noHBand="0" w:noVBand="1"/>
      </w:tblPr>
      <w:tblGrid>
        <w:gridCol w:w="2876"/>
        <w:gridCol w:w="2877"/>
        <w:gridCol w:w="2877"/>
      </w:tblGrid>
      <w:tr w:rsidR="0083344B" w14:paraId="00DE31FE" w14:textId="77777777" w:rsidTr="0083344B">
        <w:tc>
          <w:tcPr>
            <w:tcW w:w="2876" w:type="dxa"/>
          </w:tcPr>
          <w:p w14:paraId="4268CC3F" w14:textId="5F653B19" w:rsidR="0083344B" w:rsidRPr="006104D6" w:rsidRDefault="006104D6" w:rsidP="006104D6">
            <w:pPr>
              <w:jc w:val="center"/>
              <w:rPr>
                <w:b/>
                <w:bCs/>
              </w:rPr>
            </w:pPr>
            <w:r w:rsidRPr="006104D6">
              <w:rPr>
                <w:b/>
                <w:bCs/>
              </w:rPr>
              <w:t>NAME</w:t>
            </w:r>
          </w:p>
        </w:tc>
        <w:tc>
          <w:tcPr>
            <w:tcW w:w="2877" w:type="dxa"/>
          </w:tcPr>
          <w:p w14:paraId="49706082" w14:textId="30EBA8F4" w:rsidR="0083344B" w:rsidRPr="006104D6" w:rsidRDefault="006104D6" w:rsidP="006104D6">
            <w:pPr>
              <w:jc w:val="center"/>
              <w:rPr>
                <w:b/>
                <w:bCs/>
              </w:rPr>
            </w:pPr>
            <w:r w:rsidRPr="006104D6">
              <w:rPr>
                <w:b/>
                <w:bCs/>
              </w:rPr>
              <w:t>CLASS</w:t>
            </w:r>
          </w:p>
        </w:tc>
        <w:tc>
          <w:tcPr>
            <w:tcW w:w="2877" w:type="dxa"/>
          </w:tcPr>
          <w:p w14:paraId="773329F9" w14:textId="0C422A24" w:rsidR="0083344B" w:rsidRPr="006104D6" w:rsidRDefault="006104D6" w:rsidP="006104D6">
            <w:pPr>
              <w:jc w:val="center"/>
              <w:rPr>
                <w:b/>
                <w:bCs/>
              </w:rPr>
            </w:pPr>
            <w:r w:rsidRPr="006104D6">
              <w:rPr>
                <w:b/>
                <w:bCs/>
              </w:rPr>
              <w:t>BEST TIME</w:t>
            </w:r>
          </w:p>
        </w:tc>
      </w:tr>
      <w:tr w:rsidR="0083344B" w14:paraId="627C5035" w14:textId="77777777" w:rsidTr="0083344B">
        <w:tc>
          <w:tcPr>
            <w:tcW w:w="2876" w:type="dxa"/>
          </w:tcPr>
          <w:p w14:paraId="0197A1B9" w14:textId="77777777" w:rsidR="0035665B" w:rsidRPr="0035665B" w:rsidRDefault="0035665B" w:rsidP="0035665B">
            <w:pPr>
              <w:rPr>
                <w:lang w:val="en-AU"/>
              </w:rPr>
            </w:pPr>
            <w:r w:rsidRPr="0035665B">
              <w:rPr>
                <w:lang w:val="en-AU"/>
              </w:rPr>
              <w:t>Keelan Dunston</w:t>
            </w:r>
          </w:p>
          <w:p w14:paraId="3123E99C" w14:textId="77777777" w:rsidR="0035665B" w:rsidRPr="0035665B" w:rsidRDefault="0035665B" w:rsidP="0035665B">
            <w:pPr>
              <w:rPr>
                <w:lang w:val="en-AU"/>
              </w:rPr>
            </w:pPr>
            <w:r w:rsidRPr="0035665B">
              <w:rPr>
                <w:lang w:val="en-AU"/>
              </w:rPr>
              <w:t>Brett Twyford</w:t>
            </w:r>
          </w:p>
          <w:p w14:paraId="49C5D060" w14:textId="77777777" w:rsidR="0035665B" w:rsidRPr="0035665B" w:rsidRDefault="0035665B" w:rsidP="0035665B">
            <w:pPr>
              <w:rPr>
                <w:lang w:val="en-AU"/>
              </w:rPr>
            </w:pPr>
            <w:r w:rsidRPr="0035665B">
              <w:rPr>
                <w:lang w:val="en-AU"/>
              </w:rPr>
              <w:t>Lindsay Stone</w:t>
            </w:r>
          </w:p>
          <w:p w14:paraId="44D7DBE3" w14:textId="77777777" w:rsidR="0035665B" w:rsidRPr="0035665B" w:rsidRDefault="0035665B" w:rsidP="0035665B">
            <w:pPr>
              <w:rPr>
                <w:lang w:val="en-AU"/>
              </w:rPr>
            </w:pPr>
            <w:r w:rsidRPr="0035665B">
              <w:rPr>
                <w:lang w:val="en-AU"/>
              </w:rPr>
              <w:t>Zac Gough</w:t>
            </w:r>
          </w:p>
          <w:p w14:paraId="281B6FEE" w14:textId="77777777" w:rsidR="0035665B" w:rsidRPr="0035665B" w:rsidRDefault="0035665B" w:rsidP="0035665B">
            <w:pPr>
              <w:rPr>
                <w:lang w:val="en-AU"/>
              </w:rPr>
            </w:pPr>
            <w:r w:rsidRPr="0035665B">
              <w:rPr>
                <w:lang w:val="en-AU"/>
              </w:rPr>
              <w:t>Tim Branch</w:t>
            </w:r>
          </w:p>
          <w:p w14:paraId="3FA1B67B" w14:textId="77777777" w:rsidR="0035665B" w:rsidRPr="0035665B" w:rsidRDefault="0035665B" w:rsidP="0035665B">
            <w:pPr>
              <w:rPr>
                <w:lang w:val="en-AU"/>
              </w:rPr>
            </w:pPr>
            <w:r w:rsidRPr="0035665B">
              <w:rPr>
                <w:lang w:val="en-AU"/>
              </w:rPr>
              <w:t>Shane Corradi</w:t>
            </w:r>
          </w:p>
          <w:p w14:paraId="39E26F4A" w14:textId="77777777" w:rsidR="0035665B" w:rsidRPr="0035665B" w:rsidRDefault="0035665B" w:rsidP="0035665B">
            <w:pPr>
              <w:rPr>
                <w:lang w:val="en-AU"/>
              </w:rPr>
            </w:pPr>
            <w:r w:rsidRPr="0035665B">
              <w:rPr>
                <w:lang w:val="en-AU"/>
              </w:rPr>
              <w:t>Benjamin Brooksby</w:t>
            </w:r>
          </w:p>
          <w:p w14:paraId="3ED44539" w14:textId="77777777" w:rsidR="0035665B" w:rsidRPr="0035665B" w:rsidRDefault="0035665B" w:rsidP="0035665B">
            <w:pPr>
              <w:rPr>
                <w:lang w:val="en-AU"/>
              </w:rPr>
            </w:pPr>
            <w:r w:rsidRPr="0035665B">
              <w:rPr>
                <w:lang w:val="en-AU"/>
              </w:rPr>
              <w:t>Amos Sinclair</w:t>
            </w:r>
          </w:p>
          <w:p w14:paraId="70705F4A" w14:textId="77777777" w:rsidR="0035665B" w:rsidRPr="0035665B" w:rsidRDefault="0035665B" w:rsidP="0035665B">
            <w:pPr>
              <w:rPr>
                <w:lang w:val="en-AU"/>
              </w:rPr>
            </w:pPr>
            <w:r w:rsidRPr="0035665B">
              <w:rPr>
                <w:lang w:val="en-AU"/>
              </w:rPr>
              <w:t>Dale Stevenson</w:t>
            </w:r>
          </w:p>
          <w:p w14:paraId="220493F1" w14:textId="77777777" w:rsidR="0035665B" w:rsidRPr="0035665B" w:rsidRDefault="0035665B" w:rsidP="0035665B">
            <w:pPr>
              <w:rPr>
                <w:lang w:val="en-AU"/>
              </w:rPr>
            </w:pPr>
            <w:r w:rsidRPr="0035665B">
              <w:rPr>
                <w:lang w:val="en-AU"/>
              </w:rPr>
              <w:t>Shaun Packham</w:t>
            </w:r>
          </w:p>
          <w:p w14:paraId="24AC5A58" w14:textId="77777777" w:rsidR="0035665B" w:rsidRPr="0035665B" w:rsidRDefault="0035665B" w:rsidP="0035665B">
            <w:pPr>
              <w:rPr>
                <w:lang w:val="en-AU"/>
              </w:rPr>
            </w:pPr>
            <w:r w:rsidRPr="0035665B">
              <w:rPr>
                <w:lang w:val="en-AU"/>
              </w:rPr>
              <w:t>Troy Tappenden</w:t>
            </w:r>
          </w:p>
          <w:p w14:paraId="0312BAFD" w14:textId="77777777" w:rsidR="0035665B" w:rsidRPr="0035665B" w:rsidRDefault="0035665B" w:rsidP="0035665B">
            <w:pPr>
              <w:rPr>
                <w:lang w:val="en-AU"/>
              </w:rPr>
            </w:pPr>
            <w:r w:rsidRPr="0035665B">
              <w:rPr>
                <w:lang w:val="en-AU"/>
              </w:rPr>
              <w:t>Peter Harben</w:t>
            </w:r>
          </w:p>
          <w:p w14:paraId="009C274C" w14:textId="77777777" w:rsidR="0035665B" w:rsidRPr="0035665B" w:rsidRDefault="0035665B" w:rsidP="0035665B">
            <w:pPr>
              <w:rPr>
                <w:lang w:val="en-AU"/>
              </w:rPr>
            </w:pPr>
            <w:r w:rsidRPr="0035665B">
              <w:rPr>
                <w:lang w:val="en-AU"/>
              </w:rPr>
              <w:t>Leslie Reeves</w:t>
            </w:r>
          </w:p>
          <w:p w14:paraId="019C489C" w14:textId="77777777" w:rsidR="0035665B" w:rsidRPr="0035665B" w:rsidRDefault="0035665B" w:rsidP="0035665B">
            <w:pPr>
              <w:rPr>
                <w:lang w:val="en-AU"/>
              </w:rPr>
            </w:pPr>
            <w:r w:rsidRPr="0035665B">
              <w:rPr>
                <w:lang w:val="en-AU"/>
              </w:rPr>
              <w:t>Silvano Nobile</w:t>
            </w:r>
          </w:p>
          <w:p w14:paraId="639A4368" w14:textId="77777777" w:rsidR="0035665B" w:rsidRPr="0035665B" w:rsidRDefault="0035665B" w:rsidP="0035665B">
            <w:pPr>
              <w:rPr>
                <w:lang w:val="en-AU"/>
              </w:rPr>
            </w:pPr>
            <w:r w:rsidRPr="0035665B">
              <w:rPr>
                <w:lang w:val="en-AU"/>
              </w:rPr>
              <w:t>Terry Collins</w:t>
            </w:r>
          </w:p>
          <w:p w14:paraId="3018E972" w14:textId="77777777" w:rsidR="0035665B" w:rsidRPr="0035665B" w:rsidRDefault="0035665B" w:rsidP="0035665B">
            <w:pPr>
              <w:rPr>
                <w:lang w:val="en-AU"/>
              </w:rPr>
            </w:pPr>
            <w:r w:rsidRPr="0035665B">
              <w:rPr>
                <w:lang w:val="en-AU"/>
              </w:rPr>
              <w:t>Paul Frank</w:t>
            </w:r>
          </w:p>
          <w:p w14:paraId="46C07F59" w14:textId="77777777" w:rsidR="0035665B" w:rsidRPr="0035665B" w:rsidRDefault="0035665B" w:rsidP="0035665B">
            <w:pPr>
              <w:rPr>
                <w:lang w:val="en-AU"/>
              </w:rPr>
            </w:pPr>
            <w:r w:rsidRPr="0035665B">
              <w:rPr>
                <w:lang w:val="en-AU"/>
              </w:rPr>
              <w:t>Sasha Packham</w:t>
            </w:r>
          </w:p>
          <w:p w14:paraId="61E2575E" w14:textId="77777777" w:rsidR="0035665B" w:rsidRPr="0035665B" w:rsidRDefault="0035665B" w:rsidP="0035665B">
            <w:pPr>
              <w:rPr>
                <w:lang w:val="en-AU"/>
              </w:rPr>
            </w:pPr>
            <w:r w:rsidRPr="0035665B">
              <w:rPr>
                <w:lang w:val="en-AU"/>
              </w:rPr>
              <w:t>Gary Brown</w:t>
            </w:r>
          </w:p>
          <w:p w14:paraId="433E896A" w14:textId="77777777" w:rsidR="0035665B" w:rsidRPr="0035665B" w:rsidRDefault="0035665B" w:rsidP="0035665B">
            <w:pPr>
              <w:rPr>
                <w:lang w:val="en-AU"/>
              </w:rPr>
            </w:pPr>
            <w:r w:rsidRPr="0035665B">
              <w:rPr>
                <w:lang w:val="en-AU"/>
              </w:rPr>
              <w:t>Riley Houston</w:t>
            </w:r>
          </w:p>
          <w:p w14:paraId="512A804C" w14:textId="77777777" w:rsidR="0035665B" w:rsidRPr="0035665B" w:rsidRDefault="0035665B" w:rsidP="0035665B">
            <w:pPr>
              <w:rPr>
                <w:lang w:val="en-AU"/>
              </w:rPr>
            </w:pPr>
            <w:r w:rsidRPr="0035665B">
              <w:rPr>
                <w:lang w:val="en-AU"/>
              </w:rPr>
              <w:t>Michael Ellis-Doidge</w:t>
            </w:r>
          </w:p>
          <w:p w14:paraId="6688C6D0" w14:textId="77777777" w:rsidR="0035665B" w:rsidRPr="0035665B" w:rsidRDefault="0035665B" w:rsidP="0035665B">
            <w:pPr>
              <w:rPr>
                <w:lang w:val="en-AU"/>
              </w:rPr>
            </w:pPr>
            <w:r w:rsidRPr="0035665B">
              <w:rPr>
                <w:lang w:val="en-AU"/>
              </w:rPr>
              <w:t>Jeff Fussell</w:t>
            </w:r>
          </w:p>
          <w:p w14:paraId="28400649" w14:textId="77777777" w:rsidR="0035665B" w:rsidRPr="0035665B" w:rsidRDefault="0035665B" w:rsidP="0035665B">
            <w:pPr>
              <w:rPr>
                <w:lang w:val="en-AU"/>
              </w:rPr>
            </w:pPr>
            <w:r w:rsidRPr="0035665B">
              <w:rPr>
                <w:lang w:val="en-AU"/>
              </w:rPr>
              <w:t>Patrick Driscoll</w:t>
            </w:r>
          </w:p>
          <w:p w14:paraId="3B3DE780" w14:textId="77777777" w:rsidR="0035665B" w:rsidRPr="0035665B" w:rsidRDefault="0035665B" w:rsidP="0035665B">
            <w:pPr>
              <w:rPr>
                <w:lang w:val="en-AU"/>
              </w:rPr>
            </w:pPr>
            <w:r w:rsidRPr="0035665B">
              <w:rPr>
                <w:lang w:val="en-AU"/>
              </w:rPr>
              <w:lastRenderedPageBreak/>
              <w:t>Philip Wilcox</w:t>
            </w:r>
          </w:p>
          <w:p w14:paraId="50E6F031" w14:textId="77777777" w:rsidR="0035665B" w:rsidRPr="0035665B" w:rsidRDefault="0035665B" w:rsidP="0035665B">
            <w:pPr>
              <w:rPr>
                <w:lang w:val="en-AU"/>
              </w:rPr>
            </w:pPr>
            <w:r w:rsidRPr="0035665B">
              <w:rPr>
                <w:lang w:val="en-AU"/>
              </w:rPr>
              <w:t>Stacy Lee</w:t>
            </w:r>
          </w:p>
          <w:p w14:paraId="469967B5" w14:textId="77777777" w:rsidR="0035665B" w:rsidRPr="0035665B" w:rsidRDefault="0035665B" w:rsidP="0035665B">
            <w:pPr>
              <w:rPr>
                <w:lang w:val="en-AU"/>
              </w:rPr>
            </w:pPr>
            <w:r w:rsidRPr="0035665B">
              <w:rPr>
                <w:lang w:val="en-AU"/>
              </w:rPr>
              <w:t>Liat Talora</w:t>
            </w:r>
          </w:p>
          <w:p w14:paraId="062C77C7" w14:textId="77777777" w:rsidR="0035665B" w:rsidRPr="0035665B" w:rsidRDefault="0035665B" w:rsidP="0035665B">
            <w:pPr>
              <w:rPr>
                <w:lang w:val="en-AU"/>
              </w:rPr>
            </w:pPr>
            <w:r w:rsidRPr="0035665B">
              <w:rPr>
                <w:lang w:val="en-AU"/>
              </w:rPr>
              <w:t>Kelsey Brown</w:t>
            </w:r>
          </w:p>
          <w:p w14:paraId="72FBCBC8" w14:textId="77777777" w:rsidR="0035665B" w:rsidRPr="0035665B" w:rsidRDefault="0035665B" w:rsidP="0035665B">
            <w:pPr>
              <w:rPr>
                <w:lang w:val="en-AU"/>
              </w:rPr>
            </w:pPr>
            <w:r w:rsidRPr="0035665B">
              <w:rPr>
                <w:lang w:val="en-AU"/>
              </w:rPr>
              <w:t>Shana Brown</w:t>
            </w:r>
          </w:p>
          <w:p w14:paraId="40C5A43A" w14:textId="77777777" w:rsidR="0035665B" w:rsidRPr="0035665B" w:rsidRDefault="0035665B" w:rsidP="0035665B">
            <w:pPr>
              <w:rPr>
                <w:lang w:val="en-AU"/>
              </w:rPr>
            </w:pPr>
            <w:r w:rsidRPr="0035665B">
              <w:rPr>
                <w:lang w:val="en-AU"/>
              </w:rPr>
              <w:t>Lachlan Parnell</w:t>
            </w:r>
          </w:p>
          <w:p w14:paraId="793A268D" w14:textId="77777777" w:rsidR="0035665B" w:rsidRPr="0035665B" w:rsidRDefault="0035665B" w:rsidP="0035665B">
            <w:pPr>
              <w:rPr>
                <w:lang w:val="en-AU"/>
              </w:rPr>
            </w:pPr>
            <w:r w:rsidRPr="0035665B">
              <w:rPr>
                <w:lang w:val="en-AU"/>
              </w:rPr>
              <w:t>Lilly Wicks</w:t>
            </w:r>
          </w:p>
          <w:p w14:paraId="46E5D520" w14:textId="77777777" w:rsidR="0035665B" w:rsidRPr="0035665B" w:rsidRDefault="0035665B" w:rsidP="0035665B">
            <w:pPr>
              <w:rPr>
                <w:lang w:val="en-AU"/>
              </w:rPr>
            </w:pPr>
            <w:r w:rsidRPr="0035665B">
              <w:rPr>
                <w:lang w:val="en-AU"/>
              </w:rPr>
              <w:t>Marty Teare</w:t>
            </w:r>
          </w:p>
          <w:p w14:paraId="7A2E07A9" w14:textId="77777777" w:rsidR="0035665B" w:rsidRPr="0035665B" w:rsidRDefault="0035665B" w:rsidP="0035665B">
            <w:pPr>
              <w:rPr>
                <w:lang w:val="en-AU"/>
              </w:rPr>
            </w:pPr>
            <w:r w:rsidRPr="0035665B">
              <w:rPr>
                <w:lang w:val="en-AU"/>
              </w:rPr>
              <w:t>Harry James</w:t>
            </w:r>
          </w:p>
          <w:p w14:paraId="52E8D2D5" w14:textId="77777777" w:rsidR="0035665B" w:rsidRPr="0035665B" w:rsidRDefault="0035665B" w:rsidP="0035665B">
            <w:pPr>
              <w:rPr>
                <w:lang w:val="en-AU"/>
              </w:rPr>
            </w:pPr>
            <w:r w:rsidRPr="0035665B">
              <w:rPr>
                <w:lang w:val="en-AU"/>
              </w:rPr>
              <w:t>Jayke Clouten</w:t>
            </w:r>
          </w:p>
          <w:p w14:paraId="48ED19B5" w14:textId="77777777" w:rsidR="0035665B" w:rsidRPr="0035665B" w:rsidRDefault="0035665B" w:rsidP="0035665B">
            <w:pPr>
              <w:rPr>
                <w:lang w:val="en-AU"/>
              </w:rPr>
            </w:pPr>
            <w:r w:rsidRPr="0035665B">
              <w:rPr>
                <w:lang w:val="en-AU"/>
              </w:rPr>
              <w:t>Simon Howser</w:t>
            </w:r>
          </w:p>
          <w:p w14:paraId="4B0016E9" w14:textId="77777777" w:rsidR="0035665B" w:rsidRPr="0035665B" w:rsidRDefault="0035665B" w:rsidP="0035665B">
            <w:pPr>
              <w:rPr>
                <w:lang w:val="en-AU"/>
              </w:rPr>
            </w:pPr>
            <w:r w:rsidRPr="0035665B">
              <w:rPr>
                <w:lang w:val="en-AU"/>
              </w:rPr>
              <w:t>Pat Barnett</w:t>
            </w:r>
          </w:p>
          <w:p w14:paraId="67308C8D" w14:textId="646C10F6" w:rsidR="0083344B" w:rsidRPr="00F37E8E" w:rsidRDefault="0035665B" w:rsidP="0035665B">
            <w:pPr>
              <w:rPr>
                <w:lang w:val="en-AU"/>
              </w:rPr>
            </w:pPr>
            <w:r w:rsidRPr="0035665B">
              <w:rPr>
                <w:lang w:val="en-AU"/>
              </w:rPr>
              <w:t>Terry Frank</w:t>
            </w:r>
          </w:p>
        </w:tc>
        <w:tc>
          <w:tcPr>
            <w:tcW w:w="2877" w:type="dxa"/>
          </w:tcPr>
          <w:p w14:paraId="05940A9D" w14:textId="77777777" w:rsidR="0035665B" w:rsidRPr="0035665B" w:rsidRDefault="0035665B" w:rsidP="0035665B">
            <w:pPr>
              <w:rPr>
                <w:lang w:val="en-AU"/>
              </w:rPr>
            </w:pPr>
            <w:r w:rsidRPr="0035665B">
              <w:rPr>
                <w:lang w:val="en-AU"/>
              </w:rPr>
              <w:lastRenderedPageBreak/>
              <w:t>CLASS 4</w:t>
            </w:r>
          </w:p>
          <w:p w14:paraId="1B67D505" w14:textId="77777777" w:rsidR="0035665B" w:rsidRPr="0035665B" w:rsidRDefault="0035665B" w:rsidP="0035665B">
            <w:pPr>
              <w:rPr>
                <w:lang w:val="en-AU"/>
              </w:rPr>
            </w:pPr>
            <w:r w:rsidRPr="0035665B">
              <w:rPr>
                <w:lang w:val="en-AU"/>
              </w:rPr>
              <w:t>CLASS 4</w:t>
            </w:r>
          </w:p>
          <w:p w14:paraId="7963EC31" w14:textId="77777777" w:rsidR="0035665B" w:rsidRPr="0035665B" w:rsidRDefault="0035665B" w:rsidP="0035665B">
            <w:pPr>
              <w:rPr>
                <w:lang w:val="en-AU"/>
              </w:rPr>
            </w:pPr>
            <w:r w:rsidRPr="0035665B">
              <w:rPr>
                <w:lang w:val="en-AU"/>
              </w:rPr>
              <w:t>CLASS 4</w:t>
            </w:r>
          </w:p>
          <w:p w14:paraId="096909AB" w14:textId="77777777" w:rsidR="0035665B" w:rsidRPr="0035665B" w:rsidRDefault="0035665B" w:rsidP="0035665B">
            <w:pPr>
              <w:rPr>
                <w:lang w:val="en-AU"/>
              </w:rPr>
            </w:pPr>
            <w:r w:rsidRPr="0035665B">
              <w:rPr>
                <w:lang w:val="en-AU"/>
              </w:rPr>
              <w:t>CLASS 4</w:t>
            </w:r>
          </w:p>
          <w:p w14:paraId="1DA48DF6" w14:textId="77777777" w:rsidR="0035665B" w:rsidRPr="0035665B" w:rsidRDefault="0035665B" w:rsidP="0035665B">
            <w:pPr>
              <w:rPr>
                <w:lang w:val="en-AU"/>
              </w:rPr>
            </w:pPr>
            <w:r w:rsidRPr="0035665B">
              <w:rPr>
                <w:lang w:val="en-AU"/>
              </w:rPr>
              <w:t>CLASS 4</w:t>
            </w:r>
          </w:p>
          <w:p w14:paraId="4CE6C99E" w14:textId="77777777" w:rsidR="0035665B" w:rsidRPr="0035665B" w:rsidRDefault="0035665B" w:rsidP="0035665B">
            <w:pPr>
              <w:rPr>
                <w:lang w:val="en-AU"/>
              </w:rPr>
            </w:pPr>
            <w:r w:rsidRPr="0035665B">
              <w:rPr>
                <w:lang w:val="en-AU"/>
              </w:rPr>
              <w:t>CLASS 4</w:t>
            </w:r>
          </w:p>
          <w:p w14:paraId="4CD19587" w14:textId="77777777" w:rsidR="0035665B" w:rsidRPr="0035665B" w:rsidRDefault="0035665B" w:rsidP="0035665B">
            <w:pPr>
              <w:rPr>
                <w:lang w:val="en-AU"/>
              </w:rPr>
            </w:pPr>
            <w:r w:rsidRPr="0035665B">
              <w:rPr>
                <w:lang w:val="en-AU"/>
              </w:rPr>
              <w:t>CLASS 5</w:t>
            </w:r>
          </w:p>
          <w:p w14:paraId="1F6241CC" w14:textId="77777777" w:rsidR="0035665B" w:rsidRPr="0035665B" w:rsidRDefault="0035665B" w:rsidP="0035665B">
            <w:pPr>
              <w:rPr>
                <w:lang w:val="en-AU"/>
              </w:rPr>
            </w:pPr>
            <w:r w:rsidRPr="0035665B">
              <w:rPr>
                <w:lang w:val="en-AU"/>
              </w:rPr>
              <w:t>CLASS 3</w:t>
            </w:r>
          </w:p>
          <w:p w14:paraId="1782FC37" w14:textId="77777777" w:rsidR="0035665B" w:rsidRPr="0035665B" w:rsidRDefault="0035665B" w:rsidP="0035665B">
            <w:pPr>
              <w:rPr>
                <w:lang w:val="en-AU"/>
              </w:rPr>
            </w:pPr>
            <w:r w:rsidRPr="0035665B">
              <w:rPr>
                <w:lang w:val="en-AU"/>
              </w:rPr>
              <w:t>CLASS 2</w:t>
            </w:r>
          </w:p>
          <w:p w14:paraId="171279F0" w14:textId="77777777" w:rsidR="0035665B" w:rsidRPr="0035665B" w:rsidRDefault="0035665B" w:rsidP="0035665B">
            <w:pPr>
              <w:rPr>
                <w:lang w:val="en-AU"/>
              </w:rPr>
            </w:pPr>
            <w:r w:rsidRPr="0035665B">
              <w:rPr>
                <w:lang w:val="en-AU"/>
              </w:rPr>
              <w:t>CLASS 4</w:t>
            </w:r>
          </w:p>
          <w:p w14:paraId="3ADCA941" w14:textId="77777777" w:rsidR="0035665B" w:rsidRPr="0035665B" w:rsidRDefault="0035665B" w:rsidP="0035665B">
            <w:pPr>
              <w:rPr>
                <w:lang w:val="en-AU"/>
              </w:rPr>
            </w:pPr>
            <w:r w:rsidRPr="0035665B">
              <w:rPr>
                <w:lang w:val="en-AU"/>
              </w:rPr>
              <w:t>CLASS 3</w:t>
            </w:r>
          </w:p>
          <w:p w14:paraId="3E55FDE0" w14:textId="77777777" w:rsidR="0035665B" w:rsidRPr="0035665B" w:rsidRDefault="0035665B" w:rsidP="0035665B">
            <w:pPr>
              <w:rPr>
                <w:lang w:val="en-AU"/>
              </w:rPr>
            </w:pPr>
            <w:r w:rsidRPr="0035665B">
              <w:rPr>
                <w:lang w:val="en-AU"/>
              </w:rPr>
              <w:t>CLASS 4</w:t>
            </w:r>
          </w:p>
          <w:p w14:paraId="03F95D5C" w14:textId="77777777" w:rsidR="0035665B" w:rsidRPr="0035665B" w:rsidRDefault="0035665B" w:rsidP="0035665B">
            <w:pPr>
              <w:rPr>
                <w:lang w:val="en-AU"/>
              </w:rPr>
            </w:pPr>
            <w:r w:rsidRPr="0035665B">
              <w:rPr>
                <w:lang w:val="en-AU"/>
              </w:rPr>
              <w:t>CLASS 2</w:t>
            </w:r>
          </w:p>
          <w:p w14:paraId="107F43E1" w14:textId="77777777" w:rsidR="0035665B" w:rsidRPr="0035665B" w:rsidRDefault="0035665B" w:rsidP="0035665B">
            <w:pPr>
              <w:rPr>
                <w:lang w:val="en-AU"/>
              </w:rPr>
            </w:pPr>
            <w:r w:rsidRPr="0035665B">
              <w:rPr>
                <w:lang w:val="en-AU"/>
              </w:rPr>
              <w:t>CLASS 3</w:t>
            </w:r>
          </w:p>
          <w:p w14:paraId="7D5BBDB7" w14:textId="77777777" w:rsidR="0035665B" w:rsidRPr="0035665B" w:rsidRDefault="0035665B" w:rsidP="0035665B">
            <w:pPr>
              <w:rPr>
                <w:lang w:val="en-AU"/>
              </w:rPr>
            </w:pPr>
            <w:r w:rsidRPr="0035665B">
              <w:rPr>
                <w:lang w:val="en-AU"/>
              </w:rPr>
              <w:t>CLASS 6</w:t>
            </w:r>
          </w:p>
          <w:p w14:paraId="438A1169" w14:textId="77777777" w:rsidR="0035665B" w:rsidRPr="0035665B" w:rsidRDefault="0035665B" w:rsidP="0035665B">
            <w:pPr>
              <w:rPr>
                <w:lang w:val="en-AU"/>
              </w:rPr>
            </w:pPr>
            <w:r w:rsidRPr="0035665B">
              <w:rPr>
                <w:lang w:val="en-AU"/>
              </w:rPr>
              <w:t>CLASS 6</w:t>
            </w:r>
          </w:p>
          <w:p w14:paraId="22CAD3C5" w14:textId="77777777" w:rsidR="0035665B" w:rsidRPr="0035665B" w:rsidRDefault="0035665B" w:rsidP="0035665B">
            <w:pPr>
              <w:rPr>
                <w:lang w:val="en-AU"/>
              </w:rPr>
            </w:pPr>
            <w:r w:rsidRPr="0035665B">
              <w:rPr>
                <w:lang w:val="en-AU"/>
              </w:rPr>
              <w:t>CLASS 4</w:t>
            </w:r>
          </w:p>
          <w:p w14:paraId="5A2AF240" w14:textId="77777777" w:rsidR="0035665B" w:rsidRPr="0035665B" w:rsidRDefault="0035665B" w:rsidP="0035665B">
            <w:pPr>
              <w:rPr>
                <w:lang w:val="en-AU"/>
              </w:rPr>
            </w:pPr>
            <w:r w:rsidRPr="0035665B">
              <w:rPr>
                <w:lang w:val="en-AU"/>
              </w:rPr>
              <w:t>CLASS 5</w:t>
            </w:r>
          </w:p>
          <w:p w14:paraId="3C9C583E" w14:textId="77777777" w:rsidR="0035665B" w:rsidRPr="0035665B" w:rsidRDefault="0035665B" w:rsidP="0035665B">
            <w:pPr>
              <w:rPr>
                <w:lang w:val="en-AU"/>
              </w:rPr>
            </w:pPr>
            <w:r w:rsidRPr="0035665B">
              <w:rPr>
                <w:lang w:val="en-AU"/>
              </w:rPr>
              <w:t>CLASS 3</w:t>
            </w:r>
          </w:p>
          <w:p w14:paraId="54F217F1" w14:textId="77777777" w:rsidR="0035665B" w:rsidRPr="0035665B" w:rsidRDefault="0035665B" w:rsidP="0035665B">
            <w:pPr>
              <w:rPr>
                <w:lang w:val="en-AU"/>
              </w:rPr>
            </w:pPr>
            <w:r w:rsidRPr="0035665B">
              <w:rPr>
                <w:lang w:val="en-AU"/>
              </w:rPr>
              <w:t>CLASS 4</w:t>
            </w:r>
          </w:p>
          <w:p w14:paraId="668D5516" w14:textId="77777777" w:rsidR="0035665B" w:rsidRPr="0035665B" w:rsidRDefault="0035665B" w:rsidP="0035665B">
            <w:pPr>
              <w:rPr>
                <w:lang w:val="en-AU"/>
              </w:rPr>
            </w:pPr>
            <w:r w:rsidRPr="0035665B">
              <w:rPr>
                <w:lang w:val="en-AU"/>
              </w:rPr>
              <w:t>CLASS 4</w:t>
            </w:r>
          </w:p>
          <w:p w14:paraId="57061358" w14:textId="77777777" w:rsidR="0035665B" w:rsidRPr="0035665B" w:rsidRDefault="0035665B" w:rsidP="0035665B">
            <w:pPr>
              <w:rPr>
                <w:lang w:val="en-AU"/>
              </w:rPr>
            </w:pPr>
            <w:r w:rsidRPr="0035665B">
              <w:rPr>
                <w:lang w:val="en-AU"/>
              </w:rPr>
              <w:t>CLASS 2</w:t>
            </w:r>
          </w:p>
          <w:p w14:paraId="1F20F575" w14:textId="77777777" w:rsidR="0035665B" w:rsidRPr="0035665B" w:rsidRDefault="0035665B" w:rsidP="0035665B">
            <w:pPr>
              <w:rPr>
                <w:lang w:val="en-AU"/>
              </w:rPr>
            </w:pPr>
            <w:r w:rsidRPr="0035665B">
              <w:rPr>
                <w:lang w:val="en-AU"/>
              </w:rPr>
              <w:lastRenderedPageBreak/>
              <w:t>CLASS 2</w:t>
            </w:r>
          </w:p>
          <w:p w14:paraId="4E753EDA" w14:textId="77777777" w:rsidR="0035665B" w:rsidRPr="0035665B" w:rsidRDefault="0035665B" w:rsidP="0035665B">
            <w:pPr>
              <w:rPr>
                <w:lang w:val="en-AU"/>
              </w:rPr>
            </w:pPr>
            <w:r w:rsidRPr="0035665B">
              <w:rPr>
                <w:lang w:val="en-AU"/>
              </w:rPr>
              <w:t>CLASS 2</w:t>
            </w:r>
          </w:p>
          <w:p w14:paraId="02F917A0" w14:textId="77777777" w:rsidR="0035665B" w:rsidRPr="0035665B" w:rsidRDefault="0035665B" w:rsidP="0035665B">
            <w:pPr>
              <w:rPr>
                <w:lang w:val="en-AU"/>
              </w:rPr>
            </w:pPr>
            <w:r w:rsidRPr="0035665B">
              <w:rPr>
                <w:lang w:val="en-AU"/>
              </w:rPr>
              <w:t>CLASS 2</w:t>
            </w:r>
          </w:p>
          <w:p w14:paraId="290C1437" w14:textId="77777777" w:rsidR="0035665B" w:rsidRPr="0035665B" w:rsidRDefault="0035665B" w:rsidP="0035665B">
            <w:pPr>
              <w:rPr>
                <w:lang w:val="en-AU"/>
              </w:rPr>
            </w:pPr>
            <w:r w:rsidRPr="0035665B">
              <w:rPr>
                <w:lang w:val="en-AU"/>
              </w:rPr>
              <w:t>CLASS 5</w:t>
            </w:r>
          </w:p>
          <w:p w14:paraId="4F705993" w14:textId="77777777" w:rsidR="0035665B" w:rsidRPr="0035665B" w:rsidRDefault="0035665B" w:rsidP="0035665B">
            <w:pPr>
              <w:rPr>
                <w:lang w:val="en-AU"/>
              </w:rPr>
            </w:pPr>
            <w:r w:rsidRPr="0035665B">
              <w:rPr>
                <w:lang w:val="en-AU"/>
              </w:rPr>
              <w:t>CLASS 5</w:t>
            </w:r>
          </w:p>
          <w:p w14:paraId="242933D8" w14:textId="77777777" w:rsidR="0035665B" w:rsidRPr="0035665B" w:rsidRDefault="0035665B" w:rsidP="0035665B">
            <w:pPr>
              <w:rPr>
                <w:lang w:val="en-AU"/>
              </w:rPr>
            </w:pPr>
            <w:r w:rsidRPr="0035665B">
              <w:rPr>
                <w:lang w:val="en-AU"/>
              </w:rPr>
              <w:t>CLASS 2</w:t>
            </w:r>
          </w:p>
          <w:p w14:paraId="5BB6BE55" w14:textId="77777777" w:rsidR="0035665B" w:rsidRPr="0035665B" w:rsidRDefault="0035665B" w:rsidP="0035665B">
            <w:pPr>
              <w:rPr>
                <w:lang w:val="en-AU"/>
              </w:rPr>
            </w:pPr>
            <w:r w:rsidRPr="0035665B">
              <w:rPr>
                <w:lang w:val="en-AU"/>
              </w:rPr>
              <w:t>CLASS 3</w:t>
            </w:r>
          </w:p>
          <w:p w14:paraId="0CB0AD0E" w14:textId="77777777" w:rsidR="0035665B" w:rsidRPr="0035665B" w:rsidRDefault="0035665B" w:rsidP="0035665B">
            <w:pPr>
              <w:rPr>
                <w:lang w:val="en-AU"/>
              </w:rPr>
            </w:pPr>
            <w:r w:rsidRPr="0035665B">
              <w:rPr>
                <w:lang w:val="en-AU"/>
              </w:rPr>
              <w:t>CLASS 5</w:t>
            </w:r>
          </w:p>
          <w:p w14:paraId="70EBB452" w14:textId="77777777" w:rsidR="0035665B" w:rsidRPr="0035665B" w:rsidRDefault="0035665B" w:rsidP="0035665B">
            <w:pPr>
              <w:rPr>
                <w:lang w:val="en-AU"/>
              </w:rPr>
            </w:pPr>
            <w:r w:rsidRPr="0035665B">
              <w:rPr>
                <w:lang w:val="en-AU"/>
              </w:rPr>
              <w:t>CLASS 3</w:t>
            </w:r>
          </w:p>
          <w:p w14:paraId="1D719D82" w14:textId="77777777" w:rsidR="0035665B" w:rsidRPr="0035665B" w:rsidRDefault="0035665B" w:rsidP="0035665B">
            <w:pPr>
              <w:rPr>
                <w:lang w:val="en-AU"/>
              </w:rPr>
            </w:pPr>
            <w:r w:rsidRPr="0035665B">
              <w:rPr>
                <w:lang w:val="en-AU"/>
              </w:rPr>
              <w:t>CLASS 2</w:t>
            </w:r>
          </w:p>
          <w:p w14:paraId="2AB45779" w14:textId="77777777" w:rsidR="0035665B" w:rsidRPr="0035665B" w:rsidRDefault="0035665B" w:rsidP="0035665B">
            <w:pPr>
              <w:rPr>
                <w:lang w:val="en-AU"/>
              </w:rPr>
            </w:pPr>
            <w:r w:rsidRPr="0035665B">
              <w:rPr>
                <w:lang w:val="en-AU"/>
              </w:rPr>
              <w:t>CLASS 3</w:t>
            </w:r>
          </w:p>
          <w:p w14:paraId="638C8F3A" w14:textId="77777777" w:rsidR="0035665B" w:rsidRPr="0035665B" w:rsidRDefault="0035665B" w:rsidP="0035665B">
            <w:pPr>
              <w:rPr>
                <w:lang w:val="en-AU"/>
              </w:rPr>
            </w:pPr>
            <w:r w:rsidRPr="0035665B">
              <w:rPr>
                <w:lang w:val="en-AU"/>
              </w:rPr>
              <w:t>CLASS 4</w:t>
            </w:r>
          </w:p>
          <w:p w14:paraId="225F8ED8" w14:textId="77777777" w:rsidR="0035665B" w:rsidRPr="0035665B" w:rsidRDefault="0035665B" w:rsidP="0035665B">
            <w:pPr>
              <w:rPr>
                <w:lang w:val="en-AU"/>
              </w:rPr>
            </w:pPr>
            <w:r w:rsidRPr="0035665B">
              <w:rPr>
                <w:lang w:val="en-AU"/>
              </w:rPr>
              <w:t>CLASS 6</w:t>
            </w:r>
          </w:p>
          <w:p w14:paraId="4C8CEEAA" w14:textId="77777777" w:rsidR="0083344B" w:rsidRDefault="0083344B"/>
        </w:tc>
        <w:tc>
          <w:tcPr>
            <w:tcW w:w="2877" w:type="dxa"/>
          </w:tcPr>
          <w:p w14:paraId="27DC895F" w14:textId="77777777" w:rsidR="00541D2E" w:rsidRPr="0035665B" w:rsidRDefault="00541D2E" w:rsidP="00541D2E">
            <w:pPr>
              <w:rPr>
                <w:lang w:val="en-AU"/>
              </w:rPr>
            </w:pPr>
            <w:r w:rsidRPr="0035665B">
              <w:rPr>
                <w:lang w:val="en-AU"/>
              </w:rPr>
              <w:lastRenderedPageBreak/>
              <w:t>1:15.263</w:t>
            </w:r>
          </w:p>
          <w:p w14:paraId="528EC9BE" w14:textId="77777777" w:rsidR="00541D2E" w:rsidRPr="0035665B" w:rsidRDefault="00541D2E" w:rsidP="00541D2E">
            <w:pPr>
              <w:rPr>
                <w:lang w:val="en-AU"/>
              </w:rPr>
            </w:pPr>
            <w:r w:rsidRPr="0035665B">
              <w:rPr>
                <w:lang w:val="en-AU"/>
              </w:rPr>
              <w:t>1:21.420</w:t>
            </w:r>
          </w:p>
          <w:p w14:paraId="4ADE5BC2" w14:textId="77777777" w:rsidR="00541D2E" w:rsidRPr="0035665B" w:rsidRDefault="00541D2E" w:rsidP="00541D2E">
            <w:pPr>
              <w:rPr>
                <w:lang w:val="en-AU"/>
              </w:rPr>
            </w:pPr>
            <w:r w:rsidRPr="0035665B">
              <w:rPr>
                <w:lang w:val="en-AU"/>
              </w:rPr>
              <w:t>1:23.833</w:t>
            </w:r>
          </w:p>
          <w:p w14:paraId="4F73043B" w14:textId="77777777" w:rsidR="00541D2E" w:rsidRPr="0035665B" w:rsidRDefault="00541D2E" w:rsidP="00541D2E">
            <w:pPr>
              <w:rPr>
                <w:lang w:val="en-AU"/>
              </w:rPr>
            </w:pPr>
            <w:r w:rsidRPr="0035665B">
              <w:rPr>
                <w:lang w:val="en-AU"/>
              </w:rPr>
              <w:t>1:23.860</w:t>
            </w:r>
          </w:p>
          <w:p w14:paraId="0A7634B6" w14:textId="77777777" w:rsidR="00541D2E" w:rsidRPr="0035665B" w:rsidRDefault="00541D2E" w:rsidP="00541D2E">
            <w:pPr>
              <w:rPr>
                <w:lang w:val="en-AU"/>
              </w:rPr>
            </w:pPr>
            <w:r w:rsidRPr="0035665B">
              <w:rPr>
                <w:lang w:val="en-AU"/>
              </w:rPr>
              <w:t>1:24.269</w:t>
            </w:r>
          </w:p>
          <w:p w14:paraId="73D0E575" w14:textId="77777777" w:rsidR="00541D2E" w:rsidRPr="0035665B" w:rsidRDefault="00541D2E" w:rsidP="00541D2E">
            <w:pPr>
              <w:rPr>
                <w:lang w:val="en-AU"/>
              </w:rPr>
            </w:pPr>
            <w:r w:rsidRPr="0035665B">
              <w:rPr>
                <w:lang w:val="en-AU"/>
              </w:rPr>
              <w:t>1:26.401</w:t>
            </w:r>
          </w:p>
          <w:p w14:paraId="2FFFB450" w14:textId="77777777" w:rsidR="00541D2E" w:rsidRPr="0035665B" w:rsidRDefault="00541D2E" w:rsidP="00541D2E">
            <w:pPr>
              <w:rPr>
                <w:lang w:val="en-AU"/>
              </w:rPr>
            </w:pPr>
            <w:r w:rsidRPr="0035665B">
              <w:rPr>
                <w:lang w:val="en-AU"/>
              </w:rPr>
              <w:t>1:26.927</w:t>
            </w:r>
          </w:p>
          <w:p w14:paraId="7FB52FCF" w14:textId="77777777" w:rsidR="00541D2E" w:rsidRPr="0035665B" w:rsidRDefault="00541D2E" w:rsidP="00541D2E">
            <w:pPr>
              <w:rPr>
                <w:lang w:val="en-AU"/>
              </w:rPr>
            </w:pPr>
            <w:r w:rsidRPr="0035665B">
              <w:rPr>
                <w:lang w:val="en-AU"/>
              </w:rPr>
              <w:t>1:30.154</w:t>
            </w:r>
          </w:p>
          <w:p w14:paraId="64F814BA" w14:textId="77777777" w:rsidR="00541D2E" w:rsidRPr="0035665B" w:rsidRDefault="00541D2E" w:rsidP="00541D2E">
            <w:pPr>
              <w:rPr>
                <w:lang w:val="en-AU"/>
              </w:rPr>
            </w:pPr>
            <w:r w:rsidRPr="0035665B">
              <w:rPr>
                <w:lang w:val="en-AU"/>
              </w:rPr>
              <w:t>1:30.234</w:t>
            </w:r>
          </w:p>
          <w:p w14:paraId="1C401F94" w14:textId="77777777" w:rsidR="00541D2E" w:rsidRPr="0035665B" w:rsidRDefault="00541D2E" w:rsidP="00541D2E">
            <w:pPr>
              <w:rPr>
                <w:lang w:val="en-AU"/>
              </w:rPr>
            </w:pPr>
            <w:r w:rsidRPr="0035665B">
              <w:rPr>
                <w:lang w:val="en-AU"/>
              </w:rPr>
              <w:t>1:30.615</w:t>
            </w:r>
          </w:p>
          <w:p w14:paraId="63083BD8" w14:textId="77777777" w:rsidR="00541D2E" w:rsidRPr="0035665B" w:rsidRDefault="00541D2E" w:rsidP="00541D2E">
            <w:pPr>
              <w:rPr>
                <w:lang w:val="en-AU"/>
              </w:rPr>
            </w:pPr>
            <w:r w:rsidRPr="0035665B">
              <w:rPr>
                <w:lang w:val="en-AU"/>
              </w:rPr>
              <w:t>1:30.828</w:t>
            </w:r>
          </w:p>
          <w:p w14:paraId="4DECA775" w14:textId="77777777" w:rsidR="00541D2E" w:rsidRPr="0035665B" w:rsidRDefault="00541D2E" w:rsidP="00541D2E">
            <w:pPr>
              <w:rPr>
                <w:lang w:val="en-AU"/>
              </w:rPr>
            </w:pPr>
            <w:r w:rsidRPr="0035665B">
              <w:rPr>
                <w:lang w:val="en-AU"/>
              </w:rPr>
              <w:t>1:31.078</w:t>
            </w:r>
          </w:p>
          <w:p w14:paraId="0AE1131E" w14:textId="77777777" w:rsidR="00541D2E" w:rsidRPr="0035665B" w:rsidRDefault="00541D2E" w:rsidP="00541D2E">
            <w:pPr>
              <w:rPr>
                <w:lang w:val="en-AU"/>
              </w:rPr>
            </w:pPr>
            <w:r w:rsidRPr="0035665B">
              <w:rPr>
                <w:lang w:val="en-AU"/>
              </w:rPr>
              <w:t>1:31.700</w:t>
            </w:r>
          </w:p>
          <w:p w14:paraId="77A710AE" w14:textId="77777777" w:rsidR="00541D2E" w:rsidRPr="0035665B" w:rsidRDefault="00541D2E" w:rsidP="00541D2E">
            <w:pPr>
              <w:rPr>
                <w:lang w:val="en-AU"/>
              </w:rPr>
            </w:pPr>
            <w:r w:rsidRPr="0035665B">
              <w:rPr>
                <w:lang w:val="en-AU"/>
              </w:rPr>
              <w:t>1:32.689</w:t>
            </w:r>
          </w:p>
          <w:p w14:paraId="5F37D88C" w14:textId="77777777" w:rsidR="00541D2E" w:rsidRPr="0035665B" w:rsidRDefault="00541D2E" w:rsidP="00541D2E">
            <w:pPr>
              <w:rPr>
                <w:lang w:val="en-AU"/>
              </w:rPr>
            </w:pPr>
            <w:r w:rsidRPr="0035665B">
              <w:rPr>
                <w:lang w:val="en-AU"/>
              </w:rPr>
              <w:t>1:32.806</w:t>
            </w:r>
          </w:p>
          <w:p w14:paraId="7C7B5E14" w14:textId="77777777" w:rsidR="00541D2E" w:rsidRPr="0035665B" w:rsidRDefault="00541D2E" w:rsidP="00541D2E">
            <w:pPr>
              <w:rPr>
                <w:lang w:val="en-AU"/>
              </w:rPr>
            </w:pPr>
            <w:r w:rsidRPr="0035665B">
              <w:rPr>
                <w:lang w:val="en-AU"/>
              </w:rPr>
              <w:t>1:32.817</w:t>
            </w:r>
          </w:p>
          <w:p w14:paraId="23D522B3" w14:textId="77777777" w:rsidR="00541D2E" w:rsidRPr="0035665B" w:rsidRDefault="00541D2E" w:rsidP="00541D2E">
            <w:pPr>
              <w:rPr>
                <w:lang w:val="en-AU"/>
              </w:rPr>
            </w:pPr>
            <w:r w:rsidRPr="0035665B">
              <w:rPr>
                <w:lang w:val="en-AU"/>
              </w:rPr>
              <w:t>1:32.893</w:t>
            </w:r>
          </w:p>
          <w:p w14:paraId="42A0E333" w14:textId="77777777" w:rsidR="00541D2E" w:rsidRPr="0035665B" w:rsidRDefault="00541D2E" w:rsidP="00541D2E">
            <w:pPr>
              <w:rPr>
                <w:lang w:val="en-AU"/>
              </w:rPr>
            </w:pPr>
            <w:r w:rsidRPr="0035665B">
              <w:rPr>
                <w:lang w:val="en-AU"/>
              </w:rPr>
              <w:t>1:33.376</w:t>
            </w:r>
          </w:p>
          <w:p w14:paraId="313901E1" w14:textId="77777777" w:rsidR="00541D2E" w:rsidRPr="0035665B" w:rsidRDefault="00541D2E" w:rsidP="00541D2E">
            <w:pPr>
              <w:rPr>
                <w:lang w:val="en-AU"/>
              </w:rPr>
            </w:pPr>
            <w:r w:rsidRPr="0035665B">
              <w:rPr>
                <w:lang w:val="en-AU"/>
              </w:rPr>
              <w:t>1:35.423</w:t>
            </w:r>
          </w:p>
          <w:p w14:paraId="7309F338" w14:textId="77777777" w:rsidR="00541D2E" w:rsidRPr="0035665B" w:rsidRDefault="00541D2E" w:rsidP="00541D2E">
            <w:pPr>
              <w:rPr>
                <w:lang w:val="en-AU"/>
              </w:rPr>
            </w:pPr>
            <w:r w:rsidRPr="0035665B">
              <w:rPr>
                <w:lang w:val="en-AU"/>
              </w:rPr>
              <w:t>1:36.841</w:t>
            </w:r>
          </w:p>
          <w:p w14:paraId="5FC4AD6B" w14:textId="77777777" w:rsidR="00541D2E" w:rsidRPr="0035665B" w:rsidRDefault="00541D2E" w:rsidP="00541D2E">
            <w:pPr>
              <w:rPr>
                <w:lang w:val="en-AU"/>
              </w:rPr>
            </w:pPr>
            <w:r w:rsidRPr="0035665B">
              <w:rPr>
                <w:lang w:val="en-AU"/>
              </w:rPr>
              <w:t>1:36.947</w:t>
            </w:r>
          </w:p>
          <w:p w14:paraId="173DC84D" w14:textId="77777777" w:rsidR="00541D2E" w:rsidRPr="0035665B" w:rsidRDefault="00541D2E" w:rsidP="00541D2E">
            <w:pPr>
              <w:rPr>
                <w:lang w:val="en-AU"/>
              </w:rPr>
            </w:pPr>
            <w:r w:rsidRPr="0035665B">
              <w:rPr>
                <w:lang w:val="en-AU"/>
              </w:rPr>
              <w:t>1:37.234</w:t>
            </w:r>
          </w:p>
          <w:p w14:paraId="3839F110" w14:textId="77777777" w:rsidR="00541D2E" w:rsidRPr="0035665B" w:rsidRDefault="00541D2E" w:rsidP="00541D2E">
            <w:pPr>
              <w:rPr>
                <w:lang w:val="en-AU"/>
              </w:rPr>
            </w:pPr>
            <w:r w:rsidRPr="0035665B">
              <w:rPr>
                <w:lang w:val="en-AU"/>
              </w:rPr>
              <w:lastRenderedPageBreak/>
              <w:t>1:37.337</w:t>
            </w:r>
          </w:p>
          <w:p w14:paraId="21E1CA68" w14:textId="77777777" w:rsidR="00541D2E" w:rsidRPr="0035665B" w:rsidRDefault="00541D2E" w:rsidP="00541D2E">
            <w:pPr>
              <w:rPr>
                <w:lang w:val="en-AU"/>
              </w:rPr>
            </w:pPr>
            <w:r w:rsidRPr="0035665B">
              <w:rPr>
                <w:lang w:val="en-AU"/>
              </w:rPr>
              <w:t>1:37.705</w:t>
            </w:r>
          </w:p>
          <w:p w14:paraId="6E1EB838" w14:textId="77777777" w:rsidR="00541D2E" w:rsidRPr="0035665B" w:rsidRDefault="00541D2E" w:rsidP="00541D2E">
            <w:pPr>
              <w:rPr>
                <w:lang w:val="en-AU"/>
              </w:rPr>
            </w:pPr>
            <w:r w:rsidRPr="0035665B">
              <w:rPr>
                <w:lang w:val="en-AU"/>
              </w:rPr>
              <w:t>1:38.729</w:t>
            </w:r>
          </w:p>
          <w:p w14:paraId="2B8E1E47" w14:textId="77777777" w:rsidR="00541D2E" w:rsidRPr="0035665B" w:rsidRDefault="00541D2E" w:rsidP="00541D2E">
            <w:pPr>
              <w:rPr>
                <w:lang w:val="en-AU"/>
              </w:rPr>
            </w:pPr>
            <w:r w:rsidRPr="0035665B">
              <w:rPr>
                <w:lang w:val="en-AU"/>
              </w:rPr>
              <w:t>1:39.783</w:t>
            </w:r>
          </w:p>
          <w:p w14:paraId="062C4CDC" w14:textId="77777777" w:rsidR="00541D2E" w:rsidRPr="0035665B" w:rsidRDefault="00541D2E" w:rsidP="00541D2E">
            <w:pPr>
              <w:rPr>
                <w:lang w:val="en-AU"/>
              </w:rPr>
            </w:pPr>
            <w:r w:rsidRPr="0035665B">
              <w:rPr>
                <w:lang w:val="en-AU"/>
              </w:rPr>
              <w:t>1:54.242</w:t>
            </w:r>
          </w:p>
          <w:p w14:paraId="6C8D36D6" w14:textId="77777777" w:rsidR="00541D2E" w:rsidRPr="0035665B" w:rsidRDefault="00541D2E" w:rsidP="00541D2E">
            <w:pPr>
              <w:rPr>
                <w:lang w:val="en-AU"/>
              </w:rPr>
            </w:pPr>
            <w:r w:rsidRPr="0035665B">
              <w:rPr>
                <w:lang w:val="en-AU"/>
              </w:rPr>
              <w:t>2:02.414</w:t>
            </w:r>
          </w:p>
          <w:p w14:paraId="007DA250" w14:textId="77777777" w:rsidR="00541D2E" w:rsidRPr="0035665B" w:rsidRDefault="00541D2E" w:rsidP="00541D2E">
            <w:pPr>
              <w:rPr>
                <w:lang w:val="en-AU"/>
              </w:rPr>
            </w:pPr>
            <w:r w:rsidRPr="0035665B">
              <w:rPr>
                <w:lang w:val="en-AU"/>
              </w:rPr>
              <w:t>2:02.627</w:t>
            </w:r>
          </w:p>
          <w:p w14:paraId="55ACD536" w14:textId="6EC88032" w:rsidR="0083344B" w:rsidRDefault="00541D2E" w:rsidP="00541D2E">
            <w:r w:rsidRPr="0035665B">
              <w:rPr>
                <w:lang w:val="en-AU"/>
              </w:rPr>
              <w:t>39:20.649</w:t>
            </w:r>
          </w:p>
        </w:tc>
      </w:tr>
    </w:tbl>
    <w:p w14:paraId="2C0982F8" w14:textId="77777777" w:rsidR="00EE5266" w:rsidRDefault="00EE5266" w:rsidP="00DE6D92">
      <w:pPr>
        <w:rPr>
          <w:rFonts w:ascii="Segoe UI Emoji" w:hAnsi="Segoe UI Emoji" w:cs="Segoe UI Emoji"/>
          <w:b/>
          <w:bCs/>
          <w:sz w:val="26"/>
          <w:szCs w:val="26"/>
          <w:lang w:val="en-AU"/>
        </w:rPr>
      </w:pPr>
    </w:p>
    <w:p w14:paraId="5D0788A2" w14:textId="2282DF1D" w:rsidR="00463E0F" w:rsidRDefault="00A9550F" w:rsidP="00463E0F">
      <w:pPr>
        <w:pStyle w:val="Heading2"/>
        <w:rPr>
          <w:color w:val="0070C0"/>
        </w:rPr>
      </w:pPr>
      <w:r>
        <w:rPr>
          <w:color w:val="0070C0"/>
        </w:rPr>
        <w:t>Special Mention</w:t>
      </w:r>
    </w:p>
    <w:p w14:paraId="5B76939F" w14:textId="4F66698B" w:rsidR="00B808A3" w:rsidRDefault="00B808A3" w:rsidP="00B808A3">
      <w:r>
        <w:t xml:space="preserve">Big shout out goes to </w:t>
      </w:r>
      <w:r w:rsidR="00820EBE">
        <w:t xml:space="preserve">Gary Brown – </w:t>
      </w:r>
      <w:r w:rsidR="00820EBE" w:rsidRPr="00E76E95">
        <w:rPr>
          <w:rStyle w:val="Heading1Char"/>
        </w:rPr>
        <w:t>THANK YOU GARY!!</w:t>
      </w:r>
      <w:r w:rsidR="00820EBE" w:rsidRPr="00E76E95">
        <w:rPr>
          <w:sz w:val="28"/>
          <w:szCs w:val="28"/>
        </w:rPr>
        <w:t xml:space="preserve">  </w:t>
      </w:r>
      <w:r w:rsidR="00820EBE">
        <w:t xml:space="preserve">Gary had his daughter </w:t>
      </w:r>
      <w:r w:rsidR="00797CDA">
        <w:t xml:space="preserve">design and </w:t>
      </w:r>
      <w:r w:rsidR="00820EBE">
        <w:t xml:space="preserve">print up some stickers for the club and handed them out to </w:t>
      </w:r>
      <w:r w:rsidR="00223EFE">
        <w:t>the racers who attended round 7.</w:t>
      </w:r>
      <w:r w:rsidR="00797CDA">
        <w:t xml:space="preserve"> Don’t they look great – shame we didn’t think of it!</w:t>
      </w:r>
    </w:p>
    <w:p w14:paraId="21415CA8" w14:textId="1BAD02E1" w:rsidR="00223EFE" w:rsidRPr="00B808A3" w:rsidRDefault="00223EFE" w:rsidP="00223EFE">
      <w:pPr>
        <w:jc w:val="center"/>
      </w:pPr>
      <w:r>
        <w:rPr>
          <w:noProof/>
        </w:rPr>
        <w:drawing>
          <wp:inline distT="0" distB="0" distL="0" distR="0" wp14:anchorId="575434CC" wp14:editId="5F64CAE1">
            <wp:extent cx="1866900" cy="1974606"/>
            <wp:effectExtent l="0" t="0" r="0" b="6985"/>
            <wp:docPr id="202310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3393" name="Picture 2023103393"/>
                    <pic:cNvPicPr/>
                  </pic:nvPicPr>
                  <pic:blipFill>
                    <a:blip r:embed="rId20"/>
                    <a:stretch>
                      <a:fillRect/>
                    </a:stretch>
                  </pic:blipFill>
                  <pic:spPr>
                    <a:xfrm>
                      <a:off x="0" y="0"/>
                      <a:ext cx="1872801" cy="1980847"/>
                    </a:xfrm>
                    <a:prstGeom prst="rect">
                      <a:avLst/>
                    </a:prstGeom>
                  </pic:spPr>
                </pic:pic>
              </a:graphicData>
            </a:graphic>
          </wp:inline>
        </w:drawing>
      </w:r>
    </w:p>
    <w:p w14:paraId="499ED548" w14:textId="69C06B0A"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sz w:val="26"/>
          <w:szCs w:val="26"/>
          <w:lang w:val="en-AU"/>
        </w:rPr>
        <w:t>🏁</w:t>
      </w:r>
      <w:r w:rsidRPr="00DE6D92">
        <w:rPr>
          <w:rFonts w:asciiTheme="majorHAnsi" w:hAnsiTheme="majorHAnsi" w:cstheme="majorHAnsi"/>
          <w:b/>
          <w:bCs/>
          <w:sz w:val="26"/>
          <w:szCs w:val="26"/>
          <w:lang w:val="en-AU"/>
        </w:rPr>
        <w:t xml:space="preserve"> </w:t>
      </w:r>
      <w:r w:rsidRPr="00DE6D92">
        <w:rPr>
          <w:rFonts w:asciiTheme="majorHAnsi" w:hAnsiTheme="majorHAnsi" w:cstheme="majorHAnsi"/>
          <w:b/>
          <w:bCs/>
          <w:color w:val="0070C0"/>
          <w:sz w:val="26"/>
          <w:szCs w:val="26"/>
          <w:lang w:val="en-AU"/>
        </w:rPr>
        <w:t>Joke of the Month</w:t>
      </w:r>
    </w:p>
    <w:p w14:paraId="6D68FA47" w14:textId="32397EFD" w:rsidR="00DE6D92" w:rsidRDefault="00AC071B" w:rsidP="00DE6D92">
      <w:pPr>
        <w:rPr>
          <w:rFonts w:ascii="Segoe UI Emoji" w:hAnsi="Segoe UI Emoji" w:cs="Segoe UI Emoji"/>
          <w:b/>
          <w:bCs/>
          <w:lang w:val="en-AU"/>
        </w:rPr>
      </w:pPr>
      <w:r w:rsidRPr="00AC071B">
        <w:rPr>
          <w:rFonts w:cstheme="majorHAnsi"/>
        </w:rPr>
        <w:t>I keep trying to watch racing on my computer, but every time I press the F1 key, it just opens a help window.</w:t>
      </w:r>
      <w:r w:rsidR="003417CD">
        <w:rPr>
          <w:rFonts w:cstheme="majorHAnsi"/>
        </w:rPr>
        <w:t xml:space="preserve">  </w:t>
      </w:r>
      <w:r w:rsidR="00DE6D92" w:rsidRPr="00DE6D92">
        <w:rPr>
          <w:rFonts w:ascii="Segoe UI Emoji" w:hAnsi="Segoe UI Emoji" w:cs="Segoe UI Emoji"/>
          <w:b/>
          <w:bCs/>
          <w:lang w:val="en-AU"/>
        </w:rPr>
        <w:t>😄</w:t>
      </w:r>
    </w:p>
    <w:p w14:paraId="15B89CA0" w14:textId="613F5546" w:rsidR="0095007B" w:rsidRPr="007B453E" w:rsidRDefault="0095007B" w:rsidP="00DE6D92">
      <w:pPr>
        <w:rPr>
          <w:rFonts w:ascii="Segoe UI Emoji" w:hAnsi="Segoe UI Emoji" w:cs="Segoe UI Emoji"/>
          <w:b/>
          <w:bCs/>
          <w:lang w:val="en-AU"/>
        </w:rPr>
      </w:pPr>
      <w:r w:rsidRPr="0095007B">
        <w:rPr>
          <w:rFonts w:cstheme="majorHAnsi"/>
        </w:rPr>
        <w:t>Why should Microsoft, Intel, and Nvidia get into the motorsport business?</w:t>
      </w:r>
      <w:r w:rsidRPr="0095007B">
        <w:rPr>
          <w:rFonts w:cstheme="majorHAnsi"/>
        </w:rPr>
        <w:br/>
      </w:r>
      <w:r w:rsidRPr="007B453E">
        <w:rPr>
          <w:rFonts w:cstheme="majorHAnsi"/>
          <w:b/>
          <w:bCs/>
        </w:rPr>
        <w:t xml:space="preserve">They already have the best drivers. </w:t>
      </w:r>
      <w:r w:rsidRPr="007B453E">
        <w:rPr>
          <w:rFonts w:ascii="Segoe UI Emoji" w:hAnsi="Segoe UI Emoji" w:cs="Segoe UI Emoji"/>
          <w:b/>
          <w:bCs/>
          <w:lang w:val="en-AU"/>
        </w:rPr>
        <w:t>😄</w:t>
      </w:r>
    </w:p>
    <w:p w14:paraId="1E517AFC" w14:textId="3C3274A1" w:rsidR="00E70AF4" w:rsidRPr="007B453E" w:rsidRDefault="00E70AF4" w:rsidP="00DE6D92">
      <w:pPr>
        <w:rPr>
          <w:rFonts w:cstheme="majorHAnsi"/>
          <w:b/>
          <w:bCs/>
          <w:lang w:val="en-AU"/>
        </w:rPr>
      </w:pPr>
      <w:r w:rsidRPr="00E70AF4">
        <w:rPr>
          <w:rFonts w:cstheme="majorHAnsi"/>
        </w:rPr>
        <w:t>Why do DJs make terrible drivers?</w:t>
      </w:r>
      <w:r w:rsidRPr="00E70AF4">
        <w:rPr>
          <w:rFonts w:cstheme="majorHAnsi"/>
        </w:rPr>
        <w:br/>
      </w:r>
      <w:r w:rsidRPr="007B453E">
        <w:rPr>
          <w:rFonts w:cstheme="majorHAnsi"/>
          <w:b/>
          <w:bCs/>
        </w:rPr>
        <w:t xml:space="preserve">They keep changing tracks. </w:t>
      </w:r>
      <w:r w:rsidRPr="007B453E">
        <w:rPr>
          <w:rFonts w:ascii="Segoe UI Emoji" w:hAnsi="Segoe UI Emoji" w:cs="Segoe UI Emoji"/>
          <w:b/>
          <w:bCs/>
          <w:lang w:val="en-AU"/>
        </w:rPr>
        <w:t>😄</w:t>
      </w:r>
    </w:p>
    <w:p w14:paraId="61E595CC" w14:textId="77777777"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color w:val="E5B8B7" w:themeColor="accent2" w:themeTint="66"/>
          <w:sz w:val="26"/>
          <w:szCs w:val="26"/>
          <w:lang w:val="en-AU"/>
        </w:rPr>
        <w:t>🧠</w:t>
      </w:r>
      <w:r w:rsidRPr="00DE6D92">
        <w:rPr>
          <w:rFonts w:asciiTheme="majorHAnsi" w:hAnsiTheme="majorHAnsi" w:cstheme="majorHAnsi"/>
          <w:b/>
          <w:bCs/>
          <w:color w:val="0070C0"/>
          <w:sz w:val="26"/>
          <w:szCs w:val="26"/>
          <w:lang w:val="en-AU"/>
        </w:rPr>
        <w:t xml:space="preserve"> Fun Fact</w:t>
      </w:r>
    </w:p>
    <w:p w14:paraId="3FB09F88" w14:textId="56277E8F" w:rsidR="00DE6D92" w:rsidRPr="00DE6D92" w:rsidRDefault="00EA1151" w:rsidP="00DE6D92">
      <w:pPr>
        <w:rPr>
          <w:rFonts w:cstheme="majorHAnsi"/>
          <w:lang w:val="en-AU"/>
        </w:rPr>
      </w:pPr>
      <w:r>
        <w:rPr>
          <w:rFonts w:cstheme="majorHAnsi"/>
          <w:lang w:val="en-AU"/>
        </w:rPr>
        <w:lastRenderedPageBreak/>
        <w:t xml:space="preserve">Did you know:  </w:t>
      </w:r>
      <w:r w:rsidRPr="00EA1151">
        <w:rPr>
          <w:rFonts w:cstheme="majorHAnsi"/>
        </w:rPr>
        <w:t>the world's first petroleum-powered motorcycle, a German wooden prototype called the Reit Wagen, was made in 1885 by Daimler and Maybach</w:t>
      </w:r>
      <w:r>
        <w:rPr>
          <w:rFonts w:cstheme="majorHAnsi"/>
        </w:rPr>
        <w:t>.</w:t>
      </w:r>
    </w:p>
    <w:p w14:paraId="52DDDD13" w14:textId="48D7A69E" w:rsidR="002D4782" w:rsidRDefault="002D4782" w:rsidP="00DE6D92">
      <w:pPr>
        <w:rPr>
          <w:rFonts w:cstheme="majorHAnsi"/>
          <w:lang w:val="en-AU"/>
        </w:rPr>
      </w:pPr>
      <w:r w:rsidRPr="002D4782">
        <w:rPr>
          <w:rFonts w:cstheme="majorHAnsi"/>
        </w:rPr>
        <w:t>The first series production motorcycle was the German-made Hildebrand &amp; Wolf Müller from 1894-1897</w:t>
      </w:r>
      <w:r>
        <w:rPr>
          <w:rFonts w:cstheme="majorHAnsi"/>
          <w:lang w:val="en-AU"/>
        </w:rPr>
        <w:t>.</w:t>
      </w:r>
    </w:p>
    <w:p w14:paraId="44F486B5" w14:textId="5E9CB2A5" w:rsidR="00DE6D92" w:rsidRDefault="00337810" w:rsidP="00DE6D92">
      <w:pPr>
        <w:rPr>
          <w:rFonts w:cstheme="majorHAnsi"/>
        </w:rPr>
      </w:pPr>
      <w:r w:rsidRPr="00337810">
        <w:rPr>
          <w:rFonts w:cstheme="majorHAnsi"/>
        </w:rPr>
        <w:t>The first-ever Harley-Davidson motorcycle used an empty tomato can for its carburetor. </w:t>
      </w:r>
    </w:p>
    <w:p w14:paraId="4E7456A5" w14:textId="7F196456" w:rsidR="00C16133" w:rsidRPr="00DE6D92" w:rsidRDefault="00C16133" w:rsidP="00DE6D92">
      <w:pPr>
        <w:rPr>
          <w:rFonts w:cstheme="majorHAnsi"/>
          <w:lang w:val="en-AU"/>
        </w:rPr>
      </w:pPr>
      <w:r w:rsidRPr="00C16133">
        <w:rPr>
          <w:rFonts w:cstheme="majorHAnsi"/>
        </w:rPr>
        <w:t>The first bike to exceed 200 mph was a supercharged 499cc NSU in 1956, reaching 211.4 mph. </w:t>
      </w:r>
    </w:p>
    <w:p w14:paraId="73E0A98A" w14:textId="77777777" w:rsidR="00DE6D92" w:rsidRPr="00DE6D92" w:rsidRDefault="00DE6D92" w:rsidP="00DE6D92">
      <w:pPr>
        <w:rPr>
          <w:rFonts w:asciiTheme="majorHAnsi" w:hAnsiTheme="majorHAnsi" w:cstheme="majorHAnsi"/>
          <w:b/>
          <w:bCs/>
          <w:color w:val="0070C0"/>
          <w:sz w:val="26"/>
          <w:szCs w:val="26"/>
          <w:lang w:val="en-AU"/>
        </w:rPr>
      </w:pPr>
      <w:r w:rsidRPr="00DE6D92">
        <w:rPr>
          <w:rFonts w:ascii="Segoe UI Emoji" w:hAnsi="Segoe UI Emoji" w:cs="Segoe UI Emoji"/>
          <w:b/>
          <w:bCs/>
          <w:color w:val="EE0000"/>
          <w:sz w:val="26"/>
          <w:szCs w:val="26"/>
          <w:lang w:val="en-AU"/>
        </w:rPr>
        <w:t>📣</w:t>
      </w:r>
      <w:r w:rsidRPr="00DE6D92">
        <w:rPr>
          <w:rFonts w:asciiTheme="majorHAnsi" w:hAnsiTheme="majorHAnsi" w:cstheme="majorHAnsi"/>
          <w:b/>
          <w:bCs/>
          <w:color w:val="0070C0"/>
          <w:sz w:val="26"/>
          <w:szCs w:val="26"/>
          <w:lang w:val="en-AU"/>
        </w:rPr>
        <w:t xml:space="preserve"> Got a Story to Share?</w:t>
      </w:r>
    </w:p>
    <w:p w14:paraId="0CD50088" w14:textId="77777777" w:rsidR="00DE6D92" w:rsidRPr="00DE6D92" w:rsidRDefault="00DE6D92" w:rsidP="00DE6D92">
      <w:pPr>
        <w:rPr>
          <w:rFonts w:cstheme="majorHAnsi"/>
          <w:lang w:val="en-AU"/>
        </w:rPr>
      </w:pPr>
      <w:r w:rsidRPr="00DE6D92">
        <w:rPr>
          <w:rFonts w:cstheme="majorHAnsi"/>
          <w:lang w:val="en-AU"/>
        </w:rPr>
        <w:t xml:space="preserve">We're keen to feature </w:t>
      </w:r>
      <w:r w:rsidRPr="00DE6D92">
        <w:rPr>
          <w:rFonts w:cstheme="majorHAnsi"/>
          <w:i/>
          <w:iCs/>
          <w:lang w:val="en-AU"/>
        </w:rPr>
        <w:t>your</w:t>
      </w:r>
      <w:r w:rsidRPr="00DE6D92">
        <w:rPr>
          <w:rFonts w:cstheme="majorHAnsi"/>
          <w:lang w:val="en-AU"/>
        </w:rPr>
        <w:t xml:space="preserve"> stories in upcoming newsletters! </w:t>
      </w:r>
      <w:r>
        <w:rPr>
          <w:rFonts w:cstheme="majorHAnsi"/>
          <w:lang w:val="en-AU"/>
        </w:rPr>
        <w:t xml:space="preserve"> </w:t>
      </w:r>
      <w:r w:rsidRPr="00DE6D92">
        <w:rPr>
          <w:rFonts w:cstheme="majorHAnsi"/>
          <w:lang w:val="en-AU"/>
        </w:rPr>
        <w:t xml:space="preserve">Whether it’s about your car, a rebuild journey, a favourite road trip, or even a spotlight on a fellow member—send it through. </w:t>
      </w:r>
      <w:r>
        <w:rPr>
          <w:rFonts w:cstheme="majorHAnsi"/>
          <w:lang w:val="en-AU"/>
        </w:rPr>
        <w:t xml:space="preserve"> </w:t>
      </w:r>
      <w:r w:rsidRPr="00DE6D92">
        <w:rPr>
          <w:rFonts w:cstheme="majorHAnsi"/>
          <w:lang w:val="en-AU"/>
        </w:rPr>
        <w:t>We'd love a few photos too.</w:t>
      </w:r>
    </w:p>
    <w:p w14:paraId="62821C5F" w14:textId="07133AE1" w:rsidR="00DE6D92" w:rsidRPr="00771893" w:rsidRDefault="000369A0" w:rsidP="00DE6D92">
      <w:pPr>
        <w:rPr>
          <w:rFonts w:cstheme="majorHAnsi"/>
          <w:b/>
          <w:bCs/>
          <w:lang w:val="en-AU"/>
        </w:rPr>
      </w:pPr>
      <w:r>
        <w:rPr>
          <w:rFonts w:cstheme="majorHAnsi"/>
          <w:lang w:val="en-AU"/>
        </w:rPr>
        <w:t xml:space="preserve">As you can see we have </w:t>
      </w:r>
      <w:r w:rsidR="00DE6D92" w:rsidRPr="00DE6D92">
        <w:rPr>
          <w:rFonts w:cstheme="majorHAnsi"/>
          <w:lang w:val="en-AU"/>
        </w:rPr>
        <w:t xml:space="preserve">a </w:t>
      </w:r>
      <w:r w:rsidR="00DE6D92" w:rsidRPr="00DE6D92">
        <w:rPr>
          <w:rFonts w:cstheme="majorHAnsi"/>
          <w:b/>
          <w:bCs/>
          <w:lang w:val="en-AU"/>
        </w:rPr>
        <w:t>Member Spotlight</w:t>
      </w:r>
      <w:r w:rsidR="00DE6D92" w:rsidRPr="00DE6D92">
        <w:rPr>
          <w:rFonts w:cstheme="majorHAnsi"/>
          <w:lang w:val="en-AU"/>
        </w:rPr>
        <w:t xml:space="preserve"> section to introduce the people behind the cars. Share a short bio, how you got involved with the club, or a memorable motoring moment.</w:t>
      </w:r>
      <w:r w:rsidR="007B453E">
        <w:rPr>
          <w:rFonts w:cstheme="majorHAnsi"/>
          <w:lang w:val="en-AU"/>
        </w:rPr>
        <w:t xml:space="preserve">  </w:t>
      </w:r>
      <w:r w:rsidR="007B453E" w:rsidRPr="00771893">
        <w:rPr>
          <w:rFonts w:cstheme="majorHAnsi"/>
          <w:b/>
          <w:bCs/>
          <w:lang w:val="en-AU"/>
        </w:rPr>
        <w:t>Surely, there is someone out there that has a story to tell</w:t>
      </w:r>
      <w:r w:rsidR="00771893" w:rsidRPr="00771893">
        <w:rPr>
          <w:rFonts w:cstheme="majorHAnsi"/>
          <w:b/>
          <w:bCs/>
          <w:lang w:val="en-AU"/>
        </w:rPr>
        <w:t xml:space="preserve"> – don’t be shy!!</w:t>
      </w:r>
    </w:p>
    <w:p w14:paraId="348766D8" w14:textId="77777777" w:rsidR="00DE6D92" w:rsidRPr="00DE6D92" w:rsidRDefault="00DE6D92" w:rsidP="00DE6D92">
      <w:pPr>
        <w:rPr>
          <w:rFonts w:cstheme="majorHAnsi"/>
          <w:lang w:val="en-AU"/>
        </w:rPr>
      </w:pPr>
      <w:r w:rsidRPr="00DE6D92">
        <w:rPr>
          <w:rFonts w:cstheme="majorHAnsi"/>
          <w:lang w:val="en-AU"/>
        </w:rPr>
        <w:t xml:space="preserve">Send your contributions to </w:t>
      </w:r>
      <w:r w:rsidRPr="00DE6D92">
        <w:rPr>
          <w:rFonts w:cstheme="majorHAnsi"/>
          <w:b/>
          <w:bCs/>
          <w:lang w:val="en-AU"/>
        </w:rPr>
        <w:t>Michele</w:t>
      </w:r>
      <w:r w:rsidRPr="00DE6D92">
        <w:rPr>
          <w:rFonts w:cstheme="majorHAnsi"/>
          <w:lang w:val="en-AU"/>
        </w:rPr>
        <w:t xml:space="preserve"> at: social@marquenq.com.au</w:t>
      </w:r>
      <w:r w:rsidRPr="00DE6D92">
        <w:rPr>
          <w:rFonts w:cstheme="majorHAnsi"/>
          <w:lang w:val="en-AU"/>
        </w:rPr>
        <w:br/>
        <w:t xml:space="preserve">(Don’t be shy—we’re still waiting… </w:t>
      </w:r>
      <w:r w:rsidRPr="00DE6D92">
        <w:rPr>
          <w:rFonts w:cstheme="majorHAnsi"/>
          <w:i/>
          <w:iCs/>
          <w:lang w:val="en-AU"/>
        </w:rPr>
        <w:t>crickets chirping</w:t>
      </w:r>
      <w:r w:rsidRPr="00DE6D92">
        <w:rPr>
          <w:rFonts w:cstheme="majorHAnsi"/>
          <w:lang w:val="en-AU"/>
        </w:rPr>
        <w:t xml:space="preserve">) </w:t>
      </w:r>
      <w:r w:rsidRPr="00DE6D92">
        <w:rPr>
          <w:rFonts w:ascii="Segoe UI Emoji" w:hAnsi="Segoe UI Emoji" w:cs="Segoe UI Emoji"/>
          <w:lang w:val="en-AU"/>
        </w:rPr>
        <w:t>🦗😉</w:t>
      </w:r>
    </w:p>
    <w:p w14:paraId="49812963" w14:textId="77777777" w:rsidR="00A20691" w:rsidRDefault="00A20691" w:rsidP="00C664B2">
      <w:pPr>
        <w:rPr>
          <w:lang w:val="en-AU"/>
        </w:rPr>
      </w:pPr>
    </w:p>
    <w:p w14:paraId="7B1D884A" w14:textId="77777777" w:rsidR="00A20691" w:rsidRPr="002112CE"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PLATINUM SPONSOR IS:</w:t>
      </w:r>
    </w:p>
    <w:p w14:paraId="37026A1B" w14:textId="77777777" w:rsidR="00A20691" w:rsidRDefault="00A20691" w:rsidP="00C664B2">
      <w:pPr>
        <w:rPr>
          <w:lang w:val="en-AU"/>
        </w:rPr>
      </w:pPr>
    </w:p>
    <w:p w14:paraId="72AD64F3" w14:textId="77777777" w:rsidR="00A20691" w:rsidRDefault="00A20691" w:rsidP="00C664B2">
      <w:pPr>
        <w:rPr>
          <w:lang w:val="en-AU"/>
        </w:rPr>
      </w:pPr>
      <w:r>
        <w:rPr>
          <w:noProof/>
          <w:lang w:val="en-AU"/>
        </w:rPr>
        <w:drawing>
          <wp:inline distT="0" distB="0" distL="0" distR="0" wp14:anchorId="5E0A135E" wp14:editId="4395E2E7">
            <wp:extent cx="5944235" cy="1579245"/>
            <wp:effectExtent l="0" t="0" r="0" b="1905"/>
            <wp:docPr id="879655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1579245"/>
                    </a:xfrm>
                    <a:prstGeom prst="rect">
                      <a:avLst/>
                    </a:prstGeom>
                    <a:noFill/>
                  </pic:spPr>
                </pic:pic>
              </a:graphicData>
            </a:graphic>
          </wp:inline>
        </w:drawing>
      </w:r>
    </w:p>
    <w:p w14:paraId="0106A1A3" w14:textId="77777777" w:rsidR="00A20691" w:rsidRDefault="00A20691" w:rsidP="00C664B2">
      <w:pPr>
        <w:rPr>
          <w:lang w:val="en-AU"/>
        </w:rPr>
      </w:pPr>
    </w:p>
    <w:p w14:paraId="7673984B"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REMEMBER TO SUPPORT THOSE THAT SUPPORT US.</w:t>
      </w:r>
    </w:p>
    <w:p w14:paraId="4BA66A49"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LET THEM KNOW YOU ARE WITH THE MSCRNQ TO </w:t>
      </w:r>
    </w:p>
    <w:p w14:paraId="78E963CB" w14:textId="1982ED36" w:rsidR="00C664B2" w:rsidRDefault="00A20691" w:rsidP="00ED5E4F">
      <w:pPr>
        <w:pStyle w:val="Normal1"/>
        <w:jc w:val="center"/>
      </w:pPr>
      <w: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RECEIVE A DISCOUNT!</w:t>
      </w:r>
    </w:p>
    <w:sectPr w:rsidR="00C664B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B34F58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852666"/>
    <w:multiLevelType w:val="hybridMultilevel"/>
    <w:tmpl w:val="FE000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1E4481"/>
    <w:multiLevelType w:val="hybridMultilevel"/>
    <w:tmpl w:val="21F2C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9955420">
    <w:abstractNumId w:val="8"/>
  </w:num>
  <w:num w:numId="2" w16cid:durableId="1443693079">
    <w:abstractNumId w:val="6"/>
  </w:num>
  <w:num w:numId="3" w16cid:durableId="1903518498">
    <w:abstractNumId w:val="5"/>
  </w:num>
  <w:num w:numId="4" w16cid:durableId="768503186">
    <w:abstractNumId w:val="4"/>
  </w:num>
  <w:num w:numId="5" w16cid:durableId="273481801">
    <w:abstractNumId w:val="7"/>
  </w:num>
  <w:num w:numId="6" w16cid:durableId="1927222494">
    <w:abstractNumId w:val="3"/>
  </w:num>
  <w:num w:numId="7" w16cid:durableId="2071616648">
    <w:abstractNumId w:val="2"/>
  </w:num>
  <w:num w:numId="8" w16cid:durableId="771516494">
    <w:abstractNumId w:val="1"/>
  </w:num>
  <w:num w:numId="9" w16cid:durableId="421682718">
    <w:abstractNumId w:val="0"/>
  </w:num>
  <w:num w:numId="10" w16cid:durableId="1077552143">
    <w:abstractNumId w:val="9"/>
  </w:num>
  <w:num w:numId="11" w16cid:durableId="16436554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7CD"/>
    <w:rsid w:val="000019C2"/>
    <w:rsid w:val="00025474"/>
    <w:rsid w:val="000327F8"/>
    <w:rsid w:val="00034616"/>
    <w:rsid w:val="000369A0"/>
    <w:rsid w:val="00047172"/>
    <w:rsid w:val="00055559"/>
    <w:rsid w:val="0006063C"/>
    <w:rsid w:val="000706F4"/>
    <w:rsid w:val="000802C0"/>
    <w:rsid w:val="00080338"/>
    <w:rsid w:val="000A6BEA"/>
    <w:rsid w:val="000C5898"/>
    <w:rsid w:val="000D299E"/>
    <w:rsid w:val="000D2BDC"/>
    <w:rsid w:val="000F61F9"/>
    <w:rsid w:val="00110F42"/>
    <w:rsid w:val="0015074B"/>
    <w:rsid w:val="00157F60"/>
    <w:rsid w:val="0016001A"/>
    <w:rsid w:val="001646E6"/>
    <w:rsid w:val="0017075F"/>
    <w:rsid w:val="001847DA"/>
    <w:rsid w:val="001B23EF"/>
    <w:rsid w:val="001F4881"/>
    <w:rsid w:val="00217DB0"/>
    <w:rsid w:val="00220168"/>
    <w:rsid w:val="00223EFE"/>
    <w:rsid w:val="00247BEF"/>
    <w:rsid w:val="00256355"/>
    <w:rsid w:val="0025685E"/>
    <w:rsid w:val="0029639D"/>
    <w:rsid w:val="002A3F77"/>
    <w:rsid w:val="002D4782"/>
    <w:rsid w:val="00321CD4"/>
    <w:rsid w:val="00326F90"/>
    <w:rsid w:val="00337810"/>
    <w:rsid w:val="003417CD"/>
    <w:rsid w:val="0035665B"/>
    <w:rsid w:val="0036705B"/>
    <w:rsid w:val="00382B27"/>
    <w:rsid w:val="00391E7A"/>
    <w:rsid w:val="00393230"/>
    <w:rsid w:val="003A34E8"/>
    <w:rsid w:val="003B6FE6"/>
    <w:rsid w:val="003C0615"/>
    <w:rsid w:val="003C7D69"/>
    <w:rsid w:val="003E1A56"/>
    <w:rsid w:val="003E25BC"/>
    <w:rsid w:val="00411B85"/>
    <w:rsid w:val="00423B12"/>
    <w:rsid w:val="0042435D"/>
    <w:rsid w:val="004244DA"/>
    <w:rsid w:val="004261A1"/>
    <w:rsid w:val="00426A84"/>
    <w:rsid w:val="00426C13"/>
    <w:rsid w:val="00436164"/>
    <w:rsid w:val="004417AA"/>
    <w:rsid w:val="00463E0F"/>
    <w:rsid w:val="004D2003"/>
    <w:rsid w:val="004D2C9B"/>
    <w:rsid w:val="0050099E"/>
    <w:rsid w:val="00535C04"/>
    <w:rsid w:val="00541D2E"/>
    <w:rsid w:val="00544D8D"/>
    <w:rsid w:val="005945D6"/>
    <w:rsid w:val="005C403E"/>
    <w:rsid w:val="00600DE4"/>
    <w:rsid w:val="006104D6"/>
    <w:rsid w:val="00617A8A"/>
    <w:rsid w:val="00632625"/>
    <w:rsid w:val="0064649C"/>
    <w:rsid w:val="00653A90"/>
    <w:rsid w:val="00664799"/>
    <w:rsid w:val="006929C5"/>
    <w:rsid w:val="006C761E"/>
    <w:rsid w:val="006E35EE"/>
    <w:rsid w:val="006F3B61"/>
    <w:rsid w:val="00706A78"/>
    <w:rsid w:val="00735338"/>
    <w:rsid w:val="00740EBC"/>
    <w:rsid w:val="0076572E"/>
    <w:rsid w:val="00771893"/>
    <w:rsid w:val="00797CDA"/>
    <w:rsid w:val="007B453E"/>
    <w:rsid w:val="007D7CCA"/>
    <w:rsid w:val="007E1533"/>
    <w:rsid w:val="007E27EC"/>
    <w:rsid w:val="007E5A14"/>
    <w:rsid w:val="00820EBE"/>
    <w:rsid w:val="0083344B"/>
    <w:rsid w:val="00851756"/>
    <w:rsid w:val="00863946"/>
    <w:rsid w:val="0087624F"/>
    <w:rsid w:val="00876786"/>
    <w:rsid w:val="00880D95"/>
    <w:rsid w:val="00881C51"/>
    <w:rsid w:val="00887579"/>
    <w:rsid w:val="00887D77"/>
    <w:rsid w:val="008D20D4"/>
    <w:rsid w:val="008E2402"/>
    <w:rsid w:val="008E7CCE"/>
    <w:rsid w:val="0095007B"/>
    <w:rsid w:val="009607E7"/>
    <w:rsid w:val="00970BA4"/>
    <w:rsid w:val="009851B7"/>
    <w:rsid w:val="00997388"/>
    <w:rsid w:val="009E3D63"/>
    <w:rsid w:val="00A02D3D"/>
    <w:rsid w:val="00A20691"/>
    <w:rsid w:val="00A9550F"/>
    <w:rsid w:val="00AA1D8D"/>
    <w:rsid w:val="00AB593B"/>
    <w:rsid w:val="00AC024A"/>
    <w:rsid w:val="00AC071B"/>
    <w:rsid w:val="00AC3A8A"/>
    <w:rsid w:val="00AD2CBE"/>
    <w:rsid w:val="00AD70B6"/>
    <w:rsid w:val="00AE32F6"/>
    <w:rsid w:val="00AF757C"/>
    <w:rsid w:val="00B00542"/>
    <w:rsid w:val="00B2032D"/>
    <w:rsid w:val="00B26937"/>
    <w:rsid w:val="00B31CC2"/>
    <w:rsid w:val="00B35CAB"/>
    <w:rsid w:val="00B47730"/>
    <w:rsid w:val="00B66D27"/>
    <w:rsid w:val="00B70A27"/>
    <w:rsid w:val="00B727E0"/>
    <w:rsid w:val="00B808A3"/>
    <w:rsid w:val="00BA348F"/>
    <w:rsid w:val="00BB18C3"/>
    <w:rsid w:val="00BC7F5F"/>
    <w:rsid w:val="00BE1416"/>
    <w:rsid w:val="00C10D2F"/>
    <w:rsid w:val="00C1143D"/>
    <w:rsid w:val="00C16133"/>
    <w:rsid w:val="00C22C69"/>
    <w:rsid w:val="00C51930"/>
    <w:rsid w:val="00C526BA"/>
    <w:rsid w:val="00C664B2"/>
    <w:rsid w:val="00C66D41"/>
    <w:rsid w:val="00C80506"/>
    <w:rsid w:val="00C869AA"/>
    <w:rsid w:val="00CA0156"/>
    <w:rsid w:val="00CB0664"/>
    <w:rsid w:val="00CB3498"/>
    <w:rsid w:val="00CD3D9F"/>
    <w:rsid w:val="00CD5A22"/>
    <w:rsid w:val="00CF43D9"/>
    <w:rsid w:val="00CF5F77"/>
    <w:rsid w:val="00D000EC"/>
    <w:rsid w:val="00D22128"/>
    <w:rsid w:val="00D416E7"/>
    <w:rsid w:val="00D41FE0"/>
    <w:rsid w:val="00D76DA1"/>
    <w:rsid w:val="00D837E4"/>
    <w:rsid w:val="00DB2A52"/>
    <w:rsid w:val="00DB59D9"/>
    <w:rsid w:val="00DE6D92"/>
    <w:rsid w:val="00E065DA"/>
    <w:rsid w:val="00E3005F"/>
    <w:rsid w:val="00E41AC8"/>
    <w:rsid w:val="00E47BC4"/>
    <w:rsid w:val="00E565F8"/>
    <w:rsid w:val="00E70AF4"/>
    <w:rsid w:val="00E76E95"/>
    <w:rsid w:val="00E803BD"/>
    <w:rsid w:val="00E80CC0"/>
    <w:rsid w:val="00E939EF"/>
    <w:rsid w:val="00E95BC1"/>
    <w:rsid w:val="00EA1151"/>
    <w:rsid w:val="00ED5E4F"/>
    <w:rsid w:val="00EE5266"/>
    <w:rsid w:val="00EE6375"/>
    <w:rsid w:val="00F17C3D"/>
    <w:rsid w:val="00F37E8E"/>
    <w:rsid w:val="00F44F7C"/>
    <w:rsid w:val="00F647CD"/>
    <w:rsid w:val="00F65FA4"/>
    <w:rsid w:val="00F8581E"/>
    <w:rsid w:val="00FC693F"/>
    <w:rsid w:val="00FE2E82"/>
    <w:rsid w:val="00FE59E1"/>
    <w:rsid w:val="00FF33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2E61EB"/>
  <w14:defaultImageDpi w14:val="300"/>
  <w15:docId w15:val="{78759F7E-571B-4AA2-A3DF-8198BC5D5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le1">
    <w:name w:val="Title1"/>
    <w:basedOn w:val="Normal"/>
    <w:next w:val="Normal"/>
    <w:uiPriority w:val="1"/>
    <w:unhideWhenUsed/>
    <w:qFormat/>
    <w:rsid w:val="00080338"/>
    <w:pPr>
      <w:spacing w:after="160" w:line="240" w:lineRule="auto"/>
      <w:outlineLvl w:val="0"/>
    </w:pPr>
    <w:rPr>
      <w:rFonts w:ascii="Calibri Light"/>
      <w:kern w:val="2"/>
      <w:sz w:val="56"/>
      <w:szCs w:val="24"/>
      <w:lang w:val="en-AU" w:eastAsia="en-AU"/>
      <w14:ligatures w14:val="standardContextual"/>
    </w:rPr>
  </w:style>
  <w:style w:type="character" w:customStyle="1" w:styleId="Strong1">
    <w:name w:val="Strong1"/>
    <w:uiPriority w:val="1"/>
    <w:unhideWhenUsed/>
    <w:qFormat/>
    <w:rsid w:val="00080338"/>
    <w:rPr>
      <w:rFonts w:ascii="Calibri"/>
      <w:b/>
    </w:rPr>
  </w:style>
  <w:style w:type="paragraph" w:customStyle="1" w:styleId="Normal1">
    <w:name w:val="Normal1"/>
    <w:basedOn w:val="Normal"/>
    <w:uiPriority w:val="1"/>
    <w:unhideWhenUsed/>
    <w:qFormat/>
    <w:rsid w:val="00080338"/>
    <w:pPr>
      <w:spacing w:after="160" w:line="278" w:lineRule="auto"/>
    </w:pPr>
    <w:rPr>
      <w:rFonts w:ascii="Calibri"/>
      <w:kern w:val="2"/>
      <w:sz w:val="24"/>
      <w:szCs w:val="24"/>
      <w:lang w:val="en-AU" w:eastAsia="en-AU"/>
      <w14:ligatures w14:val="standardContextual"/>
    </w:rPr>
  </w:style>
  <w:style w:type="character" w:styleId="Hyperlink">
    <w:name w:val="Hyperlink"/>
    <w:basedOn w:val="DefaultParagraphFont"/>
    <w:uiPriority w:val="99"/>
    <w:unhideWhenUsed/>
    <w:rsid w:val="005945D6"/>
    <w:rPr>
      <w:color w:val="0000FF" w:themeColor="hyperlink"/>
      <w:u w:val="single"/>
    </w:rPr>
  </w:style>
  <w:style w:type="character" w:styleId="UnresolvedMention">
    <w:name w:val="Unresolved Mention"/>
    <w:basedOn w:val="DefaultParagraphFont"/>
    <w:uiPriority w:val="99"/>
    <w:semiHidden/>
    <w:unhideWhenUsed/>
    <w:rsid w:val="00594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371958">
      <w:bodyDiv w:val="1"/>
      <w:marLeft w:val="0"/>
      <w:marRight w:val="0"/>
      <w:marTop w:val="0"/>
      <w:marBottom w:val="0"/>
      <w:divBdr>
        <w:top w:val="none" w:sz="0" w:space="0" w:color="auto"/>
        <w:left w:val="none" w:sz="0" w:space="0" w:color="auto"/>
        <w:bottom w:val="none" w:sz="0" w:space="0" w:color="auto"/>
        <w:right w:val="none" w:sz="0" w:space="0" w:color="auto"/>
      </w:divBdr>
    </w:div>
    <w:div w:id="1247570645">
      <w:bodyDiv w:val="1"/>
      <w:marLeft w:val="0"/>
      <w:marRight w:val="0"/>
      <w:marTop w:val="0"/>
      <w:marBottom w:val="0"/>
      <w:divBdr>
        <w:top w:val="none" w:sz="0" w:space="0" w:color="auto"/>
        <w:left w:val="none" w:sz="0" w:space="0" w:color="auto"/>
        <w:bottom w:val="none" w:sz="0" w:space="0" w:color="auto"/>
        <w:right w:val="none" w:sz="0" w:space="0" w:color="auto"/>
      </w:divBdr>
    </w:div>
    <w:div w:id="1297220983">
      <w:bodyDiv w:val="1"/>
      <w:marLeft w:val="0"/>
      <w:marRight w:val="0"/>
      <w:marTop w:val="0"/>
      <w:marBottom w:val="0"/>
      <w:divBdr>
        <w:top w:val="none" w:sz="0" w:space="0" w:color="auto"/>
        <w:left w:val="none" w:sz="0" w:space="0" w:color="auto"/>
        <w:bottom w:val="none" w:sz="0" w:space="0" w:color="auto"/>
        <w:right w:val="none" w:sz="0" w:space="0" w:color="auto"/>
      </w:divBdr>
    </w:div>
    <w:div w:id="1975677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ocial@marquenq.com.au"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hyperlink" Target="https://marquenq.com.au/event/presentation-night"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social@marquenq.com.au" TargetMode="External"/><Relationship Id="rId14" Type="http://schemas.openxmlformats.org/officeDocument/2006/relationships/image" Target="media/image6.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quenq\OneDrive\Desktop\Monthly%20New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Monthly Newsletter</Template>
  <TotalTime>195</TotalTime>
  <Pages>11</Pages>
  <Words>2319</Words>
  <Characters>13221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Marquenq</dc:creator>
  <cp:keywords/>
  <dc:description>generated by python-docx</dc:description>
  <cp:lastModifiedBy>Michele Fraser</cp:lastModifiedBy>
  <cp:revision>148</cp:revision>
  <dcterms:created xsi:type="dcterms:W3CDTF">2025-09-03T22:56:00Z</dcterms:created>
  <dcterms:modified xsi:type="dcterms:W3CDTF">2025-10-03T05:24:00Z</dcterms:modified>
  <cp:category/>
</cp:coreProperties>
</file>