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509B6" w14:textId="73E2E6DE" w:rsidR="00080338" w:rsidRDefault="000D0D79">
      <w:pPr>
        <w:pStyle w:val="Heading1"/>
        <w:jc w:val="center"/>
      </w:pPr>
      <w:r>
        <w:rPr>
          <w:noProof/>
        </w:rPr>
        <w:drawing>
          <wp:inline distT="0" distB="0" distL="0" distR="0" wp14:anchorId="62BFBBC5" wp14:editId="32561D0E">
            <wp:extent cx="5486400" cy="2335530"/>
            <wp:effectExtent l="19050" t="0" r="19050" b="693420"/>
            <wp:docPr id="1665467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467307" name="Picture 166546730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5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E526748" w14:textId="77777777" w:rsidR="00080338" w:rsidRDefault="00080338" w:rsidP="00080338">
      <w:pPr>
        <w:pStyle w:val="Title1"/>
      </w:pPr>
      <w:r>
        <w:rPr>
          <w:rStyle w:val="Strong1"/>
        </w:rPr>
        <w:t>Monthly Newsletter</w:t>
      </w:r>
    </w:p>
    <w:p w14:paraId="7A50F8AA" w14:textId="77777777" w:rsidR="00080338" w:rsidRDefault="00080338" w:rsidP="00080338">
      <w:pPr>
        <w:pStyle w:val="Heading1"/>
        <w:jc w:val="center"/>
      </w:pPr>
      <w:r>
        <w:rPr>
          <w:noProof/>
        </w:rPr>
        <w:drawing>
          <wp:inline distT="0" distB="0" distL="0" distR="0" wp14:anchorId="2C8417E2" wp14:editId="62950C92">
            <wp:extent cx="4457700" cy="596391"/>
            <wp:effectExtent l="0" t="0" r="0" b="0"/>
            <wp:docPr id="777543415" name="Picture2" descr="Loca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084DA" w14:textId="643488B0" w:rsidR="00382B27" w:rsidRPr="00C664B2" w:rsidRDefault="000D0D79">
      <w:pPr>
        <w:pStyle w:val="Heading1"/>
        <w:jc w:val="center"/>
        <w:rPr>
          <w:color w:val="0070C0"/>
        </w:rPr>
      </w:pPr>
      <w:r>
        <w:rPr>
          <w:color w:val="0070C0"/>
        </w:rPr>
        <w:t xml:space="preserve">November </w:t>
      </w:r>
      <w:r w:rsidR="00F65FA4" w:rsidRPr="00C664B2">
        <w:rPr>
          <w:color w:val="0070C0"/>
        </w:rPr>
        <w:t>2025 Newsletter</w:t>
      </w:r>
    </w:p>
    <w:p w14:paraId="04D552AD" w14:textId="77777777" w:rsidR="00382B27" w:rsidRDefault="00F65FA4">
      <w:pPr>
        <w:pStyle w:val="Heading2"/>
        <w:rPr>
          <w:color w:val="0070C0"/>
        </w:rPr>
      </w:pPr>
      <w:r w:rsidRPr="00C664B2">
        <w:rPr>
          <w:color w:val="0070C0"/>
        </w:rPr>
        <w:t>Event Recaps</w:t>
      </w:r>
    </w:p>
    <w:p w14:paraId="5CFDAF00" w14:textId="77777777" w:rsidR="005A1EFF" w:rsidRDefault="005A1EFF" w:rsidP="005A1EFF">
      <w:pPr>
        <w:pStyle w:val="ListBullet"/>
        <w:numPr>
          <w:ilvl w:val="0"/>
          <w:numId w:val="0"/>
        </w:numPr>
        <w:rPr>
          <w:b/>
          <w:bCs/>
        </w:rPr>
      </w:pPr>
    </w:p>
    <w:p w14:paraId="06D16229" w14:textId="17FCEC30" w:rsidR="00382B27" w:rsidRPr="00A20691" w:rsidRDefault="005A1EFF">
      <w:pPr>
        <w:pStyle w:val="ListBullet"/>
        <w:rPr>
          <w:b/>
          <w:bCs/>
        </w:rPr>
      </w:pPr>
      <w:r>
        <w:rPr>
          <w:b/>
          <w:bCs/>
        </w:rPr>
        <w:t>October Drive – Saturday 4</w:t>
      </w:r>
      <w:r w:rsidRPr="005A1EFF">
        <w:rPr>
          <w:b/>
          <w:bCs/>
          <w:vertAlign w:val="superscript"/>
        </w:rPr>
        <w:t>th</w:t>
      </w:r>
      <w:r>
        <w:rPr>
          <w:b/>
          <w:bCs/>
        </w:rPr>
        <w:t xml:space="preserve"> October </w:t>
      </w:r>
    </w:p>
    <w:p w14:paraId="29AF71EC" w14:textId="10B2FEFC" w:rsidR="00382B27" w:rsidRDefault="005A1EFF">
      <w:r>
        <w:t xml:space="preserve">What a wonderful </w:t>
      </w:r>
      <w:r w:rsidR="00E74A54">
        <w:t>group that</w:t>
      </w:r>
      <w:r>
        <w:t xml:space="preserve"> turned up for our Dice Run. </w:t>
      </w:r>
      <w:r w:rsidR="00E9700C">
        <w:t xml:space="preserve">8 of us that played along and rolled the dice – I </w:t>
      </w:r>
      <w:r w:rsidR="00E74A54">
        <w:t>forgot</w:t>
      </w:r>
      <w:r w:rsidR="00E9700C">
        <w:t xml:space="preserve"> to bring the dice but lucky for us the “app” store had me covered.</w:t>
      </w:r>
      <w:r w:rsidR="00E74A54">
        <w:t xml:space="preserve">  We had 6 stops altogether – Wildcatz, RAAF Base, </w:t>
      </w:r>
      <w:proofErr w:type="spellStart"/>
      <w:r w:rsidR="00E74A54">
        <w:t>Pallarenda</w:t>
      </w:r>
      <w:proofErr w:type="spellEnd"/>
      <w:r w:rsidR="00E74A54">
        <w:t xml:space="preserve">, Bulk Sugar Terminal, Stuart State School and the Commonwealth Hotel.  </w:t>
      </w:r>
      <w:r w:rsidR="00100017">
        <w:t xml:space="preserve">I was the weakest link rolling 59, we had a couple of 65’s but the </w:t>
      </w:r>
      <w:r w:rsidR="00100017" w:rsidRPr="00B629E6"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WINNER</w:t>
      </w:r>
      <w:r w:rsidR="009D0FBE" w:rsidRPr="00B629E6"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9D0FBE" w:rsidRPr="00B629E6"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WINNER</w:t>
      </w:r>
      <w:proofErr w:type="spellEnd"/>
      <w:r w:rsidR="009D0FBE" w:rsidRPr="00B629E6"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CHICKEN DINNER </w:t>
      </w:r>
      <w:r w:rsidR="009D0FBE">
        <w:t xml:space="preserve">was Troy Tappenden on 69.  Troy took home the $40.00 which covered his entry fee, beer and lunch.  CONGRATULATIONS Troy and well done for having some cash! </w:t>
      </w:r>
      <w:r w:rsidR="009D0FB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8F37393" w14:textId="77777777" w:rsidR="008F1CDC" w:rsidRDefault="008F1CDC" w:rsidP="008F1CDC">
      <w:pPr>
        <w:pStyle w:val="ListBullet"/>
        <w:numPr>
          <w:ilvl w:val="0"/>
          <w:numId w:val="0"/>
        </w:numPr>
        <w:rPr>
          <w:b/>
          <w:bCs/>
        </w:rPr>
      </w:pPr>
    </w:p>
    <w:p w14:paraId="7AC0001E" w14:textId="77777777" w:rsidR="008F1CDC" w:rsidRDefault="008F1CDC" w:rsidP="008F1CDC">
      <w:pPr>
        <w:pStyle w:val="ListBullet"/>
        <w:numPr>
          <w:ilvl w:val="0"/>
          <w:numId w:val="0"/>
        </w:numPr>
        <w:rPr>
          <w:b/>
          <w:bCs/>
        </w:rPr>
      </w:pPr>
    </w:p>
    <w:p w14:paraId="297620A9" w14:textId="77777777" w:rsidR="008F1CDC" w:rsidRDefault="008F1CDC" w:rsidP="008F1CDC">
      <w:pPr>
        <w:pStyle w:val="ListBullet"/>
        <w:numPr>
          <w:ilvl w:val="0"/>
          <w:numId w:val="0"/>
        </w:numPr>
        <w:rPr>
          <w:b/>
          <w:bCs/>
        </w:rPr>
      </w:pPr>
    </w:p>
    <w:p w14:paraId="5C2502CE" w14:textId="33CFBBA0" w:rsidR="006432FA" w:rsidRPr="008F1CDC" w:rsidRDefault="006432FA" w:rsidP="008F1CDC">
      <w:pPr>
        <w:pStyle w:val="ListBullet"/>
        <w:numPr>
          <w:ilvl w:val="0"/>
          <w:numId w:val="11"/>
        </w:numPr>
        <w:rPr>
          <w:b/>
          <w:bCs/>
        </w:rPr>
      </w:pPr>
      <w:r w:rsidRPr="008F1CDC">
        <w:rPr>
          <w:b/>
          <w:bCs/>
        </w:rPr>
        <w:lastRenderedPageBreak/>
        <w:t>Mid-Week Drive – 8</w:t>
      </w:r>
      <w:r w:rsidRPr="008F1CDC">
        <w:rPr>
          <w:b/>
          <w:bCs/>
          <w:vertAlign w:val="superscript"/>
        </w:rPr>
        <w:t>th</w:t>
      </w:r>
      <w:r w:rsidRPr="008F1CDC">
        <w:rPr>
          <w:b/>
          <w:bCs/>
        </w:rPr>
        <w:t xml:space="preserve"> October</w:t>
      </w:r>
    </w:p>
    <w:p w14:paraId="32987E7B" w14:textId="77777777" w:rsidR="00280A3D" w:rsidRDefault="00280A3D" w:rsidP="00280A3D">
      <w:pPr>
        <w:pStyle w:val="ListBullet"/>
        <w:numPr>
          <w:ilvl w:val="0"/>
          <w:numId w:val="0"/>
        </w:numPr>
        <w:rPr>
          <w:b/>
          <w:bCs/>
        </w:rPr>
      </w:pPr>
    </w:p>
    <w:p w14:paraId="115516B9" w14:textId="3CDCEC0A" w:rsidR="00943451" w:rsidRPr="00943451" w:rsidRDefault="00943451" w:rsidP="006432FA">
      <w:pPr>
        <w:pStyle w:val="ListBullet"/>
        <w:numPr>
          <w:ilvl w:val="0"/>
          <w:numId w:val="0"/>
        </w:numPr>
      </w:pPr>
      <w:r>
        <w:t xml:space="preserve">Drive around town followed by morning tea at the Commonwealth Hotel – which seems to be a popular venue </w:t>
      </w:r>
      <w:proofErr w:type="gramStart"/>
      <w:r>
        <w:t>at the moment</w:t>
      </w:r>
      <w:proofErr w:type="gramEnd"/>
      <w:r>
        <w:t>.</w:t>
      </w:r>
      <w:r w:rsidR="00DD5341">
        <w:t xml:space="preserve">  </w:t>
      </w:r>
    </w:p>
    <w:p w14:paraId="399EDD42" w14:textId="77777777" w:rsidR="00DD5341" w:rsidRDefault="00DD5341" w:rsidP="00DD5341">
      <w:pPr>
        <w:pStyle w:val="ListBullet"/>
        <w:numPr>
          <w:ilvl w:val="0"/>
          <w:numId w:val="0"/>
        </w:numPr>
        <w:rPr>
          <w:b/>
          <w:bCs/>
        </w:rPr>
      </w:pPr>
    </w:p>
    <w:p w14:paraId="75F30983" w14:textId="1D578B92" w:rsidR="00382B27" w:rsidRPr="00A20691" w:rsidRDefault="007F727A">
      <w:pPr>
        <w:pStyle w:val="ListBullet"/>
        <w:rPr>
          <w:b/>
          <w:bCs/>
        </w:rPr>
      </w:pPr>
      <w:r>
        <w:rPr>
          <w:b/>
          <w:bCs/>
        </w:rPr>
        <w:t>Club Dinner</w:t>
      </w:r>
      <w:r w:rsidR="006B1B22">
        <w:rPr>
          <w:b/>
          <w:bCs/>
        </w:rPr>
        <w:t>/Meeting</w:t>
      </w:r>
      <w:r>
        <w:rPr>
          <w:b/>
          <w:bCs/>
        </w:rPr>
        <w:t xml:space="preserve"> – 15</w:t>
      </w:r>
      <w:r w:rsidRPr="007F727A">
        <w:rPr>
          <w:b/>
          <w:bCs/>
          <w:vertAlign w:val="superscript"/>
        </w:rPr>
        <w:t>th</w:t>
      </w:r>
      <w:r>
        <w:rPr>
          <w:b/>
          <w:bCs/>
        </w:rPr>
        <w:t xml:space="preserve"> October</w:t>
      </w:r>
    </w:p>
    <w:p w14:paraId="07C0E29A" w14:textId="2C3E712F" w:rsidR="00382B27" w:rsidRDefault="007F727A">
      <w:r>
        <w:t>Aalishan Indian Restaurant.</w:t>
      </w:r>
      <w:r w:rsidR="001C3AD5">
        <w:t xml:space="preserve">  Wonderful night was had by all.  The food was </w:t>
      </w:r>
      <w:proofErr w:type="gramStart"/>
      <w:r w:rsidR="001C3AD5">
        <w:t>great</w:t>
      </w:r>
      <w:proofErr w:type="gramEnd"/>
      <w:r w:rsidR="001C3AD5">
        <w:t xml:space="preserve"> and we all had </w:t>
      </w:r>
      <w:r w:rsidR="003761C4">
        <w:t>plenty to eat followed by lots of eating and drinking.</w:t>
      </w:r>
    </w:p>
    <w:p w14:paraId="0DC1D2BD" w14:textId="784CB905" w:rsidR="00382B27" w:rsidRDefault="006B1B22">
      <w:pPr>
        <w:pStyle w:val="ListBullet"/>
        <w:rPr>
          <w:b/>
          <w:bCs/>
        </w:rPr>
      </w:pPr>
      <w:r>
        <w:rPr>
          <w:b/>
          <w:bCs/>
        </w:rPr>
        <w:t xml:space="preserve">Round 8 </w:t>
      </w:r>
      <w:proofErr w:type="spellStart"/>
      <w:r>
        <w:rPr>
          <w:b/>
          <w:bCs/>
        </w:rPr>
        <w:t>Cheapa</w:t>
      </w:r>
      <w:proofErr w:type="spellEnd"/>
      <w:r>
        <w:rPr>
          <w:b/>
          <w:bCs/>
        </w:rPr>
        <w:t xml:space="preserve"> Auto Spares Sprint Series – 18</w:t>
      </w:r>
      <w:r w:rsidRPr="006B1B22">
        <w:rPr>
          <w:b/>
          <w:bCs/>
          <w:vertAlign w:val="superscript"/>
        </w:rPr>
        <w:t>th</w:t>
      </w:r>
      <w:r>
        <w:rPr>
          <w:b/>
          <w:bCs/>
        </w:rPr>
        <w:t xml:space="preserve"> October</w:t>
      </w:r>
    </w:p>
    <w:p w14:paraId="406C31A6" w14:textId="77777777" w:rsidR="00A87BD6" w:rsidRDefault="00A87BD6" w:rsidP="00A87BD6">
      <w:pPr>
        <w:pStyle w:val="ListBullet"/>
        <w:numPr>
          <w:ilvl w:val="0"/>
          <w:numId w:val="0"/>
        </w:numPr>
        <w:rPr>
          <w:b/>
          <w:bCs/>
        </w:rPr>
      </w:pPr>
    </w:p>
    <w:p w14:paraId="0995FC9E" w14:textId="2BCCBA8A" w:rsidR="003761C4" w:rsidRDefault="003761C4" w:rsidP="00A87BD6">
      <w:pPr>
        <w:pStyle w:val="ListBullet"/>
        <w:numPr>
          <w:ilvl w:val="0"/>
          <w:numId w:val="0"/>
        </w:numPr>
      </w:pPr>
      <w:r>
        <w:t>Great turn out for this one with 26</w:t>
      </w:r>
      <w:r w:rsidR="00FE4033">
        <w:t xml:space="preserve"> entrants</w:t>
      </w:r>
      <w:r w:rsidR="00767A63">
        <w:t xml:space="preserve"> who thoroughly enjoyed their day of racing.  Results below and report from Club President, Michael.</w:t>
      </w:r>
    </w:p>
    <w:p w14:paraId="3D9FEC78" w14:textId="77777777" w:rsidR="00767A63" w:rsidRPr="003761C4" w:rsidRDefault="00767A63" w:rsidP="00A87BD6">
      <w:pPr>
        <w:pStyle w:val="ListBullet"/>
        <w:numPr>
          <w:ilvl w:val="0"/>
          <w:numId w:val="0"/>
        </w:numPr>
      </w:pPr>
    </w:p>
    <w:p w14:paraId="4DAAE78C" w14:textId="45BA6FD6" w:rsidR="00382B27" w:rsidRDefault="0020070C" w:rsidP="00A87BD6">
      <w:pPr>
        <w:pStyle w:val="ListBullet"/>
        <w:rPr>
          <w:b/>
          <w:bCs/>
        </w:rPr>
      </w:pPr>
      <w:r w:rsidRPr="0020070C">
        <w:rPr>
          <w:b/>
          <w:bCs/>
        </w:rPr>
        <w:t>Mid-Week Drive – 22</w:t>
      </w:r>
      <w:r w:rsidRPr="0020070C">
        <w:rPr>
          <w:b/>
          <w:bCs/>
          <w:vertAlign w:val="superscript"/>
        </w:rPr>
        <w:t>nd</w:t>
      </w:r>
      <w:r w:rsidRPr="0020070C">
        <w:rPr>
          <w:b/>
          <w:bCs/>
        </w:rPr>
        <w:t xml:space="preserve"> October</w:t>
      </w:r>
    </w:p>
    <w:p w14:paraId="0F149403" w14:textId="77777777" w:rsidR="00767A63" w:rsidRDefault="00767A63" w:rsidP="00767A63">
      <w:pPr>
        <w:pStyle w:val="ListBullet"/>
        <w:numPr>
          <w:ilvl w:val="0"/>
          <w:numId w:val="0"/>
        </w:numPr>
        <w:rPr>
          <w:b/>
          <w:bCs/>
        </w:rPr>
      </w:pPr>
    </w:p>
    <w:p w14:paraId="55B4BCF6" w14:textId="765ED773" w:rsidR="00767A63" w:rsidRPr="00767A63" w:rsidRDefault="00767A63" w:rsidP="00767A63">
      <w:pPr>
        <w:pStyle w:val="ListBullet"/>
        <w:numPr>
          <w:ilvl w:val="0"/>
          <w:numId w:val="0"/>
        </w:numPr>
      </w:pPr>
      <w:r>
        <w:t xml:space="preserve">Saw the guys drive to </w:t>
      </w:r>
      <w:r w:rsidR="00E8160A">
        <w:t xml:space="preserve">War </w:t>
      </w:r>
      <w:r>
        <w:t xml:space="preserve">Hero’s Café at the Woolcock Street Complex.  As </w:t>
      </w:r>
      <w:r w:rsidR="00E8160A">
        <w:t>usual,</w:t>
      </w:r>
      <w:r w:rsidR="00E370DA">
        <w:t xml:space="preserve"> </w:t>
      </w:r>
      <w:proofErr w:type="gramStart"/>
      <w:r w:rsidR="00E370DA">
        <w:t>a great</w:t>
      </w:r>
      <w:proofErr w:type="gramEnd"/>
      <w:r w:rsidR="00E370DA">
        <w:t xml:space="preserve"> drive around town followed by lots of chat and a great morning tea.</w:t>
      </w:r>
      <w:r w:rsidR="00E8160A">
        <w:t xml:space="preserve"> </w:t>
      </w:r>
      <w:proofErr w:type="gramStart"/>
      <w:r w:rsidR="00E8160A">
        <w:t>Highly</w:t>
      </w:r>
      <w:proofErr w:type="gramEnd"/>
      <w:r w:rsidR="00E8160A">
        <w:t xml:space="preserve"> recommend this </w:t>
      </w:r>
      <w:r w:rsidR="001568AE">
        <w:t>café to all!</w:t>
      </w:r>
    </w:p>
    <w:p w14:paraId="4D261EAE" w14:textId="53C29E2E" w:rsidR="00382B27" w:rsidRDefault="00F65FA4">
      <w:pPr>
        <w:pStyle w:val="Heading2"/>
        <w:rPr>
          <w:color w:val="0070C0"/>
          <w:sz w:val="32"/>
          <w:szCs w:val="32"/>
        </w:rPr>
      </w:pPr>
      <w:r w:rsidRPr="00DE6D92">
        <w:rPr>
          <w:color w:val="0070C0"/>
          <w:sz w:val="32"/>
          <w:szCs w:val="32"/>
        </w:rPr>
        <w:t>Club Announcement</w:t>
      </w:r>
      <w:r w:rsidR="00AF4860">
        <w:rPr>
          <w:color w:val="0070C0"/>
          <w:sz w:val="32"/>
          <w:szCs w:val="32"/>
        </w:rPr>
        <w:t>:</w:t>
      </w:r>
    </w:p>
    <w:p w14:paraId="3791E72E" w14:textId="77777777" w:rsidR="00525E8E" w:rsidRPr="00525E8E" w:rsidRDefault="00525E8E" w:rsidP="00525E8E"/>
    <w:p w14:paraId="1685FCC4" w14:textId="60D6D097" w:rsidR="00C664B2" w:rsidRDefault="00AF4860" w:rsidP="00AF4860">
      <w:pPr>
        <w:jc w:val="center"/>
      </w:pPr>
      <w:r>
        <w:rPr>
          <w:noProof/>
        </w:rPr>
        <w:drawing>
          <wp:inline distT="0" distB="0" distL="0" distR="0" wp14:anchorId="2C0D18A2" wp14:editId="0DC82F13">
            <wp:extent cx="3756660" cy="2504440"/>
            <wp:effectExtent l="0" t="0" r="0" b="0"/>
            <wp:docPr id="276973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973325" name="Picture 2769733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4EE39" w14:textId="5C14D4F7" w:rsidR="001568AE" w:rsidRDefault="00F0379A" w:rsidP="00F0379A">
      <w:r>
        <w:t xml:space="preserve">Come one, come all!!  Please support your club.  We would like to see as many members as we can support our annual Christmas Party.  We will be having a members draw (you need to be there to win it), raffles and door prizes.  </w:t>
      </w:r>
      <w:r w:rsidR="004E73DC">
        <w:t xml:space="preserve">Prize for the best Christmas costume! </w:t>
      </w:r>
      <w:r w:rsidR="00453C28">
        <w:t xml:space="preserve">Let me know your intention to attend.  </w:t>
      </w:r>
    </w:p>
    <w:p w14:paraId="1A8EA8EA" w14:textId="0E1DE75C" w:rsidR="00B30F5E" w:rsidRPr="00B30F5E" w:rsidRDefault="008E55B7" w:rsidP="008E55B7">
      <w:pPr>
        <w:rPr>
          <w:lang w:val="en-AU"/>
        </w:rPr>
      </w:pPr>
      <w:r w:rsidRPr="008E55B7">
        <w:rPr>
          <w:b/>
          <w:bCs/>
          <w:lang w:val="en-AU"/>
        </w:rPr>
        <w:lastRenderedPageBreak/>
        <w:t>Cost to you is $28.00 per head</w:t>
      </w:r>
      <w:r>
        <w:rPr>
          <w:lang w:val="en-AU"/>
        </w:rPr>
        <w:t xml:space="preserve"> </w:t>
      </w:r>
      <w:r w:rsidR="00B30F5E" w:rsidRPr="00B30F5E">
        <w:rPr>
          <w:lang w:val="en-AU"/>
        </w:rPr>
        <w:t>with the club subsidizing the balance.</w:t>
      </w:r>
      <w:r>
        <w:rPr>
          <w:lang w:val="en-AU"/>
        </w:rPr>
        <w:t xml:space="preserve"> </w:t>
      </w:r>
      <w:r w:rsidR="00780094">
        <w:rPr>
          <w:lang w:val="en-AU"/>
        </w:rPr>
        <w:t xml:space="preserve"> </w:t>
      </w:r>
      <w:r w:rsidR="00B40472">
        <w:rPr>
          <w:lang w:val="en-AU"/>
        </w:rPr>
        <w:t>Brothers Leagues Club, Range Room @ 6:00pm</w:t>
      </w:r>
      <w:r w:rsidR="003C5261">
        <w:rPr>
          <w:lang w:val="en-AU"/>
        </w:rPr>
        <w:t>.</w:t>
      </w:r>
      <w:r>
        <w:rPr>
          <w:lang w:val="en-AU"/>
        </w:rPr>
        <w:t xml:space="preserve"> </w:t>
      </w:r>
      <w:r w:rsidR="00B30F5E" w:rsidRPr="00B30F5E">
        <w:rPr>
          <w:lang w:val="en-AU"/>
        </w:rPr>
        <w:t>RSVP to Michele:</w:t>
      </w:r>
    </w:p>
    <w:p w14:paraId="6DF2DD1D" w14:textId="77777777" w:rsidR="00B30F5E" w:rsidRPr="00B30F5E" w:rsidRDefault="00B30F5E" w:rsidP="008A0C1E">
      <w:pPr>
        <w:spacing w:line="240" w:lineRule="auto"/>
        <w:rPr>
          <w:lang w:val="en-AU"/>
        </w:rPr>
      </w:pPr>
      <w:r w:rsidRPr="00B30F5E">
        <w:rPr>
          <w:lang w:val="en-AU"/>
        </w:rPr>
        <w:t>social@marquenq.com.au or text 0429 788 362 or respond via the website:</w:t>
      </w:r>
    </w:p>
    <w:p w14:paraId="2D3D8300" w14:textId="1919A603" w:rsidR="00B30F5E" w:rsidRDefault="00B30F5E" w:rsidP="008A0C1E">
      <w:pPr>
        <w:spacing w:line="240" w:lineRule="auto"/>
      </w:pPr>
      <w:r w:rsidRPr="00B30F5E">
        <w:rPr>
          <w:lang w:val="en-AU"/>
        </w:rPr>
        <w:t>https://marquenq.com.au/event/presentation-night</w:t>
      </w:r>
    </w:p>
    <w:p w14:paraId="2D3EA75F" w14:textId="004A72A6" w:rsidR="00CD3D9F" w:rsidRDefault="006C222A" w:rsidP="00CD3D9F">
      <w:pPr>
        <w:pStyle w:val="Heading2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November Feature Article</w:t>
      </w:r>
      <w:r w:rsidR="00BF1555">
        <w:rPr>
          <w:color w:val="0070C0"/>
          <w:sz w:val="32"/>
          <w:szCs w:val="32"/>
        </w:rPr>
        <w:t xml:space="preserve"> – by Warren Skimmings</w:t>
      </w:r>
    </w:p>
    <w:p w14:paraId="6F62D7B7" w14:textId="2251E260" w:rsidR="00BF1555" w:rsidRPr="00BF1555" w:rsidRDefault="00BF1555" w:rsidP="00BF1555">
      <w:r w:rsidRPr="00BF1555">
        <w:t xml:space="preserve">The car for this month is the very rare stunning Jaguar XK120C new replica - finished the build in the Queensland </w:t>
      </w:r>
      <w:r w:rsidR="006F21AC" w:rsidRPr="00BF1555">
        <w:t>Northwest</w:t>
      </w:r>
      <w:r w:rsidRPr="00BF1555">
        <w:t xml:space="preserve"> town of Greenvale by our member – Dick Boardman. He had retired from his last paid job in Port Moresby and bought a home in Greenvale for a very quiet existence with plenty of time for his urge to restore a few project cars he had in mind. The top of the list was this Jaguar </w:t>
      </w:r>
    </w:p>
    <w:p w14:paraId="3DFA855C" w14:textId="181B9F6C" w:rsidR="00BF1555" w:rsidRPr="00BF1555" w:rsidRDefault="00BF1555" w:rsidP="00BF1555">
      <w:r w:rsidRPr="00BF1555">
        <w:t xml:space="preserve">With his vast contacts in England – and being a member of most exclusive club in the UK – the British Racing Drivers Club who are part of the Goodwood Classic car event and Silverstone Formula1Race Track - </w:t>
      </w:r>
      <w:r w:rsidR="00BE38D2">
        <w:t>h</w:t>
      </w:r>
      <w:r w:rsidRPr="00BF1555">
        <w:t xml:space="preserve">e then contacted the company – “Nostalgia” who had the ability to manufacture a new full </w:t>
      </w:r>
      <w:r w:rsidR="00BE38D2" w:rsidRPr="00BF1555">
        <w:t>aluminum</w:t>
      </w:r>
      <w:r w:rsidRPr="00BF1555">
        <w:t xml:space="preserve"> body and new approved chassis for the Jaguar XK120C. They had bought all the </w:t>
      </w:r>
      <w:r w:rsidR="005C185D" w:rsidRPr="00BF1555">
        <w:t>molds</w:t>
      </w:r>
      <w:r w:rsidRPr="00BF1555">
        <w:t xml:space="preserve"> and chassis drawings from Jaguar who were in some financial difficulties after the very short production run of just 53 Type</w:t>
      </w:r>
      <w:r w:rsidR="005C185D">
        <w:t xml:space="preserve"> </w:t>
      </w:r>
      <w:r w:rsidRPr="00BF1555">
        <w:t>C Jaguars ever built.</w:t>
      </w:r>
    </w:p>
    <w:p w14:paraId="4EDAFA41" w14:textId="7DEF37A4" w:rsidR="00BF1555" w:rsidRPr="00BF1555" w:rsidRDefault="00BF1555" w:rsidP="00BF1555">
      <w:r w:rsidRPr="00BF1555">
        <w:t xml:space="preserve">In about 2009 </w:t>
      </w:r>
      <w:r w:rsidR="005C185D">
        <w:t xml:space="preserve">he </w:t>
      </w:r>
      <w:r w:rsidRPr="00BF1555">
        <w:t xml:space="preserve">ordered a new chassis fitted to a new full aluminum body painted the classic British Racing Green along with 6 new wire spoke wheels with race </w:t>
      </w:r>
      <w:proofErr w:type="spellStart"/>
      <w:r w:rsidRPr="00BF1555">
        <w:t>tyres</w:t>
      </w:r>
      <w:proofErr w:type="spellEnd"/>
      <w:r w:rsidRPr="00BF1555">
        <w:t xml:space="preserve"> of the era fitted. It was tied down in a shipping container and shipped to Australia and onto Greenvale. It arrived in perfect condition for Dick’s task of finding and fitting all the Jaguar mechanical parts from within Australia. I have seen the invoice just from Nostalgia – my memory has it at about 75.000UK pounds. On top of that was shipping cost. He did tell me that the total finished </w:t>
      </w:r>
      <w:r w:rsidR="006F21AC" w:rsidRPr="00BF1555">
        <w:t>cost</w:t>
      </w:r>
      <w:r w:rsidRPr="00BF1555">
        <w:t xml:space="preserve"> for this car with no </w:t>
      </w:r>
      <w:r w:rsidR="00FF323E" w:rsidRPr="00BF1555">
        <w:t>labor</w:t>
      </w:r>
      <w:r w:rsidRPr="00BF1555">
        <w:t xml:space="preserve"> included was about $250,000 A</w:t>
      </w:r>
      <w:r w:rsidR="00FF323E">
        <w:t>UD</w:t>
      </w:r>
      <w:r w:rsidRPr="00BF1555">
        <w:t xml:space="preserve">. This club jumped into the final task of assisting with Qld Registration.     </w:t>
      </w:r>
    </w:p>
    <w:p w14:paraId="41BF75AA" w14:textId="77777777" w:rsidR="00BF1555" w:rsidRDefault="00BF1555" w:rsidP="00FF323E">
      <w:pPr>
        <w:jc w:val="center"/>
      </w:pPr>
      <w:r w:rsidRPr="00BF1555">
        <w:rPr>
          <w:noProof/>
        </w:rPr>
        <w:drawing>
          <wp:inline distT="0" distB="0" distL="0" distR="0" wp14:anchorId="07811ECC" wp14:editId="721CB687">
            <wp:extent cx="3299460" cy="2474526"/>
            <wp:effectExtent l="0" t="0" r="0" b="2540"/>
            <wp:docPr id="22176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612" name="Picture 22176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86" cy="24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1E3BB" w14:textId="77777777" w:rsidR="00BF1555" w:rsidRPr="00BF1555" w:rsidRDefault="00BF1555" w:rsidP="00BF1555">
      <w:pPr>
        <w:jc w:val="center"/>
      </w:pPr>
      <w:r w:rsidRPr="00BF1555">
        <w:rPr>
          <w:noProof/>
        </w:rPr>
        <w:lastRenderedPageBreak/>
        <w:drawing>
          <wp:inline distT="0" distB="0" distL="0" distR="0" wp14:anchorId="7EE7F370" wp14:editId="49382096">
            <wp:extent cx="2758440" cy="2068773"/>
            <wp:effectExtent l="0" t="0" r="3810" b="8255"/>
            <wp:docPr id="1894582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58248" name="Picture 1894582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44" cy="207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6921" w14:textId="77777777" w:rsidR="00BF1555" w:rsidRDefault="00BF1555" w:rsidP="00BF1555">
      <w:pPr>
        <w:jc w:val="center"/>
      </w:pPr>
      <w:r w:rsidRPr="00BF1555">
        <w:rPr>
          <w:noProof/>
        </w:rPr>
        <w:drawing>
          <wp:inline distT="0" distB="0" distL="0" distR="0" wp14:anchorId="0F71F85F" wp14:editId="64FE48F1">
            <wp:extent cx="2361897" cy="2478405"/>
            <wp:effectExtent l="0" t="0" r="635" b="0"/>
            <wp:docPr id="310319182" name="Picture 5" descr="The engine of a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9182" name="Picture 5" descr="The engine of a ca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265" cy="249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20A8" w14:textId="77777777" w:rsidR="006101BA" w:rsidRPr="00BF1555" w:rsidRDefault="006101BA" w:rsidP="00BF1555">
      <w:pPr>
        <w:jc w:val="center"/>
      </w:pPr>
    </w:p>
    <w:p w14:paraId="1D7FFBEB" w14:textId="77777777" w:rsidR="00BF1555" w:rsidRPr="00BF1555" w:rsidRDefault="00BF1555" w:rsidP="00BF1555">
      <w:pPr>
        <w:jc w:val="center"/>
      </w:pPr>
      <w:r w:rsidRPr="00BF1555">
        <w:rPr>
          <w:noProof/>
        </w:rPr>
        <w:drawing>
          <wp:inline distT="0" distB="0" distL="0" distR="0" wp14:anchorId="42C3C728" wp14:editId="7D1CE0E6">
            <wp:extent cx="3528060" cy="2645973"/>
            <wp:effectExtent l="0" t="0" r="0" b="2540"/>
            <wp:docPr id="1304396414" name="Picture 6" descr="Close-up of a car eng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396414" name="Picture 6" descr="Close-up of a car engin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468" cy="266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339F" w14:textId="77777777" w:rsidR="00BF1555" w:rsidRPr="00BF1555" w:rsidRDefault="00BF1555" w:rsidP="00BF1555">
      <w:pPr>
        <w:jc w:val="center"/>
      </w:pPr>
      <w:r w:rsidRPr="00BF1555">
        <w:rPr>
          <w:noProof/>
        </w:rPr>
        <w:lastRenderedPageBreak/>
        <w:drawing>
          <wp:inline distT="0" distB="0" distL="0" distR="0" wp14:anchorId="2AFC2CD1" wp14:editId="6498C92B">
            <wp:extent cx="3794760" cy="2845991"/>
            <wp:effectExtent l="0" t="0" r="0" b="0"/>
            <wp:docPr id="1968317608" name="Picture 7" descr="The interior of a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317608" name="Picture 7" descr="The interior of a ca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486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93F05" w14:textId="0DA0C7FB" w:rsidR="00BF1555" w:rsidRPr="00BF1555" w:rsidRDefault="00BF1555" w:rsidP="00BF1555">
      <w:r w:rsidRPr="00BF1555">
        <w:t xml:space="preserve">Dick did bring this Jaguar to two events in Townsville with our club once completed – the first was at an </w:t>
      </w:r>
      <w:r w:rsidR="006101BA" w:rsidRPr="00BF1555">
        <w:t>All-British</w:t>
      </w:r>
      <w:r w:rsidRPr="00BF1555">
        <w:t xml:space="preserve"> Day at the Cathedral School and a Marque Club car show in City Markets. His Jaguar </w:t>
      </w:r>
      <w:r w:rsidR="00C1182A" w:rsidRPr="00BF1555">
        <w:t>was</w:t>
      </w:r>
      <w:r w:rsidRPr="00BF1555">
        <w:t xml:space="preserve"> sold a couple of years ago for about $200</w:t>
      </w:r>
      <w:r w:rsidR="00C1182A">
        <w:t>,</w:t>
      </w:r>
      <w:r w:rsidRPr="00BF1555">
        <w:t xml:space="preserve">000 and </w:t>
      </w:r>
      <w:r w:rsidR="00C1182A" w:rsidRPr="00BF1555">
        <w:t>rumor</w:t>
      </w:r>
      <w:r w:rsidRPr="00BF1555">
        <w:t xml:space="preserve"> has it that it was in a museum in </w:t>
      </w:r>
      <w:r w:rsidR="006F21AC" w:rsidRPr="00BF1555">
        <w:t>Southeast</w:t>
      </w:r>
      <w:r w:rsidRPr="00BF1555">
        <w:t xml:space="preserve"> Queensland. There are still only a couple of original Jaguar Type</w:t>
      </w:r>
      <w:r w:rsidR="00C1182A">
        <w:t xml:space="preserve"> </w:t>
      </w:r>
      <w:r w:rsidRPr="00BF1555">
        <w:t>C race cars still in existence in the USA and UK with a reputed price tag of several million dollars</w:t>
      </w:r>
      <w:r w:rsidR="00C1182A">
        <w:t>.</w:t>
      </w:r>
    </w:p>
    <w:p w14:paraId="6C760A96" w14:textId="6F06C74C" w:rsidR="00BF1555" w:rsidRDefault="00BF1555" w:rsidP="00BF1555">
      <w:r w:rsidRPr="00BF1555">
        <w:t>When he first moved to Greenvale he had brought with him another car – a 1981 Mitsubishi Lancer 2</w:t>
      </w:r>
      <w:r w:rsidR="00202B99">
        <w:t xml:space="preserve"> </w:t>
      </w:r>
      <w:proofErr w:type="spellStart"/>
      <w:r w:rsidRPr="00BF1555">
        <w:t>litre</w:t>
      </w:r>
      <w:proofErr w:type="spellEnd"/>
      <w:r w:rsidRPr="00BF1555">
        <w:t xml:space="preserve"> turbo AWD that needed some work as a rally car. The only rally event he ever </w:t>
      </w:r>
      <w:r w:rsidR="00202B99" w:rsidRPr="00BF1555">
        <w:t>raced</w:t>
      </w:r>
      <w:r w:rsidRPr="00BF1555">
        <w:t xml:space="preserve"> at was in the 2018 Great Barrier Reef Targa based out of Cairns. By my calculations he would have been 85 years of age for that event. On checking with a couple of Greenvale residents they tell me he is still in remarkably good health at about 90+ and has been touring around Europe in a motorhome.</w:t>
      </w:r>
    </w:p>
    <w:p w14:paraId="38C06A42" w14:textId="3B10805A" w:rsidR="00202B99" w:rsidRPr="00BF1555" w:rsidRDefault="007C7768" w:rsidP="006365B2">
      <w:pPr>
        <w:jc w:val="center"/>
      </w:pPr>
      <w:r>
        <w:rPr>
          <w:noProof/>
          <w:sz w:val="32"/>
          <w:szCs w:val="32"/>
        </w:rPr>
        <w:drawing>
          <wp:inline distT="0" distB="0" distL="0" distR="0" wp14:anchorId="0318C96D" wp14:editId="27C4C91B">
            <wp:extent cx="3634740" cy="2423160"/>
            <wp:effectExtent l="0" t="0" r="3810" b="0"/>
            <wp:docPr id="21039420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42022" name="Picture 21039420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F9E25" w14:textId="77777777" w:rsidR="00BF1555" w:rsidRPr="00BF1555" w:rsidRDefault="00BF1555" w:rsidP="00BF1555"/>
    <w:p w14:paraId="145C9C86" w14:textId="6A247351" w:rsidR="00382B27" w:rsidRPr="00C664B2" w:rsidRDefault="00F65FA4">
      <w:pPr>
        <w:pStyle w:val="Heading2"/>
        <w:rPr>
          <w:color w:val="0070C0"/>
        </w:rPr>
      </w:pPr>
      <w:r w:rsidRPr="00C664B2">
        <w:rPr>
          <w:color w:val="0070C0"/>
        </w:rPr>
        <w:t xml:space="preserve">Upcoming Events – </w:t>
      </w:r>
      <w:r w:rsidR="004D3043">
        <w:rPr>
          <w:color w:val="0070C0"/>
        </w:rPr>
        <w:t>November</w:t>
      </w:r>
      <w:r w:rsidRPr="00C664B2">
        <w:rPr>
          <w:color w:val="0070C0"/>
        </w:rPr>
        <w:t xml:space="preserve"> 2025</w:t>
      </w:r>
    </w:p>
    <w:p w14:paraId="3FED738E" w14:textId="254AB1CE" w:rsidR="00382B27" w:rsidRDefault="00FD454B">
      <w:pPr>
        <w:pStyle w:val="ListBullet"/>
      </w:pPr>
      <w:r>
        <w:t>5 November</w:t>
      </w:r>
      <w:r w:rsidR="00F65FA4">
        <w:t xml:space="preserve">: Mid-Week Drive – 9:00 AM, </w:t>
      </w:r>
      <w:proofErr w:type="spellStart"/>
      <w:r w:rsidR="00F65FA4">
        <w:t>WildCatz</w:t>
      </w:r>
      <w:proofErr w:type="spellEnd"/>
      <w:r w:rsidR="00F65FA4">
        <w:t xml:space="preserve"> Indoor Sports Arena</w:t>
      </w:r>
    </w:p>
    <w:p w14:paraId="1376F53E" w14:textId="2285AD64" w:rsidR="00382B27" w:rsidRDefault="00F65FA4">
      <w:pPr>
        <w:pStyle w:val="ListBullet"/>
      </w:pPr>
      <w:r>
        <w:t xml:space="preserve">8 </w:t>
      </w:r>
      <w:r w:rsidR="00FD454B">
        <w:t>November</w:t>
      </w:r>
      <w:r>
        <w:t xml:space="preserve">: </w:t>
      </w:r>
      <w:r w:rsidR="00003B16">
        <w:t>Monthly Club Drive – Details TBA</w:t>
      </w:r>
    </w:p>
    <w:p w14:paraId="5FDCF010" w14:textId="77777777" w:rsidR="00003B16" w:rsidRDefault="00003B16" w:rsidP="00DD58C4">
      <w:pPr>
        <w:pStyle w:val="ListBullet"/>
      </w:pPr>
      <w:r>
        <w:t>11 November</w:t>
      </w:r>
      <w:r w:rsidR="00F65FA4">
        <w:t xml:space="preserve">: </w:t>
      </w:r>
      <w:r>
        <w:t xml:space="preserve">Monthly Meeting – 7:30 PM, Rodders Club House </w:t>
      </w:r>
    </w:p>
    <w:p w14:paraId="74784A2D" w14:textId="2DD1310B" w:rsidR="00941CEE" w:rsidRDefault="00F65FA4" w:rsidP="00D4497C">
      <w:pPr>
        <w:pStyle w:val="ListBullet"/>
      </w:pPr>
      <w:r>
        <w:t>1</w:t>
      </w:r>
      <w:r w:rsidR="00941CEE">
        <w:t>9 November</w:t>
      </w:r>
      <w:r>
        <w:t xml:space="preserve">: Mid-Week Drive – 9:00 AM, </w:t>
      </w:r>
      <w:proofErr w:type="spellStart"/>
      <w:r w:rsidR="00941CEE">
        <w:t>WildCatz</w:t>
      </w:r>
      <w:proofErr w:type="spellEnd"/>
      <w:r w:rsidR="00941CEE">
        <w:t xml:space="preserve"> Indoor Sports Arena </w:t>
      </w:r>
    </w:p>
    <w:p w14:paraId="7EE58066" w14:textId="3056AAC7" w:rsidR="00382B27" w:rsidRDefault="002135E9" w:rsidP="00D4497C">
      <w:pPr>
        <w:pStyle w:val="ListBullet"/>
      </w:pPr>
      <w:r>
        <w:t>20 November</w:t>
      </w:r>
      <w:r w:rsidR="00F65FA4">
        <w:t xml:space="preserve">: </w:t>
      </w:r>
      <w:r>
        <w:t xml:space="preserve">Club Dinner – </w:t>
      </w:r>
      <w:r w:rsidR="008343AC">
        <w:t xml:space="preserve">6:30pm </w:t>
      </w:r>
      <w:r>
        <w:t>Venue TBA</w:t>
      </w:r>
    </w:p>
    <w:p w14:paraId="457BC6C9" w14:textId="1D56A2B6" w:rsidR="00382B27" w:rsidRDefault="008343AC">
      <w:pPr>
        <w:pStyle w:val="ListBullet"/>
      </w:pPr>
      <w:r>
        <w:t>29 November</w:t>
      </w:r>
      <w:r w:rsidR="00F65FA4">
        <w:t xml:space="preserve">: </w:t>
      </w:r>
      <w:r>
        <w:t>Xmas Party – 6:00pm Brothers Leagues Club</w:t>
      </w:r>
    </w:p>
    <w:p w14:paraId="02CB650C" w14:textId="4CC6085F" w:rsidR="00C664B2" w:rsidRDefault="00C664B2" w:rsidP="002730C7">
      <w:pPr>
        <w:pStyle w:val="ListBullet"/>
        <w:numPr>
          <w:ilvl w:val="0"/>
          <w:numId w:val="0"/>
        </w:numPr>
        <w:ind w:left="360"/>
      </w:pPr>
    </w:p>
    <w:tbl>
      <w:tblPr>
        <w:tblStyle w:val="TableGrid"/>
        <w:tblpPr w:leftFromText="180" w:rightFromText="180" w:vertAnchor="text" w:horzAnchor="margin" w:tblpXSpec="center" w:tblpY="144"/>
        <w:tblW w:w="10761" w:type="dxa"/>
        <w:tblLook w:val="04A0" w:firstRow="1" w:lastRow="0" w:firstColumn="1" w:lastColumn="0" w:noHBand="0" w:noVBand="1"/>
      </w:tblPr>
      <w:tblGrid>
        <w:gridCol w:w="1560"/>
        <w:gridCol w:w="1214"/>
        <w:gridCol w:w="2135"/>
        <w:gridCol w:w="1662"/>
        <w:gridCol w:w="1450"/>
        <w:gridCol w:w="1302"/>
        <w:gridCol w:w="1438"/>
      </w:tblGrid>
      <w:tr w:rsidR="00A20691" w:rsidRPr="00344156" w14:paraId="1660B8E1" w14:textId="77777777" w:rsidTr="00A20691">
        <w:trPr>
          <w:trHeight w:val="561"/>
        </w:trPr>
        <w:tc>
          <w:tcPr>
            <w:tcW w:w="1560" w:type="dxa"/>
            <w:shd w:val="clear" w:color="auto" w:fill="D6E3BC" w:themeFill="accent3" w:themeFillTint="66"/>
          </w:tcPr>
          <w:p w14:paraId="4FF036FB" w14:textId="77777777" w:rsidR="00A20691" w:rsidRPr="00344156" w:rsidRDefault="00A20691" w:rsidP="00A20691">
            <w:pPr>
              <w:jc w:val="center"/>
              <w:rPr>
                <w:rFonts w:ascii="Verdana" w:hAnsi="Verdana" w:cs="Cavolini"/>
                <w:b/>
                <w:bCs/>
                <w:sz w:val="20"/>
                <w:szCs w:val="20"/>
              </w:rPr>
            </w:pPr>
            <w:r w:rsidRPr="00344156">
              <w:rPr>
                <w:rFonts w:ascii="Verdana" w:hAnsi="Verdana" w:cs="Cavolini"/>
                <w:b/>
                <w:bCs/>
                <w:sz w:val="20"/>
                <w:szCs w:val="20"/>
              </w:rPr>
              <w:t>SUNDAY</w:t>
            </w:r>
          </w:p>
        </w:tc>
        <w:tc>
          <w:tcPr>
            <w:tcW w:w="1214" w:type="dxa"/>
            <w:shd w:val="clear" w:color="auto" w:fill="D6E3BC" w:themeFill="accent3" w:themeFillTint="66"/>
          </w:tcPr>
          <w:p w14:paraId="4D7A08D0" w14:textId="77777777" w:rsidR="00A20691" w:rsidRPr="00344156" w:rsidRDefault="00A20691" w:rsidP="00A20691">
            <w:pPr>
              <w:jc w:val="center"/>
              <w:rPr>
                <w:rFonts w:ascii="Verdana" w:hAnsi="Verdana" w:cs="Cavolini"/>
                <w:b/>
                <w:bCs/>
                <w:sz w:val="20"/>
                <w:szCs w:val="20"/>
              </w:rPr>
            </w:pPr>
            <w:r w:rsidRPr="00344156">
              <w:rPr>
                <w:rFonts w:ascii="Verdana" w:hAnsi="Verdana" w:cs="Cavolini"/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2135" w:type="dxa"/>
            <w:shd w:val="clear" w:color="auto" w:fill="D6E3BC" w:themeFill="accent3" w:themeFillTint="66"/>
          </w:tcPr>
          <w:p w14:paraId="5DB0E4EF" w14:textId="77777777" w:rsidR="00A20691" w:rsidRPr="00344156" w:rsidRDefault="00A20691" w:rsidP="00A20691">
            <w:pPr>
              <w:jc w:val="center"/>
              <w:rPr>
                <w:rFonts w:ascii="Verdana" w:hAnsi="Verdana" w:cs="Cavolini"/>
                <w:b/>
                <w:bCs/>
                <w:sz w:val="20"/>
                <w:szCs w:val="20"/>
              </w:rPr>
            </w:pPr>
            <w:r w:rsidRPr="00344156">
              <w:rPr>
                <w:rFonts w:ascii="Verdana" w:hAnsi="Verdana" w:cs="Cavolini"/>
                <w:b/>
                <w:bCs/>
                <w:sz w:val="20"/>
                <w:szCs w:val="20"/>
              </w:rPr>
              <w:t>TU</w:t>
            </w:r>
            <w:r>
              <w:rPr>
                <w:rFonts w:ascii="Verdana" w:hAnsi="Verdana" w:cs="Cavolini"/>
                <w:b/>
                <w:bCs/>
                <w:sz w:val="20"/>
                <w:szCs w:val="20"/>
              </w:rPr>
              <w:t>E</w:t>
            </w:r>
            <w:r w:rsidRPr="00344156">
              <w:rPr>
                <w:rFonts w:ascii="Verdana" w:hAnsi="Verdana" w:cs="Cavolini"/>
                <w:b/>
                <w:bCs/>
                <w:sz w:val="20"/>
                <w:szCs w:val="20"/>
              </w:rPr>
              <w:t>SDAY</w:t>
            </w:r>
          </w:p>
        </w:tc>
        <w:tc>
          <w:tcPr>
            <w:tcW w:w="1662" w:type="dxa"/>
            <w:shd w:val="clear" w:color="auto" w:fill="D6E3BC" w:themeFill="accent3" w:themeFillTint="66"/>
          </w:tcPr>
          <w:p w14:paraId="664B88B4" w14:textId="77777777" w:rsidR="00A20691" w:rsidRPr="00344156" w:rsidRDefault="00A20691" w:rsidP="00A20691">
            <w:pPr>
              <w:jc w:val="center"/>
              <w:rPr>
                <w:rFonts w:ascii="Verdana" w:hAnsi="Verdana" w:cs="Cavolini"/>
                <w:b/>
                <w:bCs/>
                <w:sz w:val="20"/>
                <w:szCs w:val="20"/>
              </w:rPr>
            </w:pPr>
            <w:r w:rsidRPr="00344156">
              <w:rPr>
                <w:rFonts w:ascii="Verdana" w:hAnsi="Verdana" w:cs="Cavolini"/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1450" w:type="dxa"/>
            <w:shd w:val="clear" w:color="auto" w:fill="D6E3BC" w:themeFill="accent3" w:themeFillTint="66"/>
          </w:tcPr>
          <w:p w14:paraId="7AC84019" w14:textId="77777777" w:rsidR="00A20691" w:rsidRPr="00344156" w:rsidRDefault="00A20691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 w:rsidRPr="00344156">
              <w:rPr>
                <w:rFonts w:ascii="Verdana" w:hAnsi="Verdana" w:cs="Cavolini"/>
                <w:b/>
                <w:bCs/>
                <w:sz w:val="20"/>
                <w:szCs w:val="20"/>
              </w:rPr>
              <w:t>THURSDAY</w:t>
            </w:r>
          </w:p>
        </w:tc>
        <w:tc>
          <w:tcPr>
            <w:tcW w:w="1302" w:type="dxa"/>
            <w:shd w:val="clear" w:color="auto" w:fill="D6E3BC" w:themeFill="accent3" w:themeFillTint="66"/>
          </w:tcPr>
          <w:p w14:paraId="6F4FEFB2" w14:textId="77777777" w:rsidR="00A20691" w:rsidRPr="00344156" w:rsidRDefault="00A20691" w:rsidP="00A20691">
            <w:pPr>
              <w:jc w:val="center"/>
              <w:rPr>
                <w:rFonts w:ascii="Verdana" w:hAnsi="Verdana" w:cs="Cavolini"/>
                <w:b/>
                <w:bCs/>
                <w:sz w:val="20"/>
                <w:szCs w:val="20"/>
              </w:rPr>
            </w:pPr>
            <w:r w:rsidRPr="00344156">
              <w:rPr>
                <w:rFonts w:ascii="Verdana" w:hAnsi="Verdana" w:cs="Cavolini"/>
                <w:b/>
                <w:bCs/>
                <w:sz w:val="20"/>
                <w:szCs w:val="20"/>
              </w:rPr>
              <w:t>FRIDAY</w:t>
            </w:r>
          </w:p>
        </w:tc>
        <w:tc>
          <w:tcPr>
            <w:tcW w:w="1438" w:type="dxa"/>
            <w:shd w:val="clear" w:color="auto" w:fill="D6E3BC" w:themeFill="accent3" w:themeFillTint="66"/>
          </w:tcPr>
          <w:p w14:paraId="68AB802A" w14:textId="77777777" w:rsidR="00A20691" w:rsidRPr="00344156" w:rsidRDefault="00A20691" w:rsidP="00A20691">
            <w:pPr>
              <w:jc w:val="center"/>
              <w:rPr>
                <w:rFonts w:ascii="Verdana" w:hAnsi="Verdana" w:cs="Cavolini"/>
                <w:b/>
                <w:bCs/>
                <w:sz w:val="20"/>
                <w:szCs w:val="20"/>
              </w:rPr>
            </w:pPr>
            <w:r w:rsidRPr="00344156">
              <w:rPr>
                <w:rFonts w:ascii="Verdana" w:hAnsi="Verdana" w:cs="Cavolini"/>
                <w:b/>
                <w:bCs/>
                <w:sz w:val="20"/>
                <w:szCs w:val="20"/>
              </w:rPr>
              <w:t>SATURDAY</w:t>
            </w:r>
          </w:p>
        </w:tc>
      </w:tr>
      <w:tr w:rsidR="00A20691" w:rsidRPr="00344156" w14:paraId="7A748A39" w14:textId="77777777" w:rsidTr="00A20691">
        <w:trPr>
          <w:trHeight w:val="599"/>
        </w:trPr>
        <w:tc>
          <w:tcPr>
            <w:tcW w:w="1560" w:type="dxa"/>
            <w:shd w:val="clear" w:color="auto" w:fill="D6E3BC" w:themeFill="accent3" w:themeFillTint="66"/>
          </w:tcPr>
          <w:p w14:paraId="17A15F9D" w14:textId="48C382A3" w:rsidR="00A20691" w:rsidRPr="00F12103" w:rsidRDefault="00CF366B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30</w:t>
            </w:r>
          </w:p>
        </w:tc>
        <w:tc>
          <w:tcPr>
            <w:tcW w:w="1214" w:type="dxa"/>
            <w:shd w:val="clear" w:color="auto" w:fill="D6E3BC" w:themeFill="accent3" w:themeFillTint="66"/>
          </w:tcPr>
          <w:p w14:paraId="24DDD5A4" w14:textId="77777777" w:rsidR="00A20691" w:rsidRPr="00344156" w:rsidRDefault="00A20691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</w:p>
        </w:tc>
        <w:tc>
          <w:tcPr>
            <w:tcW w:w="2135" w:type="dxa"/>
            <w:shd w:val="clear" w:color="auto" w:fill="D6E3BC" w:themeFill="accent3" w:themeFillTint="66"/>
          </w:tcPr>
          <w:p w14:paraId="6D59B29E" w14:textId="00C489A1" w:rsidR="00A20691" w:rsidRPr="00344156" w:rsidRDefault="00A20691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br/>
            </w:r>
          </w:p>
        </w:tc>
        <w:tc>
          <w:tcPr>
            <w:tcW w:w="1662" w:type="dxa"/>
            <w:shd w:val="clear" w:color="auto" w:fill="D6E3BC" w:themeFill="accent3" w:themeFillTint="66"/>
          </w:tcPr>
          <w:p w14:paraId="47862886" w14:textId="77777777" w:rsidR="00A20691" w:rsidRPr="00344156" w:rsidRDefault="00A20691" w:rsidP="002730C7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</w:p>
        </w:tc>
        <w:tc>
          <w:tcPr>
            <w:tcW w:w="1450" w:type="dxa"/>
            <w:shd w:val="clear" w:color="auto" w:fill="D6E3BC" w:themeFill="accent3" w:themeFillTint="66"/>
          </w:tcPr>
          <w:p w14:paraId="00CD8057" w14:textId="71AB02D3" w:rsidR="00A20691" w:rsidRPr="00344156" w:rsidRDefault="00A20691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</w:p>
        </w:tc>
        <w:tc>
          <w:tcPr>
            <w:tcW w:w="1302" w:type="dxa"/>
            <w:shd w:val="clear" w:color="auto" w:fill="D6E3BC" w:themeFill="accent3" w:themeFillTint="66"/>
          </w:tcPr>
          <w:p w14:paraId="66C12D0B" w14:textId="489844D9" w:rsidR="00A20691" w:rsidRPr="00344156" w:rsidRDefault="00A20691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</w:p>
        </w:tc>
        <w:tc>
          <w:tcPr>
            <w:tcW w:w="1438" w:type="dxa"/>
            <w:shd w:val="clear" w:color="auto" w:fill="D6E3BC" w:themeFill="accent3" w:themeFillTint="66"/>
          </w:tcPr>
          <w:p w14:paraId="1BE9FBFB" w14:textId="5E008F04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1</w:t>
            </w:r>
          </w:p>
        </w:tc>
      </w:tr>
      <w:tr w:rsidR="00A20691" w:rsidRPr="00344156" w14:paraId="7695FDD0" w14:textId="77777777" w:rsidTr="00A20691">
        <w:trPr>
          <w:trHeight w:val="561"/>
        </w:trPr>
        <w:tc>
          <w:tcPr>
            <w:tcW w:w="1560" w:type="dxa"/>
            <w:shd w:val="clear" w:color="auto" w:fill="D6E3BC" w:themeFill="accent3" w:themeFillTint="66"/>
          </w:tcPr>
          <w:p w14:paraId="63E795D4" w14:textId="579456F8" w:rsidR="00A20691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2</w:t>
            </w:r>
          </w:p>
          <w:p w14:paraId="466BE039" w14:textId="77777777" w:rsidR="00A20691" w:rsidRPr="00344156" w:rsidRDefault="00A20691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</w:p>
        </w:tc>
        <w:tc>
          <w:tcPr>
            <w:tcW w:w="1214" w:type="dxa"/>
            <w:shd w:val="clear" w:color="auto" w:fill="D6E3BC" w:themeFill="accent3" w:themeFillTint="66"/>
          </w:tcPr>
          <w:p w14:paraId="3385CE5D" w14:textId="5A083C64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3</w:t>
            </w:r>
          </w:p>
        </w:tc>
        <w:tc>
          <w:tcPr>
            <w:tcW w:w="2135" w:type="dxa"/>
            <w:shd w:val="clear" w:color="auto" w:fill="D6E3BC" w:themeFill="accent3" w:themeFillTint="66"/>
          </w:tcPr>
          <w:p w14:paraId="2F4A8F97" w14:textId="211881E1" w:rsidR="00A20691" w:rsidRPr="002B3304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4</w:t>
            </w:r>
          </w:p>
        </w:tc>
        <w:tc>
          <w:tcPr>
            <w:tcW w:w="1662" w:type="dxa"/>
            <w:shd w:val="clear" w:color="auto" w:fill="D6E3BC" w:themeFill="accent3" w:themeFillTint="66"/>
          </w:tcPr>
          <w:p w14:paraId="5A736A79" w14:textId="67E50464" w:rsidR="00A20691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5</w:t>
            </w:r>
            <w:r w:rsidR="00CF366B">
              <w:rPr>
                <w:rFonts w:ascii="Verdana" w:hAnsi="Verdana" w:cs="Cavolini"/>
                <w:sz w:val="20"/>
                <w:szCs w:val="20"/>
              </w:rPr>
              <w:br/>
              <w:t>MID WEEK DRIVE</w:t>
            </w:r>
          </w:p>
          <w:p w14:paraId="18C87CE6" w14:textId="77777777" w:rsidR="00A20691" w:rsidRPr="00344156" w:rsidRDefault="00A20691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</w:p>
        </w:tc>
        <w:tc>
          <w:tcPr>
            <w:tcW w:w="1450" w:type="dxa"/>
            <w:shd w:val="clear" w:color="auto" w:fill="D6E3BC" w:themeFill="accent3" w:themeFillTint="66"/>
          </w:tcPr>
          <w:p w14:paraId="5E6C4E55" w14:textId="7FE012FA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6</w:t>
            </w:r>
          </w:p>
        </w:tc>
        <w:tc>
          <w:tcPr>
            <w:tcW w:w="1302" w:type="dxa"/>
            <w:shd w:val="clear" w:color="auto" w:fill="D6E3BC" w:themeFill="accent3" w:themeFillTint="66"/>
          </w:tcPr>
          <w:p w14:paraId="7C05F75B" w14:textId="39990AA3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7</w:t>
            </w:r>
          </w:p>
        </w:tc>
        <w:tc>
          <w:tcPr>
            <w:tcW w:w="1438" w:type="dxa"/>
            <w:shd w:val="clear" w:color="auto" w:fill="D6E3BC" w:themeFill="accent3" w:themeFillTint="66"/>
          </w:tcPr>
          <w:p w14:paraId="0BEF4E28" w14:textId="44D5C2EF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8</w:t>
            </w:r>
            <w:r w:rsidR="00CF366B">
              <w:rPr>
                <w:rFonts w:ascii="Verdana" w:hAnsi="Verdana" w:cs="Cavolini"/>
                <w:sz w:val="20"/>
                <w:szCs w:val="20"/>
              </w:rPr>
              <w:br/>
              <w:t>CLUB DRIVE</w:t>
            </w:r>
          </w:p>
        </w:tc>
      </w:tr>
      <w:tr w:rsidR="00A20691" w:rsidRPr="00344156" w14:paraId="7A26E725" w14:textId="77777777" w:rsidTr="00A20691">
        <w:trPr>
          <w:trHeight w:val="599"/>
        </w:trPr>
        <w:tc>
          <w:tcPr>
            <w:tcW w:w="1560" w:type="dxa"/>
            <w:shd w:val="clear" w:color="auto" w:fill="D6E3BC" w:themeFill="accent3" w:themeFillTint="66"/>
          </w:tcPr>
          <w:p w14:paraId="733717FC" w14:textId="0FE2621D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9</w:t>
            </w:r>
          </w:p>
        </w:tc>
        <w:tc>
          <w:tcPr>
            <w:tcW w:w="1214" w:type="dxa"/>
            <w:shd w:val="clear" w:color="auto" w:fill="D6E3BC" w:themeFill="accent3" w:themeFillTint="66"/>
          </w:tcPr>
          <w:p w14:paraId="23A00F77" w14:textId="56D234C8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10</w:t>
            </w:r>
          </w:p>
        </w:tc>
        <w:tc>
          <w:tcPr>
            <w:tcW w:w="2135" w:type="dxa"/>
            <w:shd w:val="clear" w:color="auto" w:fill="D6E3BC" w:themeFill="accent3" w:themeFillTint="66"/>
          </w:tcPr>
          <w:p w14:paraId="4E7E17E1" w14:textId="293101E4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11</w:t>
            </w:r>
            <w:r w:rsidR="00907CFB">
              <w:rPr>
                <w:rFonts w:ascii="Verdana" w:hAnsi="Verdana" w:cs="Cavolini"/>
                <w:sz w:val="20"/>
                <w:szCs w:val="20"/>
              </w:rPr>
              <w:br/>
              <w:t>CLUB MEETING</w:t>
            </w:r>
          </w:p>
        </w:tc>
        <w:tc>
          <w:tcPr>
            <w:tcW w:w="1662" w:type="dxa"/>
            <w:shd w:val="clear" w:color="auto" w:fill="D6E3BC" w:themeFill="accent3" w:themeFillTint="66"/>
          </w:tcPr>
          <w:p w14:paraId="5666EFCC" w14:textId="03FB744A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12</w:t>
            </w:r>
          </w:p>
        </w:tc>
        <w:tc>
          <w:tcPr>
            <w:tcW w:w="1450" w:type="dxa"/>
            <w:shd w:val="clear" w:color="auto" w:fill="D6E3BC" w:themeFill="accent3" w:themeFillTint="66"/>
          </w:tcPr>
          <w:p w14:paraId="460A55E0" w14:textId="5E2115D2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13</w:t>
            </w:r>
          </w:p>
        </w:tc>
        <w:tc>
          <w:tcPr>
            <w:tcW w:w="1302" w:type="dxa"/>
            <w:shd w:val="clear" w:color="auto" w:fill="D6E3BC" w:themeFill="accent3" w:themeFillTint="66"/>
          </w:tcPr>
          <w:p w14:paraId="158D5A61" w14:textId="102E9359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14</w:t>
            </w:r>
          </w:p>
        </w:tc>
        <w:tc>
          <w:tcPr>
            <w:tcW w:w="1438" w:type="dxa"/>
            <w:shd w:val="clear" w:color="auto" w:fill="D6E3BC" w:themeFill="accent3" w:themeFillTint="66"/>
          </w:tcPr>
          <w:p w14:paraId="6AD0F335" w14:textId="6FD25418" w:rsidR="00A20691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15</w:t>
            </w:r>
          </w:p>
          <w:p w14:paraId="6D0F2C64" w14:textId="77777777" w:rsidR="00A20691" w:rsidRPr="00344156" w:rsidRDefault="00A20691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</w:p>
        </w:tc>
      </w:tr>
      <w:tr w:rsidR="00A20691" w:rsidRPr="00344156" w14:paraId="7644ABAA" w14:textId="77777777" w:rsidTr="00A20691">
        <w:trPr>
          <w:trHeight w:val="561"/>
        </w:trPr>
        <w:tc>
          <w:tcPr>
            <w:tcW w:w="1560" w:type="dxa"/>
            <w:shd w:val="clear" w:color="auto" w:fill="D6E3BC" w:themeFill="accent3" w:themeFillTint="66"/>
          </w:tcPr>
          <w:p w14:paraId="417E6928" w14:textId="49D6B9A1" w:rsidR="00A20691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16</w:t>
            </w:r>
          </w:p>
          <w:p w14:paraId="299500F8" w14:textId="77777777" w:rsidR="00A20691" w:rsidRPr="00344156" w:rsidRDefault="00A20691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</w:p>
        </w:tc>
        <w:tc>
          <w:tcPr>
            <w:tcW w:w="1214" w:type="dxa"/>
            <w:shd w:val="clear" w:color="auto" w:fill="D6E3BC" w:themeFill="accent3" w:themeFillTint="66"/>
          </w:tcPr>
          <w:p w14:paraId="5452F0FA" w14:textId="7801CD91" w:rsidR="00A20691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17</w:t>
            </w:r>
          </w:p>
          <w:p w14:paraId="0CF37A38" w14:textId="77777777" w:rsidR="00A20691" w:rsidRPr="00344156" w:rsidRDefault="00A20691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</w:p>
        </w:tc>
        <w:tc>
          <w:tcPr>
            <w:tcW w:w="2135" w:type="dxa"/>
            <w:shd w:val="clear" w:color="auto" w:fill="D6E3BC" w:themeFill="accent3" w:themeFillTint="66"/>
          </w:tcPr>
          <w:p w14:paraId="73A47030" w14:textId="2385FB18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18</w:t>
            </w:r>
          </w:p>
        </w:tc>
        <w:tc>
          <w:tcPr>
            <w:tcW w:w="1662" w:type="dxa"/>
            <w:shd w:val="clear" w:color="auto" w:fill="D6E3BC" w:themeFill="accent3" w:themeFillTint="66"/>
          </w:tcPr>
          <w:p w14:paraId="0670C3F9" w14:textId="686B3EAC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19</w:t>
            </w:r>
            <w:r w:rsidR="00907CFB">
              <w:rPr>
                <w:rFonts w:ascii="Verdana" w:hAnsi="Verdana" w:cs="Cavolini"/>
                <w:sz w:val="20"/>
                <w:szCs w:val="20"/>
              </w:rPr>
              <w:br/>
              <w:t>MID WEEK DRIVE</w:t>
            </w:r>
          </w:p>
        </w:tc>
        <w:tc>
          <w:tcPr>
            <w:tcW w:w="1450" w:type="dxa"/>
            <w:shd w:val="clear" w:color="auto" w:fill="D6E3BC" w:themeFill="accent3" w:themeFillTint="66"/>
          </w:tcPr>
          <w:p w14:paraId="2F1AD58A" w14:textId="1C2BD5DC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20</w:t>
            </w:r>
            <w:r w:rsidR="00907CFB">
              <w:rPr>
                <w:rFonts w:ascii="Verdana" w:hAnsi="Verdana" w:cs="Cavolini"/>
                <w:sz w:val="20"/>
                <w:szCs w:val="20"/>
              </w:rPr>
              <w:br/>
              <w:t>CLUB DINNER</w:t>
            </w:r>
          </w:p>
        </w:tc>
        <w:tc>
          <w:tcPr>
            <w:tcW w:w="1302" w:type="dxa"/>
            <w:shd w:val="clear" w:color="auto" w:fill="D6E3BC" w:themeFill="accent3" w:themeFillTint="66"/>
          </w:tcPr>
          <w:p w14:paraId="337EDDCF" w14:textId="3042401A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21</w:t>
            </w:r>
          </w:p>
        </w:tc>
        <w:tc>
          <w:tcPr>
            <w:tcW w:w="1438" w:type="dxa"/>
            <w:shd w:val="clear" w:color="auto" w:fill="D6E3BC" w:themeFill="accent3" w:themeFillTint="66"/>
          </w:tcPr>
          <w:p w14:paraId="25101D67" w14:textId="207D4081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22</w:t>
            </w:r>
          </w:p>
        </w:tc>
      </w:tr>
      <w:tr w:rsidR="00A20691" w:rsidRPr="00344156" w14:paraId="6FE20613" w14:textId="77777777" w:rsidTr="00A20691">
        <w:trPr>
          <w:trHeight w:val="599"/>
        </w:trPr>
        <w:tc>
          <w:tcPr>
            <w:tcW w:w="1560" w:type="dxa"/>
            <w:shd w:val="clear" w:color="auto" w:fill="D6E3BC" w:themeFill="accent3" w:themeFillTint="66"/>
          </w:tcPr>
          <w:p w14:paraId="437AA240" w14:textId="155C300B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23</w:t>
            </w:r>
          </w:p>
        </w:tc>
        <w:tc>
          <w:tcPr>
            <w:tcW w:w="1214" w:type="dxa"/>
            <w:shd w:val="clear" w:color="auto" w:fill="D6E3BC" w:themeFill="accent3" w:themeFillTint="66"/>
          </w:tcPr>
          <w:p w14:paraId="52AF5714" w14:textId="3B077CF1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24</w:t>
            </w:r>
          </w:p>
        </w:tc>
        <w:tc>
          <w:tcPr>
            <w:tcW w:w="2135" w:type="dxa"/>
            <w:shd w:val="clear" w:color="auto" w:fill="D6E3BC" w:themeFill="accent3" w:themeFillTint="66"/>
          </w:tcPr>
          <w:p w14:paraId="2BAC6E56" w14:textId="7E6904A4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25</w:t>
            </w:r>
          </w:p>
        </w:tc>
        <w:tc>
          <w:tcPr>
            <w:tcW w:w="1662" w:type="dxa"/>
            <w:shd w:val="clear" w:color="auto" w:fill="D6E3BC" w:themeFill="accent3" w:themeFillTint="66"/>
          </w:tcPr>
          <w:p w14:paraId="1111AB71" w14:textId="5FFD4F0D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26</w:t>
            </w:r>
          </w:p>
        </w:tc>
        <w:tc>
          <w:tcPr>
            <w:tcW w:w="1450" w:type="dxa"/>
            <w:shd w:val="clear" w:color="auto" w:fill="D6E3BC" w:themeFill="accent3" w:themeFillTint="66"/>
          </w:tcPr>
          <w:p w14:paraId="6DEACB7D" w14:textId="02324F54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27</w:t>
            </w:r>
          </w:p>
        </w:tc>
        <w:tc>
          <w:tcPr>
            <w:tcW w:w="1302" w:type="dxa"/>
            <w:shd w:val="clear" w:color="auto" w:fill="D6E3BC" w:themeFill="accent3" w:themeFillTint="66"/>
          </w:tcPr>
          <w:p w14:paraId="638D7883" w14:textId="54C63607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28</w:t>
            </w:r>
          </w:p>
        </w:tc>
        <w:tc>
          <w:tcPr>
            <w:tcW w:w="1438" w:type="dxa"/>
            <w:shd w:val="clear" w:color="auto" w:fill="D6E3BC" w:themeFill="accent3" w:themeFillTint="66"/>
          </w:tcPr>
          <w:p w14:paraId="45552E67" w14:textId="6AF28931" w:rsidR="00A20691" w:rsidRPr="00344156" w:rsidRDefault="002730C7" w:rsidP="00A20691">
            <w:pPr>
              <w:jc w:val="center"/>
              <w:rPr>
                <w:rFonts w:ascii="Verdana" w:hAnsi="Verdana" w:cs="Cavolini"/>
                <w:sz w:val="20"/>
                <w:szCs w:val="20"/>
              </w:rPr>
            </w:pPr>
            <w:r>
              <w:rPr>
                <w:rFonts w:ascii="Verdana" w:hAnsi="Verdana" w:cs="Cavolini"/>
                <w:sz w:val="20"/>
                <w:szCs w:val="20"/>
              </w:rPr>
              <w:t>29</w:t>
            </w:r>
            <w:r w:rsidR="00442911">
              <w:rPr>
                <w:rFonts w:ascii="Verdana" w:hAnsi="Verdana" w:cs="Cavolini"/>
                <w:sz w:val="20"/>
                <w:szCs w:val="20"/>
              </w:rPr>
              <w:br/>
              <w:t>XMAS PARTY</w:t>
            </w:r>
          </w:p>
        </w:tc>
      </w:tr>
    </w:tbl>
    <w:p w14:paraId="4D0FECE1" w14:textId="77777777" w:rsidR="00A20691" w:rsidRDefault="00A20691">
      <w:pPr>
        <w:pStyle w:val="Heading2"/>
        <w:rPr>
          <w:color w:val="0070C0"/>
        </w:rPr>
      </w:pPr>
    </w:p>
    <w:p w14:paraId="76FF55D1" w14:textId="77777777" w:rsidR="00382B27" w:rsidRPr="00C664B2" w:rsidRDefault="00F65FA4">
      <w:pPr>
        <w:pStyle w:val="Heading2"/>
        <w:rPr>
          <w:color w:val="0070C0"/>
        </w:rPr>
      </w:pPr>
      <w:r w:rsidRPr="00C664B2">
        <w:rPr>
          <w:color w:val="0070C0"/>
        </w:rPr>
        <w:t>FNQ Chapter</w:t>
      </w:r>
    </w:p>
    <w:p w14:paraId="3C8C2A36" w14:textId="77777777" w:rsidR="00382B27" w:rsidRDefault="00F65FA4">
      <w:r>
        <w:t xml:space="preserve">Weekly drives meet at 9:00 AM every Wednesday at the </w:t>
      </w:r>
      <w:proofErr w:type="spellStart"/>
      <w:r>
        <w:t>Tolga</w:t>
      </w:r>
      <w:proofErr w:type="spellEnd"/>
      <w:r>
        <w:t xml:space="preserve"> Pub. Recent destinations include the Gillies Roadhouse.</w:t>
      </w:r>
      <w:r>
        <w:br/>
      </w:r>
    </w:p>
    <w:p w14:paraId="683C3A0C" w14:textId="77777777" w:rsidR="00382B27" w:rsidRPr="00C664B2" w:rsidRDefault="00F65FA4">
      <w:pPr>
        <w:pStyle w:val="Heading2"/>
        <w:rPr>
          <w:color w:val="0070C0"/>
        </w:rPr>
      </w:pPr>
      <w:r w:rsidRPr="00C664B2">
        <w:rPr>
          <w:color w:val="0070C0"/>
        </w:rPr>
        <w:t>Weekly Sunday Drives</w:t>
      </w:r>
    </w:p>
    <w:p w14:paraId="698BD5CB" w14:textId="77777777" w:rsidR="00382B27" w:rsidRDefault="00F65FA4">
      <w:r>
        <w:t xml:space="preserve">Meet every Sunday at 9:00 AM </w:t>
      </w:r>
      <w:proofErr w:type="gramStart"/>
      <w:r>
        <w:t>at</w:t>
      </w:r>
      <w:proofErr w:type="gramEnd"/>
      <w:r>
        <w:t xml:space="preserve"> Sk8way for a casual, destination-decided-on-the-day drive. All SIV drivers welcome!</w:t>
      </w:r>
    </w:p>
    <w:p w14:paraId="3495BB1E" w14:textId="77777777" w:rsidR="00DE6D92" w:rsidRDefault="00DE6D92"/>
    <w:p w14:paraId="6F3836BA" w14:textId="202387D0" w:rsidR="00382B27" w:rsidRPr="00C664B2" w:rsidRDefault="00F65FA4">
      <w:pPr>
        <w:pStyle w:val="Heading2"/>
        <w:rPr>
          <w:color w:val="0070C0"/>
        </w:rPr>
      </w:pPr>
      <w:r w:rsidRPr="00C664B2">
        <w:rPr>
          <w:color w:val="0070C0"/>
        </w:rPr>
        <w:t xml:space="preserve">Motorsport Highlights – </w:t>
      </w:r>
      <w:r w:rsidR="00442911">
        <w:rPr>
          <w:color w:val="0070C0"/>
        </w:rPr>
        <w:t>November</w:t>
      </w:r>
      <w:r w:rsidRPr="00C664B2">
        <w:rPr>
          <w:color w:val="0070C0"/>
        </w:rPr>
        <w:t xml:space="preserve"> 2025</w:t>
      </w:r>
    </w:p>
    <w:p w14:paraId="5EE238D4" w14:textId="77777777" w:rsidR="007301DA" w:rsidRDefault="007301DA">
      <w:pPr>
        <w:pStyle w:val="ListBullet"/>
      </w:pPr>
      <w:r w:rsidRPr="007301DA">
        <w:t>The Phillip Island Auto </w:t>
      </w:r>
      <w:r w:rsidRPr="007301DA">
        <w:rPr>
          <w:b/>
          <w:bCs/>
        </w:rPr>
        <w:t>Racing</w:t>
      </w:r>
      <w:r w:rsidRPr="007301DA">
        <w:t> Club's (PIARC) annual Island Magic event returns to the Phillip Island Circuit on </w:t>
      </w:r>
      <w:r w:rsidRPr="007301DA">
        <w:rPr>
          <w:b/>
          <w:bCs/>
        </w:rPr>
        <w:t>November 22</w:t>
      </w:r>
      <w:r w:rsidRPr="007301DA">
        <w:t> and </w:t>
      </w:r>
      <w:r w:rsidRPr="007301DA">
        <w:rPr>
          <w:b/>
          <w:bCs/>
        </w:rPr>
        <w:t>23, 2025</w:t>
      </w:r>
      <w:r w:rsidRPr="007301DA">
        <w:t xml:space="preserve">. </w:t>
      </w:r>
    </w:p>
    <w:p w14:paraId="248E842A" w14:textId="49E880B0" w:rsidR="00382B27" w:rsidRDefault="00D65C84">
      <w:pPr>
        <w:pStyle w:val="ListBullet"/>
      </w:pPr>
      <w:r>
        <w:t>27-30 November</w:t>
      </w:r>
      <w:r w:rsidR="00F65FA4">
        <w:t xml:space="preserve">: </w:t>
      </w:r>
      <w:r w:rsidR="00076D24">
        <w:t>Repco Supercar Championship Adelaide</w:t>
      </w:r>
    </w:p>
    <w:p w14:paraId="2DEB5C21" w14:textId="33B689FB" w:rsidR="00DE6D92" w:rsidRDefault="00A30972" w:rsidP="00A30972">
      <w:pPr>
        <w:pStyle w:val="ListBullet"/>
        <w:tabs>
          <w:tab w:val="clear" w:pos="360"/>
          <w:tab w:val="num" w:pos="0"/>
          <w:tab w:val="num" w:pos="1897"/>
        </w:tabs>
      </w:pPr>
      <w:r w:rsidRPr="00A30972">
        <w:lastRenderedPageBreak/>
        <w:t>GASOLINE ALLEY RIDE NIGHT · Sat 1 Nov 2025</w:t>
      </w:r>
    </w:p>
    <w:p w14:paraId="393A276B" w14:textId="77777777" w:rsidR="00382B27" w:rsidRPr="00C664B2" w:rsidRDefault="00F65FA4">
      <w:pPr>
        <w:pStyle w:val="Heading2"/>
        <w:rPr>
          <w:color w:val="0070C0"/>
        </w:rPr>
      </w:pPr>
      <w:r w:rsidRPr="00C664B2">
        <w:rPr>
          <w:color w:val="0070C0"/>
        </w:rPr>
        <w:t>From the President</w:t>
      </w:r>
    </w:p>
    <w:p w14:paraId="5832EBD2" w14:textId="77777777" w:rsidR="004F5BFB" w:rsidRDefault="00A20691" w:rsidP="004F5A98">
      <w:pPr>
        <w:jc w:val="both"/>
        <w:rPr>
          <w:b/>
          <w:bCs/>
          <w:u w:val="single"/>
        </w:rPr>
      </w:pPr>
      <w:proofErr w:type="spellStart"/>
      <w:r w:rsidRPr="00A20691">
        <w:rPr>
          <w:b/>
          <w:bCs/>
          <w:u w:val="single"/>
        </w:rPr>
        <w:t>Cheapa</w:t>
      </w:r>
      <w:proofErr w:type="spellEnd"/>
      <w:r w:rsidRPr="00A20691">
        <w:rPr>
          <w:b/>
          <w:bCs/>
          <w:u w:val="single"/>
        </w:rPr>
        <w:t xml:space="preserve"> Auto Spares Sprint Series – Round </w:t>
      </w:r>
      <w:r w:rsidR="00A30972">
        <w:rPr>
          <w:b/>
          <w:bCs/>
          <w:u w:val="single"/>
        </w:rPr>
        <w:t>8</w:t>
      </w:r>
    </w:p>
    <w:p w14:paraId="33FF19B8" w14:textId="77777777" w:rsidR="00694B16" w:rsidRPr="00694B16" w:rsidRDefault="00694B16" w:rsidP="00694B16">
      <w:r w:rsidRPr="00694B16">
        <w:t xml:space="preserve">Well, that is it. We are done for the year, and much fun has been had. I would like to thank </w:t>
      </w:r>
      <w:proofErr w:type="spellStart"/>
      <w:r w:rsidRPr="00694B16">
        <w:t>Cheapa</w:t>
      </w:r>
      <w:proofErr w:type="spellEnd"/>
      <w:r w:rsidRPr="00694B16">
        <w:t xml:space="preserve"> Auto Spares for their ongoing support of our event, with Phil already committing to our series for the next year.</w:t>
      </w:r>
    </w:p>
    <w:p w14:paraId="5C8A7638" w14:textId="77777777" w:rsidR="00694B16" w:rsidRPr="00694B16" w:rsidRDefault="00694B16" w:rsidP="00694B16">
      <w:r w:rsidRPr="00694B16">
        <w:t>Next, I must mention our hard-working volunteers. Without our magnificent crew, we would not have these events. They work tirelessly, with a lot of work being done prior to the event, during the event and of course after the event.</w:t>
      </w:r>
    </w:p>
    <w:p w14:paraId="46E61C08" w14:textId="77777777" w:rsidR="00694B16" w:rsidRPr="00694B16" w:rsidRDefault="00694B16" w:rsidP="00694B16">
      <w:r w:rsidRPr="00694B16">
        <w:t>Finally, thanks to all our competitors. I must admit that I enjoy our events. I think it is great watching the improvements made by many of our competitors.</w:t>
      </w:r>
    </w:p>
    <w:p w14:paraId="04CE4902" w14:textId="77777777" w:rsidR="00694B16" w:rsidRPr="00694B16" w:rsidRDefault="00694B16" w:rsidP="00694B16">
      <w:pPr>
        <w:ind w:firstLine="720"/>
      </w:pPr>
      <w:r w:rsidRPr="00694B16">
        <w:t>So, onto the event.</w:t>
      </w:r>
    </w:p>
    <w:p w14:paraId="78D38CFE" w14:textId="4BEC6CC5" w:rsidR="00694B16" w:rsidRPr="00694B16" w:rsidRDefault="00694B16" w:rsidP="00694B16">
      <w:r w:rsidRPr="00694B16">
        <w:t>Class 2</w:t>
      </w:r>
      <w:r w:rsidRPr="00694B16">
        <w:tab/>
        <w:t>The Hyundai Excel class plus the Swift. Jayke Clouton continued his untouchable run in the super swift Excel (ha ha). 2</w:t>
      </w:r>
      <w:r w:rsidRPr="00694B16">
        <w:rPr>
          <w:vertAlign w:val="superscript"/>
        </w:rPr>
        <w:t>nd</w:t>
      </w:r>
      <w:r w:rsidRPr="00694B16">
        <w:t xml:space="preserve"> in </w:t>
      </w:r>
      <w:r w:rsidR="004B3965" w:rsidRPr="00694B16">
        <w:t>class was</w:t>
      </w:r>
      <w:r w:rsidRPr="00694B16">
        <w:t xml:space="preserve"> relative </w:t>
      </w:r>
      <w:proofErr w:type="gramStart"/>
      <w:r w:rsidRPr="00694B16">
        <w:t>new comer</w:t>
      </w:r>
      <w:proofErr w:type="gramEnd"/>
      <w:r w:rsidRPr="00694B16">
        <w:t xml:space="preserve"> Stacey Lee with Cam Brown 3</w:t>
      </w:r>
      <w:r w:rsidRPr="00694B16">
        <w:rPr>
          <w:vertAlign w:val="superscript"/>
        </w:rPr>
        <w:t>rd</w:t>
      </w:r>
      <w:r w:rsidRPr="00694B16">
        <w:t xml:space="preserve"> in the swift. Phil Wilcox and Liat Talora 4</w:t>
      </w:r>
      <w:r w:rsidRPr="00694B16">
        <w:rPr>
          <w:vertAlign w:val="superscript"/>
        </w:rPr>
        <w:t>th</w:t>
      </w:r>
      <w:r w:rsidRPr="00694B16">
        <w:t xml:space="preserve"> and 5</w:t>
      </w:r>
      <w:r w:rsidRPr="00694B16">
        <w:rPr>
          <w:vertAlign w:val="superscript"/>
        </w:rPr>
        <w:t>th</w:t>
      </w:r>
      <w:r w:rsidRPr="00694B16">
        <w:t>, and a sneaking suspicion Dale Stevenson did not run a transponder.</w:t>
      </w:r>
    </w:p>
    <w:p w14:paraId="66D4E01C" w14:textId="7BCA6B34" w:rsidR="00694B16" w:rsidRPr="00694B16" w:rsidRDefault="00694B16" w:rsidP="00694B16">
      <w:r w:rsidRPr="00694B16">
        <w:t>Class 3</w:t>
      </w:r>
      <w:r w:rsidRPr="00694B16">
        <w:tab/>
        <w:t>First timer Fred Van Der Hayden won the class with a great time of 1 minute 30, Alex Teazis and Ian Jorganson rounding out the podium places. Silvano was pipped into 4</w:t>
      </w:r>
      <w:r w:rsidRPr="00694B16">
        <w:rPr>
          <w:vertAlign w:val="superscript"/>
        </w:rPr>
        <w:t>th</w:t>
      </w:r>
      <w:r w:rsidRPr="00694B16">
        <w:t>, with Troy Tappenden and Simon Howser covering 5</w:t>
      </w:r>
      <w:r w:rsidRPr="00694B16">
        <w:rPr>
          <w:vertAlign w:val="superscript"/>
        </w:rPr>
        <w:t>th</w:t>
      </w:r>
      <w:r w:rsidRPr="00694B16">
        <w:t xml:space="preserve"> and 6</w:t>
      </w:r>
      <w:r w:rsidRPr="00694B16">
        <w:rPr>
          <w:vertAlign w:val="superscript"/>
        </w:rPr>
        <w:t>th</w:t>
      </w:r>
      <w:r w:rsidR="004960CC">
        <w:t xml:space="preserve"> and</w:t>
      </w:r>
      <w:r w:rsidRPr="00694B16">
        <w:t xml:space="preserve"> 7</w:t>
      </w:r>
      <w:r w:rsidRPr="00694B16">
        <w:rPr>
          <w:vertAlign w:val="superscript"/>
        </w:rPr>
        <w:t>th</w:t>
      </w:r>
      <w:r w:rsidRPr="00694B16">
        <w:t xml:space="preserve"> i</w:t>
      </w:r>
      <w:r w:rsidR="004960CC">
        <w:t>n</w:t>
      </w:r>
      <w:r w:rsidRPr="00694B16">
        <w:t xml:space="preserve"> class, Nadine Jorgensen, with my vote for the drive of the day. Nadine’s 1</w:t>
      </w:r>
      <w:r w:rsidRPr="00694B16">
        <w:rPr>
          <w:vertAlign w:val="superscript"/>
        </w:rPr>
        <w:t>st</w:t>
      </w:r>
      <w:r w:rsidRPr="00694B16">
        <w:t xml:space="preserve"> lap was a </w:t>
      </w:r>
      <w:r w:rsidR="004960CC" w:rsidRPr="00694B16">
        <w:t>2-minute</w:t>
      </w:r>
      <w:r w:rsidRPr="00694B16">
        <w:t xml:space="preserve"> run, but by end of the day had got down to 1 minute 39, awesome result.</w:t>
      </w:r>
    </w:p>
    <w:p w14:paraId="0FA68B7C" w14:textId="4A95C045" w:rsidR="00694B16" w:rsidRPr="00694B16" w:rsidRDefault="00694B16" w:rsidP="00694B16">
      <w:r w:rsidRPr="00694B16">
        <w:t>Class 4</w:t>
      </w:r>
      <w:r w:rsidRPr="00694B16">
        <w:tab/>
        <w:t>DATSUN 1600, what else can I say. Michael C</w:t>
      </w:r>
      <w:r w:rsidR="006E523D">
        <w:t>u</w:t>
      </w:r>
      <w:r w:rsidRPr="00694B16">
        <w:t xml:space="preserve">tuli’s new toy is </w:t>
      </w:r>
      <w:proofErr w:type="gramStart"/>
      <w:r w:rsidRPr="00694B16">
        <w:t>really cool</w:t>
      </w:r>
      <w:proofErr w:type="gramEnd"/>
      <w:r w:rsidRPr="00694B16">
        <w:t xml:space="preserve">, and a 1 minute 19 lap time is just as cool as the car. Great result, great car and as soon as he moves the </w:t>
      </w:r>
      <w:r w:rsidR="006E523D" w:rsidRPr="00694B16">
        <w:t>driver’s</w:t>
      </w:r>
      <w:r w:rsidRPr="00694B16">
        <w:t xml:space="preserve"> seat </w:t>
      </w:r>
      <w:r w:rsidR="006E523D" w:rsidRPr="00694B16">
        <w:t>back,</w:t>
      </w:r>
      <w:r w:rsidRPr="00694B16">
        <w:t xml:space="preserve"> I will be fine to drive the beast. Lindsay Stone was fast enough for 2</w:t>
      </w:r>
      <w:r w:rsidRPr="00694B16">
        <w:rPr>
          <w:vertAlign w:val="superscript"/>
        </w:rPr>
        <w:t>nd</w:t>
      </w:r>
      <w:r w:rsidRPr="00694B16">
        <w:t>, with the unlucky Pat Barnett finishing 3</w:t>
      </w:r>
      <w:r w:rsidRPr="00694B16">
        <w:rPr>
          <w:vertAlign w:val="superscript"/>
        </w:rPr>
        <w:t>rd</w:t>
      </w:r>
      <w:r w:rsidRPr="00694B16">
        <w:t xml:space="preserve"> with his 2 timed laps. 4</w:t>
      </w:r>
      <w:r w:rsidRPr="00694B16">
        <w:rPr>
          <w:vertAlign w:val="superscript"/>
        </w:rPr>
        <w:t>th</w:t>
      </w:r>
      <w:r w:rsidRPr="00694B16">
        <w:t xml:space="preserve"> and 5</w:t>
      </w:r>
      <w:r w:rsidRPr="00694B16">
        <w:rPr>
          <w:vertAlign w:val="superscript"/>
        </w:rPr>
        <w:t>th</w:t>
      </w:r>
      <w:r w:rsidRPr="00694B16">
        <w:t xml:space="preserve"> were the Hyundai </w:t>
      </w:r>
      <w:r w:rsidR="006E523D" w:rsidRPr="00694B16">
        <w:t>Ns</w:t>
      </w:r>
      <w:r w:rsidRPr="00694B16">
        <w:t xml:space="preserve"> of Daniel Bott and Ross Reynolds with Peter Harben in the V6 Celica in 6</w:t>
      </w:r>
      <w:r w:rsidRPr="00694B16">
        <w:rPr>
          <w:vertAlign w:val="superscript"/>
        </w:rPr>
        <w:t>th</w:t>
      </w:r>
      <w:r w:rsidRPr="00694B16">
        <w:t>. 7</w:t>
      </w:r>
      <w:r w:rsidRPr="00694B16">
        <w:rPr>
          <w:vertAlign w:val="superscript"/>
        </w:rPr>
        <w:t>th</w:t>
      </w:r>
      <w:r w:rsidRPr="00694B16">
        <w:t xml:space="preserve"> was another N being driven by Scott Olufson with Andrew Kearney and Michael Ellis in </w:t>
      </w:r>
      <w:r w:rsidR="004C4634" w:rsidRPr="00694B16">
        <w:t>their</w:t>
      </w:r>
      <w:r w:rsidRPr="00694B16">
        <w:t xml:space="preserve"> Commodores covering 8</w:t>
      </w:r>
      <w:r w:rsidRPr="00694B16">
        <w:rPr>
          <w:vertAlign w:val="superscript"/>
        </w:rPr>
        <w:t>th</w:t>
      </w:r>
      <w:r w:rsidRPr="00694B16">
        <w:t xml:space="preserve"> and 9</w:t>
      </w:r>
      <w:r w:rsidRPr="00694B16">
        <w:rPr>
          <w:vertAlign w:val="superscript"/>
        </w:rPr>
        <w:t>th</w:t>
      </w:r>
      <w:r w:rsidRPr="00694B16">
        <w:t>.</w:t>
      </w:r>
    </w:p>
    <w:p w14:paraId="0341CA73" w14:textId="77777777" w:rsidR="00694B16" w:rsidRPr="00694B16" w:rsidRDefault="00694B16" w:rsidP="00694B16">
      <w:r w:rsidRPr="00694B16">
        <w:t>Class 5</w:t>
      </w:r>
      <w:r w:rsidRPr="00694B16">
        <w:tab/>
        <w:t>Dominated by Benjamin Brooksby.</w:t>
      </w:r>
    </w:p>
    <w:p w14:paraId="0E004C50" w14:textId="378163B5" w:rsidR="00694B16" w:rsidRPr="00694B16" w:rsidRDefault="00694B16" w:rsidP="00694B16">
      <w:r w:rsidRPr="00694B16">
        <w:t>Class 6</w:t>
      </w:r>
      <w:r w:rsidRPr="00694B16">
        <w:tab/>
        <w:t xml:space="preserve">Corbin Cutting with his </w:t>
      </w:r>
      <w:r w:rsidR="004C4634" w:rsidRPr="00694B16">
        <w:t>first-class</w:t>
      </w:r>
      <w:r w:rsidRPr="00694B16">
        <w:t xml:space="preserve"> win (I think), John Sinclair </w:t>
      </w:r>
      <w:r w:rsidR="00F55629" w:rsidRPr="00694B16">
        <w:t>took</w:t>
      </w:r>
      <w:r w:rsidRPr="00694B16">
        <w:t xml:space="preserve"> out second and Bradley Gilroy in 3</w:t>
      </w:r>
      <w:r w:rsidRPr="00694B16">
        <w:rPr>
          <w:vertAlign w:val="superscript"/>
        </w:rPr>
        <w:t>rd</w:t>
      </w:r>
      <w:r w:rsidRPr="00694B16">
        <w:t>.</w:t>
      </w:r>
    </w:p>
    <w:p w14:paraId="06692022" w14:textId="4B7F0F8F" w:rsidR="00694B16" w:rsidRPr="00694B16" w:rsidRDefault="00694B16" w:rsidP="00694B16">
      <w:r w:rsidRPr="00694B16">
        <w:t>OUTRIGHT</w:t>
      </w:r>
      <w:r w:rsidR="004C4634">
        <w:t>:</w:t>
      </w:r>
      <w:r w:rsidRPr="00694B16">
        <w:tab/>
        <w:t>Michael Catuli, Datsun 1600. Once again, wow. 2</w:t>
      </w:r>
      <w:r w:rsidRPr="00694B16">
        <w:rPr>
          <w:vertAlign w:val="superscript"/>
        </w:rPr>
        <w:t>nd</w:t>
      </w:r>
      <w:r w:rsidRPr="00694B16">
        <w:t xml:space="preserve"> was Lindsay Stone in the RX7 and Corbin Cutting an excellent 3</w:t>
      </w:r>
      <w:r w:rsidRPr="00694B16">
        <w:rPr>
          <w:vertAlign w:val="superscript"/>
        </w:rPr>
        <w:t>rd</w:t>
      </w:r>
      <w:r w:rsidRPr="00694B16">
        <w:t xml:space="preserve"> outright.</w:t>
      </w:r>
    </w:p>
    <w:p w14:paraId="18E141D9" w14:textId="066E85EE" w:rsidR="00694B16" w:rsidRDefault="00F55629" w:rsidP="00694B16">
      <w:r w:rsidRPr="00694B16">
        <w:t>As</w:t>
      </w:r>
      <w:r w:rsidR="00694B16" w:rsidRPr="00694B16">
        <w:t xml:space="preserve"> usual, </w:t>
      </w:r>
      <w:r w:rsidRPr="00694B16">
        <w:t>it was a great</w:t>
      </w:r>
      <w:r w:rsidR="00694B16" w:rsidRPr="00694B16">
        <w:t xml:space="preserve"> day, great racing and great people. I am already looking forward to 2026, see you then, if not before.</w:t>
      </w:r>
    </w:p>
    <w:p w14:paraId="7DD2FB6D" w14:textId="296B8EEF" w:rsidR="00F55629" w:rsidRDefault="00F55629" w:rsidP="00694B16">
      <w:r>
        <w:lastRenderedPageBreak/>
        <w:t>Zeds Rule,</w:t>
      </w:r>
    </w:p>
    <w:p w14:paraId="0D87F643" w14:textId="7B0E0B2C" w:rsidR="00694B16" w:rsidRDefault="00F55629" w:rsidP="00F55629">
      <w:pPr>
        <w:rPr>
          <w:b/>
          <w:bCs/>
          <w:u w:val="single"/>
        </w:rPr>
      </w:pPr>
      <w:r>
        <w:t>Michael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912F3D" w14:paraId="4A3C9951" w14:textId="77777777" w:rsidTr="00912F3D">
        <w:tc>
          <w:tcPr>
            <w:tcW w:w="2876" w:type="dxa"/>
          </w:tcPr>
          <w:p w14:paraId="5B0B7841" w14:textId="717400F8" w:rsidR="00912F3D" w:rsidRPr="00912F3D" w:rsidRDefault="00912F3D" w:rsidP="00912F3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2877" w:type="dxa"/>
          </w:tcPr>
          <w:p w14:paraId="62113A2A" w14:textId="16C9C08C" w:rsidR="00912F3D" w:rsidRPr="00912F3D" w:rsidRDefault="00912F3D" w:rsidP="00912F3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CLASS</w:t>
            </w:r>
          </w:p>
        </w:tc>
        <w:tc>
          <w:tcPr>
            <w:tcW w:w="2877" w:type="dxa"/>
          </w:tcPr>
          <w:p w14:paraId="49F15452" w14:textId="224E4B94" w:rsidR="00912F3D" w:rsidRPr="00912F3D" w:rsidRDefault="00912F3D" w:rsidP="00912F3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BEST TIME</w:t>
            </w:r>
          </w:p>
        </w:tc>
      </w:tr>
      <w:tr w:rsidR="008D2FF1" w14:paraId="0DEA40AA" w14:textId="77777777" w:rsidTr="00912F3D">
        <w:tc>
          <w:tcPr>
            <w:tcW w:w="2876" w:type="dxa"/>
          </w:tcPr>
          <w:p w14:paraId="11D295DD" w14:textId="32781584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Michael Cutuli</w:t>
            </w:r>
          </w:p>
        </w:tc>
        <w:tc>
          <w:tcPr>
            <w:tcW w:w="2877" w:type="dxa"/>
          </w:tcPr>
          <w:p w14:paraId="56CC062B" w14:textId="3301ED39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4</w:t>
            </w:r>
          </w:p>
        </w:tc>
        <w:tc>
          <w:tcPr>
            <w:tcW w:w="2877" w:type="dxa"/>
          </w:tcPr>
          <w:p w14:paraId="6C157304" w14:textId="70818CCC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1:19.276</w:t>
            </w:r>
          </w:p>
        </w:tc>
      </w:tr>
      <w:tr w:rsidR="008D2FF1" w14:paraId="644F5508" w14:textId="77777777" w:rsidTr="00912F3D">
        <w:tc>
          <w:tcPr>
            <w:tcW w:w="2876" w:type="dxa"/>
          </w:tcPr>
          <w:p w14:paraId="6EBF75EC" w14:textId="43DE48A3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Lindsay Stone</w:t>
            </w:r>
          </w:p>
        </w:tc>
        <w:tc>
          <w:tcPr>
            <w:tcW w:w="2877" w:type="dxa"/>
          </w:tcPr>
          <w:p w14:paraId="421BD978" w14:textId="6BF68530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4</w:t>
            </w:r>
          </w:p>
        </w:tc>
        <w:tc>
          <w:tcPr>
            <w:tcW w:w="2877" w:type="dxa"/>
          </w:tcPr>
          <w:p w14:paraId="41729873" w14:textId="3503597C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1:24.111</w:t>
            </w:r>
          </w:p>
        </w:tc>
      </w:tr>
      <w:tr w:rsidR="008D2FF1" w14:paraId="50408838" w14:textId="77777777" w:rsidTr="00912F3D">
        <w:tc>
          <w:tcPr>
            <w:tcW w:w="2876" w:type="dxa"/>
          </w:tcPr>
          <w:p w14:paraId="527E0B44" w14:textId="41956D55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Corbin Cutting</w:t>
            </w:r>
          </w:p>
        </w:tc>
        <w:tc>
          <w:tcPr>
            <w:tcW w:w="2877" w:type="dxa"/>
          </w:tcPr>
          <w:p w14:paraId="4883171B" w14:textId="6B606856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6</w:t>
            </w:r>
          </w:p>
        </w:tc>
        <w:tc>
          <w:tcPr>
            <w:tcW w:w="2877" w:type="dxa"/>
          </w:tcPr>
          <w:p w14:paraId="681A33C2" w14:textId="5C8CA8C3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1:24.729</w:t>
            </w:r>
          </w:p>
        </w:tc>
      </w:tr>
      <w:tr w:rsidR="008D2FF1" w14:paraId="7742C2C6" w14:textId="77777777" w:rsidTr="00912F3D">
        <w:tc>
          <w:tcPr>
            <w:tcW w:w="2876" w:type="dxa"/>
          </w:tcPr>
          <w:p w14:paraId="56B6B804" w14:textId="1C9020BC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Benjamin Brooksby</w:t>
            </w:r>
          </w:p>
        </w:tc>
        <w:tc>
          <w:tcPr>
            <w:tcW w:w="2877" w:type="dxa"/>
          </w:tcPr>
          <w:p w14:paraId="3ABE4BF8" w14:textId="6C8FACA4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5</w:t>
            </w:r>
          </w:p>
        </w:tc>
        <w:tc>
          <w:tcPr>
            <w:tcW w:w="2877" w:type="dxa"/>
          </w:tcPr>
          <w:p w14:paraId="31752CC1" w14:textId="1B331BF5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1:26.811</w:t>
            </w:r>
          </w:p>
        </w:tc>
      </w:tr>
      <w:tr w:rsidR="008D2FF1" w14:paraId="298D7DDA" w14:textId="77777777" w:rsidTr="00912F3D">
        <w:tc>
          <w:tcPr>
            <w:tcW w:w="2876" w:type="dxa"/>
          </w:tcPr>
          <w:p w14:paraId="57371DE4" w14:textId="60449161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John Sinclair</w:t>
            </w:r>
          </w:p>
        </w:tc>
        <w:tc>
          <w:tcPr>
            <w:tcW w:w="2877" w:type="dxa"/>
          </w:tcPr>
          <w:p w14:paraId="78828652" w14:textId="5EDF0417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6</w:t>
            </w:r>
          </w:p>
        </w:tc>
        <w:tc>
          <w:tcPr>
            <w:tcW w:w="2877" w:type="dxa"/>
          </w:tcPr>
          <w:p w14:paraId="4267F778" w14:textId="12C434B0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1:27.027</w:t>
            </w:r>
          </w:p>
        </w:tc>
      </w:tr>
      <w:tr w:rsidR="008D2FF1" w14:paraId="43933ECF" w14:textId="77777777" w:rsidTr="00912F3D">
        <w:tc>
          <w:tcPr>
            <w:tcW w:w="2876" w:type="dxa"/>
          </w:tcPr>
          <w:p w14:paraId="3421E412" w14:textId="418A2236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Pat Barnett</w:t>
            </w:r>
          </w:p>
        </w:tc>
        <w:tc>
          <w:tcPr>
            <w:tcW w:w="2877" w:type="dxa"/>
          </w:tcPr>
          <w:p w14:paraId="13375225" w14:textId="2CACD194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4</w:t>
            </w:r>
          </w:p>
        </w:tc>
        <w:tc>
          <w:tcPr>
            <w:tcW w:w="2877" w:type="dxa"/>
          </w:tcPr>
          <w:p w14:paraId="4C57137B" w14:textId="0C25FDA3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1:28.964</w:t>
            </w:r>
          </w:p>
        </w:tc>
      </w:tr>
      <w:tr w:rsidR="008D2FF1" w14:paraId="0F88BB5F" w14:textId="77777777" w:rsidTr="00912F3D">
        <w:tc>
          <w:tcPr>
            <w:tcW w:w="2876" w:type="dxa"/>
          </w:tcPr>
          <w:p w14:paraId="02DD5EF9" w14:textId="6B4F41A3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Daniel Bott</w:t>
            </w:r>
          </w:p>
        </w:tc>
        <w:tc>
          <w:tcPr>
            <w:tcW w:w="2877" w:type="dxa"/>
          </w:tcPr>
          <w:p w14:paraId="01912CC9" w14:textId="7CF0F1D4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4</w:t>
            </w:r>
          </w:p>
        </w:tc>
        <w:tc>
          <w:tcPr>
            <w:tcW w:w="2877" w:type="dxa"/>
          </w:tcPr>
          <w:p w14:paraId="396FC296" w14:textId="28800473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1:29.265</w:t>
            </w:r>
          </w:p>
        </w:tc>
      </w:tr>
      <w:tr w:rsidR="008D2FF1" w14:paraId="588FD137" w14:textId="77777777" w:rsidTr="00912F3D">
        <w:tc>
          <w:tcPr>
            <w:tcW w:w="2876" w:type="dxa"/>
          </w:tcPr>
          <w:p w14:paraId="0B88EBCE" w14:textId="5A960A1E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Daniel (Ross) Reynolds</w:t>
            </w:r>
          </w:p>
        </w:tc>
        <w:tc>
          <w:tcPr>
            <w:tcW w:w="2877" w:type="dxa"/>
          </w:tcPr>
          <w:p w14:paraId="1ECAEB78" w14:textId="427A54C4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4</w:t>
            </w:r>
          </w:p>
        </w:tc>
        <w:tc>
          <w:tcPr>
            <w:tcW w:w="2877" w:type="dxa"/>
          </w:tcPr>
          <w:p w14:paraId="69B825D2" w14:textId="52376606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1:29.425</w:t>
            </w:r>
          </w:p>
        </w:tc>
      </w:tr>
      <w:tr w:rsidR="008D2FF1" w14:paraId="2FF30D03" w14:textId="77777777" w:rsidTr="00912F3D">
        <w:tc>
          <w:tcPr>
            <w:tcW w:w="2876" w:type="dxa"/>
          </w:tcPr>
          <w:p w14:paraId="205A0259" w14:textId="490EFD23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Fred Van Der Heyden</w:t>
            </w:r>
          </w:p>
        </w:tc>
        <w:tc>
          <w:tcPr>
            <w:tcW w:w="2877" w:type="dxa"/>
          </w:tcPr>
          <w:p w14:paraId="3818E23B" w14:textId="6A12BBB1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3</w:t>
            </w:r>
          </w:p>
        </w:tc>
        <w:tc>
          <w:tcPr>
            <w:tcW w:w="2877" w:type="dxa"/>
          </w:tcPr>
          <w:p w14:paraId="2DABB95E" w14:textId="3251E180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1:30.292</w:t>
            </w:r>
          </w:p>
        </w:tc>
      </w:tr>
      <w:tr w:rsidR="008D2FF1" w14:paraId="26CA162C" w14:textId="77777777" w:rsidTr="00912F3D">
        <w:tc>
          <w:tcPr>
            <w:tcW w:w="2876" w:type="dxa"/>
          </w:tcPr>
          <w:p w14:paraId="1A46F8F8" w14:textId="5F11F231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 xml:space="preserve">Jayke </w:t>
            </w:r>
            <w:proofErr w:type="spellStart"/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Clouten</w:t>
            </w:r>
            <w:proofErr w:type="spellEnd"/>
          </w:p>
        </w:tc>
        <w:tc>
          <w:tcPr>
            <w:tcW w:w="2877" w:type="dxa"/>
          </w:tcPr>
          <w:p w14:paraId="2FCA0382" w14:textId="6BB762FE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2</w:t>
            </w:r>
          </w:p>
        </w:tc>
        <w:tc>
          <w:tcPr>
            <w:tcW w:w="2877" w:type="dxa"/>
          </w:tcPr>
          <w:p w14:paraId="73F55BA7" w14:textId="0A44C5DE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1:30.922</w:t>
            </w:r>
          </w:p>
        </w:tc>
      </w:tr>
      <w:tr w:rsidR="008D2FF1" w14:paraId="4B4C906F" w14:textId="77777777" w:rsidTr="00912F3D">
        <w:tc>
          <w:tcPr>
            <w:tcW w:w="2876" w:type="dxa"/>
          </w:tcPr>
          <w:p w14:paraId="31C15D3E" w14:textId="4E8530C5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Alex Teazis</w:t>
            </w:r>
          </w:p>
        </w:tc>
        <w:tc>
          <w:tcPr>
            <w:tcW w:w="2877" w:type="dxa"/>
          </w:tcPr>
          <w:p w14:paraId="6222E365" w14:textId="755DA77A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3</w:t>
            </w:r>
          </w:p>
        </w:tc>
        <w:tc>
          <w:tcPr>
            <w:tcW w:w="2877" w:type="dxa"/>
          </w:tcPr>
          <w:p w14:paraId="6F7A8BA8" w14:textId="0B678B60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1:31.089</w:t>
            </w:r>
          </w:p>
        </w:tc>
      </w:tr>
      <w:tr w:rsidR="008D2FF1" w14:paraId="1DA0F1DD" w14:textId="77777777" w:rsidTr="00912F3D">
        <w:tc>
          <w:tcPr>
            <w:tcW w:w="2876" w:type="dxa"/>
          </w:tcPr>
          <w:p w14:paraId="534DDB73" w14:textId="66ACCFC7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Peter Harben</w:t>
            </w:r>
          </w:p>
        </w:tc>
        <w:tc>
          <w:tcPr>
            <w:tcW w:w="2877" w:type="dxa"/>
          </w:tcPr>
          <w:p w14:paraId="6CE89E8B" w14:textId="24EEE13E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4</w:t>
            </w:r>
          </w:p>
        </w:tc>
        <w:tc>
          <w:tcPr>
            <w:tcW w:w="2877" w:type="dxa"/>
          </w:tcPr>
          <w:p w14:paraId="33173D8C" w14:textId="1E5A9E6B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1:31.476</w:t>
            </w:r>
          </w:p>
        </w:tc>
      </w:tr>
      <w:tr w:rsidR="008D2FF1" w14:paraId="57718688" w14:textId="77777777" w:rsidTr="00912F3D">
        <w:tc>
          <w:tcPr>
            <w:tcW w:w="2876" w:type="dxa"/>
          </w:tcPr>
          <w:p w14:paraId="426B6222" w14:textId="0EABF9CF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Scott Olufson</w:t>
            </w:r>
          </w:p>
        </w:tc>
        <w:tc>
          <w:tcPr>
            <w:tcW w:w="2877" w:type="dxa"/>
          </w:tcPr>
          <w:p w14:paraId="2CA08AB2" w14:textId="7B43CCFB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4</w:t>
            </w:r>
          </w:p>
        </w:tc>
        <w:tc>
          <w:tcPr>
            <w:tcW w:w="2877" w:type="dxa"/>
          </w:tcPr>
          <w:p w14:paraId="25F58810" w14:textId="157C3FB9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1:32.005</w:t>
            </w:r>
          </w:p>
        </w:tc>
      </w:tr>
      <w:tr w:rsidR="008D2FF1" w14:paraId="3D3E85F1" w14:textId="77777777" w:rsidTr="00912F3D">
        <w:tc>
          <w:tcPr>
            <w:tcW w:w="2876" w:type="dxa"/>
          </w:tcPr>
          <w:p w14:paraId="3942FC81" w14:textId="769B3EFB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Bradley Gilroy</w:t>
            </w:r>
          </w:p>
        </w:tc>
        <w:tc>
          <w:tcPr>
            <w:tcW w:w="2877" w:type="dxa"/>
          </w:tcPr>
          <w:p w14:paraId="59DDA652" w14:textId="731BA1A1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6</w:t>
            </w:r>
          </w:p>
        </w:tc>
        <w:tc>
          <w:tcPr>
            <w:tcW w:w="2877" w:type="dxa"/>
          </w:tcPr>
          <w:p w14:paraId="2742803E" w14:textId="5AA54F4F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1:32.348</w:t>
            </w:r>
          </w:p>
        </w:tc>
      </w:tr>
      <w:tr w:rsidR="008D2FF1" w14:paraId="43A459D0" w14:textId="77777777" w:rsidTr="00912F3D">
        <w:tc>
          <w:tcPr>
            <w:tcW w:w="2876" w:type="dxa"/>
          </w:tcPr>
          <w:p w14:paraId="22A549F7" w14:textId="3CCC19A5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Ian Jorgensen</w:t>
            </w:r>
          </w:p>
        </w:tc>
        <w:tc>
          <w:tcPr>
            <w:tcW w:w="2877" w:type="dxa"/>
          </w:tcPr>
          <w:p w14:paraId="3A135349" w14:textId="0614A5C9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3</w:t>
            </w:r>
          </w:p>
        </w:tc>
        <w:tc>
          <w:tcPr>
            <w:tcW w:w="2877" w:type="dxa"/>
          </w:tcPr>
          <w:p w14:paraId="126EE719" w14:textId="12E05EE5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1:32.477</w:t>
            </w:r>
          </w:p>
        </w:tc>
      </w:tr>
      <w:tr w:rsidR="008D2FF1" w14:paraId="111F28FF" w14:textId="77777777" w:rsidTr="00912F3D">
        <w:tc>
          <w:tcPr>
            <w:tcW w:w="2876" w:type="dxa"/>
          </w:tcPr>
          <w:p w14:paraId="13164F17" w14:textId="7D00AF85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Silvano Nobile</w:t>
            </w:r>
          </w:p>
        </w:tc>
        <w:tc>
          <w:tcPr>
            <w:tcW w:w="2877" w:type="dxa"/>
          </w:tcPr>
          <w:p w14:paraId="59E4E69E" w14:textId="6128D314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3</w:t>
            </w:r>
          </w:p>
        </w:tc>
        <w:tc>
          <w:tcPr>
            <w:tcW w:w="2877" w:type="dxa"/>
          </w:tcPr>
          <w:p w14:paraId="3D701D41" w14:textId="44A53ED3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1:32.539</w:t>
            </w:r>
          </w:p>
        </w:tc>
      </w:tr>
      <w:tr w:rsidR="008D2FF1" w14:paraId="3CEF4156" w14:textId="77777777" w:rsidTr="00912F3D">
        <w:tc>
          <w:tcPr>
            <w:tcW w:w="2876" w:type="dxa"/>
          </w:tcPr>
          <w:p w14:paraId="73748511" w14:textId="1E5A86B1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Stacey Lee</w:t>
            </w:r>
          </w:p>
        </w:tc>
        <w:tc>
          <w:tcPr>
            <w:tcW w:w="2877" w:type="dxa"/>
          </w:tcPr>
          <w:p w14:paraId="5821D37D" w14:textId="763695E8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2</w:t>
            </w:r>
          </w:p>
        </w:tc>
        <w:tc>
          <w:tcPr>
            <w:tcW w:w="2877" w:type="dxa"/>
          </w:tcPr>
          <w:p w14:paraId="24BB350F" w14:textId="1267F102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1:34.104</w:t>
            </w:r>
          </w:p>
        </w:tc>
      </w:tr>
      <w:tr w:rsidR="008D2FF1" w14:paraId="6C18A53C" w14:textId="77777777" w:rsidTr="00912F3D">
        <w:tc>
          <w:tcPr>
            <w:tcW w:w="2876" w:type="dxa"/>
          </w:tcPr>
          <w:p w14:paraId="41AA659F" w14:textId="11EDF411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Cameron Brown</w:t>
            </w:r>
          </w:p>
        </w:tc>
        <w:tc>
          <w:tcPr>
            <w:tcW w:w="2877" w:type="dxa"/>
          </w:tcPr>
          <w:p w14:paraId="41095563" w14:textId="2721D7D9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2</w:t>
            </w:r>
          </w:p>
        </w:tc>
        <w:tc>
          <w:tcPr>
            <w:tcW w:w="2877" w:type="dxa"/>
          </w:tcPr>
          <w:p w14:paraId="1E1D7B87" w14:textId="389590BA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1:34.207</w:t>
            </w:r>
          </w:p>
        </w:tc>
      </w:tr>
      <w:tr w:rsidR="008D2FF1" w14:paraId="4BEA7C2D" w14:textId="77777777" w:rsidTr="00912F3D">
        <w:tc>
          <w:tcPr>
            <w:tcW w:w="2876" w:type="dxa"/>
          </w:tcPr>
          <w:p w14:paraId="0887DBAC" w14:textId="70B8F9C1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Troy Tappenden</w:t>
            </w:r>
          </w:p>
        </w:tc>
        <w:tc>
          <w:tcPr>
            <w:tcW w:w="2877" w:type="dxa"/>
          </w:tcPr>
          <w:p w14:paraId="5F03061C" w14:textId="58626F54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3</w:t>
            </w:r>
          </w:p>
        </w:tc>
        <w:tc>
          <w:tcPr>
            <w:tcW w:w="2877" w:type="dxa"/>
          </w:tcPr>
          <w:p w14:paraId="120E5BF5" w14:textId="5CDDEF7C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1:34.543</w:t>
            </w:r>
          </w:p>
        </w:tc>
      </w:tr>
      <w:tr w:rsidR="008D2FF1" w14:paraId="55232245" w14:textId="77777777" w:rsidTr="00912F3D">
        <w:tc>
          <w:tcPr>
            <w:tcW w:w="2876" w:type="dxa"/>
          </w:tcPr>
          <w:p w14:paraId="7DAAB0B2" w14:textId="03524931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Andrew Kearney</w:t>
            </w:r>
          </w:p>
        </w:tc>
        <w:tc>
          <w:tcPr>
            <w:tcW w:w="2877" w:type="dxa"/>
          </w:tcPr>
          <w:p w14:paraId="1849A184" w14:textId="5355DF01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4</w:t>
            </w:r>
          </w:p>
        </w:tc>
        <w:tc>
          <w:tcPr>
            <w:tcW w:w="2877" w:type="dxa"/>
          </w:tcPr>
          <w:p w14:paraId="5BC5FA60" w14:textId="49393F90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1:35.112</w:t>
            </w:r>
          </w:p>
        </w:tc>
      </w:tr>
      <w:tr w:rsidR="008D2FF1" w14:paraId="593A8668" w14:textId="77777777" w:rsidTr="00912F3D">
        <w:tc>
          <w:tcPr>
            <w:tcW w:w="2876" w:type="dxa"/>
          </w:tcPr>
          <w:p w14:paraId="3FE69266" w14:textId="06CE9BD2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Michael Ellis-Doidge</w:t>
            </w:r>
          </w:p>
        </w:tc>
        <w:tc>
          <w:tcPr>
            <w:tcW w:w="2877" w:type="dxa"/>
          </w:tcPr>
          <w:p w14:paraId="0B8B2B06" w14:textId="2058FC03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4</w:t>
            </w:r>
          </w:p>
        </w:tc>
        <w:tc>
          <w:tcPr>
            <w:tcW w:w="2877" w:type="dxa"/>
          </w:tcPr>
          <w:p w14:paraId="74FE4218" w14:textId="34485726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1:35.784</w:t>
            </w:r>
          </w:p>
        </w:tc>
      </w:tr>
      <w:tr w:rsidR="008D2FF1" w14:paraId="2AD6B6D3" w14:textId="77777777" w:rsidTr="00912F3D">
        <w:tc>
          <w:tcPr>
            <w:tcW w:w="2876" w:type="dxa"/>
          </w:tcPr>
          <w:p w14:paraId="35432F01" w14:textId="3F3C718D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Simon Howser</w:t>
            </w:r>
          </w:p>
        </w:tc>
        <w:tc>
          <w:tcPr>
            <w:tcW w:w="2877" w:type="dxa"/>
          </w:tcPr>
          <w:p w14:paraId="6D6F106D" w14:textId="10C8BFFB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3</w:t>
            </w:r>
          </w:p>
        </w:tc>
        <w:tc>
          <w:tcPr>
            <w:tcW w:w="2877" w:type="dxa"/>
          </w:tcPr>
          <w:p w14:paraId="58D62859" w14:textId="56440C7E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1:36.541</w:t>
            </w:r>
          </w:p>
        </w:tc>
      </w:tr>
      <w:tr w:rsidR="008D2FF1" w14:paraId="41EB39FB" w14:textId="77777777" w:rsidTr="00912F3D">
        <w:tc>
          <w:tcPr>
            <w:tcW w:w="2876" w:type="dxa"/>
          </w:tcPr>
          <w:p w14:paraId="0A3083FD" w14:textId="0CDD09C7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Philip Wilcox</w:t>
            </w:r>
          </w:p>
        </w:tc>
        <w:tc>
          <w:tcPr>
            <w:tcW w:w="2877" w:type="dxa"/>
          </w:tcPr>
          <w:p w14:paraId="02443165" w14:textId="0079BF34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2</w:t>
            </w:r>
          </w:p>
        </w:tc>
        <w:tc>
          <w:tcPr>
            <w:tcW w:w="2877" w:type="dxa"/>
          </w:tcPr>
          <w:p w14:paraId="0D2790D0" w14:textId="0BA026C0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1:37.373</w:t>
            </w:r>
          </w:p>
        </w:tc>
      </w:tr>
      <w:tr w:rsidR="008D2FF1" w14:paraId="2A038C11" w14:textId="77777777" w:rsidTr="00912F3D">
        <w:tc>
          <w:tcPr>
            <w:tcW w:w="2876" w:type="dxa"/>
          </w:tcPr>
          <w:p w14:paraId="781C286A" w14:textId="18943BAD" w:rsidR="008D2FF1" w:rsidRPr="008D2FF1" w:rsidRDefault="008D2FF1" w:rsidP="008D2FF1">
            <w:pPr>
              <w:jc w:val="both"/>
              <w:rPr>
                <w:rFonts w:ascii="CIDFont+F2" w:hAnsi="CIDFont+F2"/>
                <w:sz w:val="18"/>
                <w:szCs w:val="18"/>
              </w:rPr>
            </w:pPr>
            <w:r w:rsidRPr="008D2FF1">
              <w:rPr>
                <w:rFonts w:ascii="CIDFont+F2" w:hAnsi="CIDFont+F2"/>
                <w:sz w:val="18"/>
                <w:szCs w:val="18"/>
              </w:rPr>
              <w:t>Nadine Jorgensen</w:t>
            </w:r>
          </w:p>
        </w:tc>
        <w:tc>
          <w:tcPr>
            <w:tcW w:w="2877" w:type="dxa"/>
          </w:tcPr>
          <w:p w14:paraId="6B475E0C" w14:textId="59A8D826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3</w:t>
            </w:r>
          </w:p>
        </w:tc>
        <w:tc>
          <w:tcPr>
            <w:tcW w:w="2877" w:type="dxa"/>
          </w:tcPr>
          <w:p w14:paraId="2BEFCFCC" w14:textId="19FB5996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1:39.507</w:t>
            </w:r>
          </w:p>
        </w:tc>
      </w:tr>
      <w:tr w:rsidR="008D2FF1" w14:paraId="4BDEE6FB" w14:textId="77777777" w:rsidTr="00912F3D">
        <w:tc>
          <w:tcPr>
            <w:tcW w:w="2876" w:type="dxa"/>
          </w:tcPr>
          <w:p w14:paraId="04C52DC4" w14:textId="61E9E04B" w:rsidR="008D2FF1" w:rsidRPr="008D2FF1" w:rsidRDefault="008D2FF1" w:rsidP="008D2FF1">
            <w:pPr>
              <w:jc w:val="both"/>
              <w:rPr>
                <w:rFonts w:ascii="CIDFont+F2" w:hAnsi="CIDFont+F2"/>
                <w:sz w:val="18"/>
                <w:szCs w:val="18"/>
              </w:rPr>
            </w:pPr>
            <w:r w:rsidRPr="008D2FF1">
              <w:rPr>
                <w:rFonts w:ascii="CIDFont+F2" w:hAnsi="CIDFont+F2"/>
                <w:sz w:val="18"/>
                <w:szCs w:val="18"/>
              </w:rPr>
              <w:t>Liat Talora</w:t>
            </w:r>
          </w:p>
        </w:tc>
        <w:tc>
          <w:tcPr>
            <w:tcW w:w="2877" w:type="dxa"/>
          </w:tcPr>
          <w:p w14:paraId="1B795AE6" w14:textId="3D7914BB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CLASS 2</w:t>
            </w:r>
          </w:p>
        </w:tc>
        <w:tc>
          <w:tcPr>
            <w:tcW w:w="2877" w:type="dxa"/>
          </w:tcPr>
          <w:p w14:paraId="19A0E0DB" w14:textId="5AA88E0E" w:rsidR="008D2FF1" w:rsidRPr="008D2FF1" w:rsidRDefault="008D2FF1" w:rsidP="008D2FF1">
            <w:pPr>
              <w:jc w:val="both"/>
              <w:rPr>
                <w:sz w:val="18"/>
                <w:szCs w:val="18"/>
              </w:rPr>
            </w:pPr>
            <w:r w:rsidRPr="008D2FF1">
              <w:rPr>
                <w:rFonts w:ascii="CIDFont+F2" w:hAnsi="CIDFont+F2" w:cs="CIDFont+F2"/>
                <w:sz w:val="18"/>
                <w:szCs w:val="18"/>
                <w:lang w:val="en-AU"/>
              </w:rPr>
              <w:t>1:41.314</w:t>
            </w:r>
          </w:p>
        </w:tc>
      </w:tr>
    </w:tbl>
    <w:p w14:paraId="34B15046" w14:textId="442555E1" w:rsidR="00A20691" w:rsidRDefault="00A20691" w:rsidP="004F5A98">
      <w:pPr>
        <w:jc w:val="both"/>
      </w:pPr>
    </w:p>
    <w:p w14:paraId="0DBDFECA" w14:textId="0E4CB937" w:rsidR="004535B1" w:rsidRDefault="00463748" w:rsidP="004535B1">
      <w:pPr>
        <w:rPr>
          <w:rFonts w:asciiTheme="majorHAnsi" w:hAnsiTheme="majorHAnsi" w:cstheme="majorHAnsi"/>
          <w:b/>
          <w:bCs/>
          <w:color w:val="0070C0"/>
          <w:sz w:val="26"/>
          <w:szCs w:val="26"/>
          <w:lang w:val="en-AU"/>
        </w:rPr>
      </w:pPr>
      <w:r>
        <w:rPr>
          <w:rFonts w:asciiTheme="majorHAnsi" w:hAnsiTheme="majorHAnsi" w:cstheme="majorHAnsi"/>
          <w:b/>
          <w:bCs/>
          <w:color w:val="0070C0"/>
          <w:sz w:val="26"/>
          <w:szCs w:val="26"/>
          <w:lang w:val="en-AU"/>
        </w:rPr>
        <w:t>My involvement with the club</w:t>
      </w:r>
      <w:r w:rsidR="00600E06">
        <w:rPr>
          <w:rFonts w:asciiTheme="majorHAnsi" w:hAnsiTheme="majorHAnsi" w:cstheme="majorHAnsi"/>
          <w:b/>
          <w:bCs/>
          <w:color w:val="0070C0"/>
          <w:sz w:val="26"/>
          <w:szCs w:val="26"/>
          <w:lang w:val="en-AU"/>
        </w:rPr>
        <w:t>:  Michele Fraser</w:t>
      </w:r>
    </w:p>
    <w:p w14:paraId="0D809E65" w14:textId="430064C0" w:rsidR="00463748" w:rsidRDefault="00463748" w:rsidP="004535B1">
      <w:pPr>
        <w:rPr>
          <w:rFonts w:cstheme="majorHAnsi"/>
          <w:lang w:val="en-AU"/>
        </w:rPr>
      </w:pPr>
      <w:r>
        <w:rPr>
          <w:rFonts w:cstheme="majorHAnsi"/>
          <w:lang w:val="en-AU"/>
        </w:rPr>
        <w:t xml:space="preserve">Thought I would share a little insight into my involvement with the club.  </w:t>
      </w:r>
      <w:r w:rsidR="0048606B">
        <w:rPr>
          <w:rFonts w:cstheme="majorHAnsi"/>
          <w:lang w:val="en-AU"/>
        </w:rPr>
        <w:t>Jeff and I joined the club in 2003 as we had a</w:t>
      </w:r>
      <w:r w:rsidR="004A3A4A">
        <w:rPr>
          <w:rFonts w:cstheme="majorHAnsi"/>
          <w:lang w:val="en-AU"/>
        </w:rPr>
        <w:t>n</w:t>
      </w:r>
      <w:r w:rsidR="0048606B">
        <w:rPr>
          <w:rFonts w:cstheme="majorHAnsi"/>
          <w:lang w:val="en-AU"/>
        </w:rPr>
        <w:t xml:space="preserve"> MGTF and </w:t>
      </w:r>
      <w:r w:rsidR="000232CB">
        <w:rPr>
          <w:rFonts w:cstheme="majorHAnsi"/>
          <w:lang w:val="en-AU"/>
        </w:rPr>
        <w:t>an</w:t>
      </w:r>
      <w:r w:rsidR="0048606B">
        <w:rPr>
          <w:rFonts w:cstheme="majorHAnsi"/>
          <w:lang w:val="en-AU"/>
        </w:rPr>
        <w:t xml:space="preserve"> MGB.  </w:t>
      </w:r>
      <w:r w:rsidR="00A506FD">
        <w:rPr>
          <w:rFonts w:cstheme="majorHAnsi"/>
          <w:lang w:val="en-AU"/>
        </w:rPr>
        <w:t xml:space="preserve">Through those early years the club attended quite a few car </w:t>
      </w:r>
      <w:r w:rsidR="00DF5CC3">
        <w:rPr>
          <w:rFonts w:cstheme="majorHAnsi"/>
          <w:lang w:val="en-AU"/>
        </w:rPr>
        <w:t>displays,</w:t>
      </w:r>
      <w:r w:rsidR="00A506FD">
        <w:rPr>
          <w:rFonts w:cstheme="majorHAnsi"/>
          <w:lang w:val="en-AU"/>
        </w:rPr>
        <w:t xml:space="preserve"> and we were always there with either one or </w:t>
      </w:r>
      <w:r w:rsidR="00466652">
        <w:rPr>
          <w:rFonts w:cstheme="majorHAnsi"/>
          <w:lang w:val="en-AU"/>
        </w:rPr>
        <w:t>both cars</w:t>
      </w:r>
      <w:r w:rsidR="00A506FD">
        <w:rPr>
          <w:rFonts w:cstheme="majorHAnsi"/>
          <w:lang w:val="en-AU"/>
        </w:rPr>
        <w:t xml:space="preserve">.  </w:t>
      </w:r>
      <w:r w:rsidR="000232CB">
        <w:rPr>
          <w:rFonts w:cstheme="majorHAnsi"/>
          <w:lang w:val="en-AU"/>
        </w:rPr>
        <w:t>We have since sold our MGTF (this year) and still have another MGB besides our original one</w:t>
      </w:r>
      <w:r w:rsidR="004E18A2">
        <w:rPr>
          <w:rFonts w:cstheme="majorHAnsi"/>
          <w:lang w:val="en-AU"/>
        </w:rPr>
        <w:t xml:space="preserve"> (which is now in pieces as Jeff is going to put a V8 in it!) </w:t>
      </w:r>
      <w:r w:rsidR="00667C19">
        <w:rPr>
          <w:rFonts w:cstheme="majorHAnsi"/>
          <w:lang w:val="en-AU"/>
        </w:rPr>
        <w:t xml:space="preserve"> </w:t>
      </w:r>
      <w:r w:rsidR="002D2569">
        <w:rPr>
          <w:rFonts w:cstheme="majorHAnsi"/>
          <w:lang w:val="en-AU"/>
        </w:rPr>
        <w:t xml:space="preserve">Our youngest had to sit through these as well </w:t>
      </w:r>
      <w:r w:rsidR="00D16E74">
        <w:rPr>
          <w:rFonts w:cstheme="majorHAnsi"/>
          <w:lang w:val="en-AU"/>
        </w:rPr>
        <w:t xml:space="preserve">so </w:t>
      </w:r>
      <w:r w:rsidR="00DF5CC3">
        <w:rPr>
          <w:rFonts w:cstheme="majorHAnsi"/>
          <w:lang w:val="en-AU"/>
        </w:rPr>
        <w:t>kudos</w:t>
      </w:r>
      <w:r w:rsidR="00D16E74">
        <w:rPr>
          <w:rFonts w:cstheme="majorHAnsi"/>
          <w:lang w:val="en-AU"/>
        </w:rPr>
        <w:t xml:space="preserve"> to him for not complaining.  In 2010 he turned 15 and decided to drive the club car in the sprints out at the go-kart track.  </w:t>
      </w:r>
      <w:r w:rsidR="00F610DC">
        <w:rPr>
          <w:rFonts w:cstheme="majorHAnsi"/>
          <w:lang w:val="en-AU"/>
        </w:rPr>
        <w:t xml:space="preserve">Below is a </w:t>
      </w:r>
      <w:r w:rsidR="00DF5CC3">
        <w:rPr>
          <w:rFonts w:cstheme="majorHAnsi"/>
          <w:lang w:val="en-AU"/>
        </w:rPr>
        <w:t xml:space="preserve">couple of </w:t>
      </w:r>
      <w:r w:rsidR="00F610DC">
        <w:rPr>
          <w:rFonts w:cstheme="majorHAnsi"/>
          <w:lang w:val="en-AU"/>
        </w:rPr>
        <w:t>photo</w:t>
      </w:r>
      <w:r w:rsidR="00DF5CC3">
        <w:rPr>
          <w:rFonts w:cstheme="majorHAnsi"/>
          <w:lang w:val="en-AU"/>
        </w:rPr>
        <w:t>s</w:t>
      </w:r>
      <w:r w:rsidR="00F610DC">
        <w:rPr>
          <w:rFonts w:cstheme="majorHAnsi"/>
          <w:lang w:val="en-AU"/>
        </w:rPr>
        <w:t xml:space="preserve"> of his trophies.  Having the club car and learning to race it was a great way for him to learn to drive and how to handle a car.  “Cookie” was very helpful in this regard.  </w:t>
      </w:r>
      <w:r w:rsidR="00F15E2C">
        <w:rPr>
          <w:rFonts w:cstheme="majorHAnsi"/>
          <w:lang w:val="en-AU"/>
        </w:rPr>
        <w:t xml:space="preserve">Something must have rubbed off because when he turned </w:t>
      </w:r>
      <w:r w:rsidR="00DF5CC3">
        <w:rPr>
          <w:rFonts w:cstheme="majorHAnsi"/>
          <w:lang w:val="en-AU"/>
        </w:rPr>
        <w:t>18,</w:t>
      </w:r>
      <w:r w:rsidR="00F15E2C">
        <w:rPr>
          <w:rFonts w:cstheme="majorHAnsi"/>
          <w:lang w:val="en-AU"/>
        </w:rPr>
        <w:t xml:space="preserve"> he imported a Toyota Sprinter (86) from Japan and has it stored in our shed – a car he loves.  </w:t>
      </w:r>
      <w:r w:rsidR="00577A8D">
        <w:rPr>
          <w:rFonts w:cstheme="majorHAnsi"/>
          <w:lang w:val="en-AU"/>
        </w:rPr>
        <w:t xml:space="preserve">I too have a Toyota 86 (Blackline Limited Edition) and love driving it.  Not sure if I want to race it though as I couldn’t bear to see it </w:t>
      </w:r>
      <w:r w:rsidR="001F2CCF">
        <w:rPr>
          <w:rFonts w:cstheme="majorHAnsi"/>
          <w:lang w:val="en-AU"/>
        </w:rPr>
        <w:t>damaged</w:t>
      </w:r>
      <w:r w:rsidR="00577A8D">
        <w:rPr>
          <w:rFonts w:cstheme="majorHAnsi"/>
          <w:lang w:val="en-AU"/>
        </w:rPr>
        <w:t xml:space="preserve"> if I had a crash! </w:t>
      </w:r>
      <w:r w:rsidR="001F2CCF">
        <w:rPr>
          <w:rFonts w:cstheme="majorHAnsi"/>
          <w:lang w:val="en-AU"/>
        </w:rPr>
        <w:t xml:space="preserve"> </w:t>
      </w:r>
      <w:r w:rsidR="00680C61">
        <w:rPr>
          <w:rFonts w:cstheme="majorHAnsi"/>
          <w:lang w:val="en-AU"/>
        </w:rPr>
        <w:t xml:space="preserve">Jeff and I have always been involved in the social side of the club and several years ago I took on the role of social secretary and media officer.  I have really enjoyed organising outings </w:t>
      </w:r>
      <w:r w:rsidR="00DF5CC3">
        <w:rPr>
          <w:rFonts w:cstheme="majorHAnsi"/>
          <w:lang w:val="en-AU"/>
        </w:rPr>
        <w:t xml:space="preserve">and dinners </w:t>
      </w:r>
      <w:r w:rsidR="00680C61">
        <w:rPr>
          <w:rFonts w:cstheme="majorHAnsi"/>
          <w:lang w:val="en-AU"/>
        </w:rPr>
        <w:t>for the club</w:t>
      </w:r>
      <w:r w:rsidR="00DF5CC3">
        <w:rPr>
          <w:rFonts w:cstheme="majorHAnsi"/>
          <w:lang w:val="en-AU"/>
        </w:rPr>
        <w:t xml:space="preserve">.  It’s a good way to meet new people and make lifelong friends.  </w:t>
      </w:r>
      <w:r w:rsidR="001F2CCF">
        <w:rPr>
          <w:rFonts w:cstheme="majorHAnsi"/>
          <w:lang w:val="en-AU"/>
        </w:rPr>
        <w:t xml:space="preserve">Jeff, Phil &amp; Ray have been organising the </w:t>
      </w:r>
      <w:r w:rsidR="00AF063F">
        <w:rPr>
          <w:rFonts w:cstheme="majorHAnsi"/>
          <w:lang w:val="en-AU"/>
        </w:rPr>
        <w:t>mid-week</w:t>
      </w:r>
      <w:r w:rsidR="001F2CCF">
        <w:rPr>
          <w:rFonts w:cstheme="majorHAnsi"/>
          <w:lang w:val="en-AU"/>
        </w:rPr>
        <w:t xml:space="preserve"> drives </w:t>
      </w:r>
      <w:r w:rsidR="001F2CCF">
        <w:rPr>
          <w:rFonts w:cstheme="majorHAnsi"/>
          <w:lang w:val="en-AU"/>
        </w:rPr>
        <w:lastRenderedPageBreak/>
        <w:t xml:space="preserve">for a few years now </w:t>
      </w:r>
      <w:r w:rsidR="00AF063F">
        <w:rPr>
          <w:rFonts w:cstheme="majorHAnsi"/>
          <w:lang w:val="en-AU"/>
        </w:rPr>
        <w:t xml:space="preserve">and enjoy their outings.  </w:t>
      </w:r>
      <w:r w:rsidR="00DF5CC3">
        <w:rPr>
          <w:rFonts w:cstheme="majorHAnsi"/>
          <w:lang w:val="en-AU"/>
        </w:rPr>
        <w:t xml:space="preserve">In </w:t>
      </w:r>
      <w:r w:rsidR="00DD6AFF">
        <w:rPr>
          <w:rFonts w:cstheme="majorHAnsi"/>
          <w:lang w:val="en-AU"/>
        </w:rPr>
        <w:t xml:space="preserve">2023 or thereabouts </w:t>
      </w:r>
      <w:r w:rsidR="00666F2D">
        <w:rPr>
          <w:rFonts w:cstheme="majorHAnsi"/>
          <w:lang w:val="en-AU"/>
        </w:rPr>
        <w:t xml:space="preserve">I took on the role of club treasurer also and in 2025 have added Secretary to my portfolio!  </w:t>
      </w:r>
      <w:r w:rsidR="00466652">
        <w:rPr>
          <w:rFonts w:cstheme="majorHAnsi"/>
          <w:lang w:val="en-AU"/>
        </w:rPr>
        <w:t>Recently, I have been helping at the track and have now managed to obtain my official’s licence so the racing fraternity will be seeing a bit more of me from now on.  I look forward to many more years helping the club and meeting new people.</w:t>
      </w:r>
    </w:p>
    <w:p w14:paraId="05C4A52E" w14:textId="5E97319B" w:rsidR="005B1106" w:rsidRDefault="005B1106" w:rsidP="004535B1">
      <w:pPr>
        <w:rPr>
          <w:rFonts w:cstheme="majorHAnsi"/>
          <w:lang w:val="en-AU"/>
        </w:rPr>
      </w:pPr>
      <w:r>
        <w:rPr>
          <w:rFonts w:cstheme="majorHAnsi"/>
          <w:lang w:val="en-AU"/>
        </w:rPr>
        <w:t xml:space="preserve">           </w:t>
      </w:r>
      <w:r>
        <w:rPr>
          <w:rFonts w:cstheme="majorHAnsi"/>
          <w:noProof/>
          <w:lang w:val="en-AU"/>
        </w:rPr>
        <w:drawing>
          <wp:inline distT="0" distB="0" distL="0" distR="0" wp14:anchorId="6D721122" wp14:editId="55992963">
            <wp:extent cx="2184715" cy="1638536"/>
            <wp:effectExtent l="6350" t="0" r="0" b="0"/>
            <wp:docPr id="1733823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823849" name="Picture 173382384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1883" cy="165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ajorHAnsi"/>
          <w:lang w:val="en-AU"/>
        </w:rPr>
        <w:t xml:space="preserve">                                         </w:t>
      </w:r>
      <w:r>
        <w:rPr>
          <w:rFonts w:cstheme="majorHAnsi"/>
          <w:noProof/>
          <w:lang w:val="en-AU"/>
        </w:rPr>
        <w:drawing>
          <wp:inline distT="0" distB="0" distL="0" distR="0" wp14:anchorId="6956EBB6" wp14:editId="2BDECD1C">
            <wp:extent cx="2194560" cy="1645920"/>
            <wp:effectExtent l="7620" t="0" r="3810" b="3810"/>
            <wp:docPr id="1475078114" name="Picture 2" descr="A trophy with a helme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78114" name="Picture 2" descr="A trophy with a helmet on i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456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15657" w14:textId="5BC9822D" w:rsidR="00DE6D92" w:rsidRPr="00DE6D92" w:rsidRDefault="00DE6D92" w:rsidP="00DE6D92">
      <w:pPr>
        <w:rPr>
          <w:rFonts w:asciiTheme="majorHAnsi" w:hAnsiTheme="majorHAnsi" w:cstheme="majorHAnsi"/>
          <w:b/>
          <w:bCs/>
          <w:color w:val="0070C0"/>
          <w:sz w:val="26"/>
          <w:szCs w:val="26"/>
          <w:lang w:val="en-AU"/>
        </w:rPr>
      </w:pPr>
      <w:r w:rsidRPr="00DE6D92">
        <w:rPr>
          <w:rFonts w:ascii="Segoe UI Emoji" w:hAnsi="Segoe UI Emoji" w:cs="Segoe UI Emoji"/>
          <w:b/>
          <w:bCs/>
          <w:sz w:val="26"/>
          <w:szCs w:val="26"/>
          <w:lang w:val="en-AU"/>
        </w:rPr>
        <w:t>🏁</w:t>
      </w:r>
      <w:r w:rsidRPr="00DE6D92">
        <w:rPr>
          <w:rFonts w:asciiTheme="majorHAnsi" w:hAnsiTheme="majorHAnsi" w:cstheme="majorHAnsi"/>
          <w:b/>
          <w:bCs/>
          <w:sz w:val="26"/>
          <w:szCs w:val="26"/>
          <w:lang w:val="en-AU"/>
        </w:rPr>
        <w:t xml:space="preserve"> </w:t>
      </w:r>
      <w:r w:rsidRPr="00DE6D92">
        <w:rPr>
          <w:rFonts w:asciiTheme="majorHAnsi" w:hAnsiTheme="majorHAnsi" w:cstheme="majorHAnsi"/>
          <w:b/>
          <w:bCs/>
          <w:color w:val="0070C0"/>
          <w:sz w:val="26"/>
          <w:szCs w:val="26"/>
          <w:lang w:val="en-AU"/>
        </w:rPr>
        <w:t>Joke</w:t>
      </w:r>
      <w:r w:rsidR="004F5A98">
        <w:rPr>
          <w:rFonts w:asciiTheme="majorHAnsi" w:hAnsiTheme="majorHAnsi" w:cstheme="majorHAnsi"/>
          <w:b/>
          <w:bCs/>
          <w:color w:val="0070C0"/>
          <w:sz w:val="26"/>
          <w:szCs w:val="26"/>
          <w:lang w:val="en-AU"/>
        </w:rPr>
        <w:t>s</w:t>
      </w:r>
      <w:r w:rsidRPr="00DE6D92">
        <w:rPr>
          <w:rFonts w:asciiTheme="majorHAnsi" w:hAnsiTheme="majorHAnsi" w:cstheme="majorHAnsi"/>
          <w:b/>
          <w:bCs/>
          <w:color w:val="0070C0"/>
          <w:sz w:val="26"/>
          <w:szCs w:val="26"/>
          <w:lang w:val="en-AU"/>
        </w:rPr>
        <w:t xml:space="preserve"> of the Month</w:t>
      </w:r>
    </w:p>
    <w:p w14:paraId="3EB883BC" w14:textId="77777777" w:rsidR="00EC7577" w:rsidRDefault="006F6C71" w:rsidP="00EC7577">
      <w:pPr>
        <w:spacing w:line="240" w:lineRule="auto"/>
        <w:rPr>
          <w:rFonts w:cstheme="majorHAnsi"/>
          <w:b/>
          <w:bCs/>
        </w:rPr>
      </w:pPr>
      <w:r w:rsidRPr="006F6C71">
        <w:rPr>
          <w:rFonts w:cstheme="majorHAnsi"/>
          <w:b/>
          <w:bCs/>
        </w:rPr>
        <w:t xml:space="preserve">What do you call a vicar on a motorcycle? </w:t>
      </w:r>
    </w:p>
    <w:p w14:paraId="5E39F0F7" w14:textId="567E1A01" w:rsidR="00DE6D92" w:rsidRDefault="006F6C71" w:rsidP="00EC7577">
      <w:pPr>
        <w:spacing w:line="240" w:lineRule="auto"/>
        <w:rPr>
          <w:rFonts w:ascii="Segoe UI Emoji" w:hAnsi="Segoe UI Emoji" w:cs="Segoe UI Emoji"/>
          <w:b/>
          <w:bCs/>
          <w:lang w:val="en-AU"/>
        </w:rPr>
      </w:pPr>
      <w:r w:rsidRPr="006F6C71">
        <w:rPr>
          <w:rFonts w:cstheme="majorHAnsi"/>
        </w:rPr>
        <w:t>Answer. Rev! Rev</w:t>
      </w:r>
      <w:r w:rsidRPr="006F6C71">
        <w:rPr>
          <w:rFonts w:cstheme="majorHAnsi"/>
          <w:b/>
          <w:bCs/>
        </w:rPr>
        <w:t>!</w:t>
      </w:r>
      <w:r w:rsidRPr="006F6C71">
        <w:rPr>
          <w:rFonts w:cstheme="majorHAnsi"/>
          <w:b/>
          <w:bCs/>
          <w:lang w:val="en-AU"/>
        </w:rPr>
        <w:t xml:space="preserve"> </w:t>
      </w:r>
      <w:r w:rsidR="00DE6D92" w:rsidRPr="00DE6D92">
        <w:rPr>
          <w:rFonts w:ascii="Segoe UI Emoji" w:hAnsi="Segoe UI Emoji" w:cs="Segoe UI Emoji"/>
          <w:b/>
          <w:bCs/>
          <w:lang w:val="en-AU"/>
        </w:rPr>
        <w:t>😄</w:t>
      </w:r>
    </w:p>
    <w:p w14:paraId="51CF1285" w14:textId="77777777" w:rsidR="003561DB" w:rsidRDefault="003561DB" w:rsidP="00EC7577">
      <w:pPr>
        <w:spacing w:line="240" w:lineRule="auto"/>
        <w:rPr>
          <w:rFonts w:cs="Segoe UI Emoji"/>
          <w:b/>
          <w:bCs/>
        </w:rPr>
      </w:pPr>
      <w:r w:rsidRPr="003561DB">
        <w:rPr>
          <w:rFonts w:cs="Segoe UI Emoji"/>
          <w:b/>
          <w:bCs/>
        </w:rPr>
        <w:t xml:space="preserve">What's the cheapest thing on a BMW Motorcycle? </w:t>
      </w:r>
    </w:p>
    <w:p w14:paraId="6FDE17C2" w14:textId="57882D1E" w:rsidR="00DE6D92" w:rsidRDefault="003561DB" w:rsidP="00EC7577">
      <w:pPr>
        <w:spacing w:line="240" w:lineRule="auto"/>
        <w:rPr>
          <w:rFonts w:cs="Segoe UI Emoji"/>
        </w:rPr>
      </w:pPr>
      <w:r w:rsidRPr="003561DB">
        <w:rPr>
          <w:rFonts w:cs="Segoe UI Emoji"/>
        </w:rPr>
        <w:t>A</w:t>
      </w:r>
      <w:r>
        <w:rPr>
          <w:rFonts w:cs="Segoe UI Emoji"/>
        </w:rPr>
        <w:t>nswer</w:t>
      </w:r>
      <w:r w:rsidRPr="003561DB">
        <w:rPr>
          <w:rFonts w:cs="Segoe UI Emoji"/>
        </w:rPr>
        <w:t xml:space="preserve">: The </w:t>
      </w:r>
      <w:proofErr w:type="gramStart"/>
      <w:r w:rsidRPr="003561DB">
        <w:rPr>
          <w:rFonts w:cs="Segoe UI Emoji"/>
        </w:rPr>
        <w:t>rider</w:t>
      </w:r>
      <w:r w:rsidR="00EC7577">
        <w:rPr>
          <w:rFonts w:cs="Segoe UI Emoji"/>
        </w:rPr>
        <w:t xml:space="preserve">  </w:t>
      </w:r>
      <w:r w:rsidR="00EC7577" w:rsidRPr="00DE6D92">
        <w:rPr>
          <w:rFonts w:ascii="Segoe UI Emoji" w:hAnsi="Segoe UI Emoji" w:cs="Segoe UI Emoji"/>
          <w:b/>
          <w:bCs/>
          <w:lang w:val="en-AU"/>
        </w:rPr>
        <w:t>😄</w:t>
      </w:r>
      <w:proofErr w:type="gramEnd"/>
    </w:p>
    <w:p w14:paraId="662C9206" w14:textId="77777777" w:rsidR="00281AA5" w:rsidRDefault="00281AA5" w:rsidP="00EC7577">
      <w:pPr>
        <w:spacing w:line="240" w:lineRule="auto"/>
        <w:rPr>
          <w:rFonts w:cs="Segoe UI Emoji"/>
          <w:b/>
          <w:bCs/>
        </w:rPr>
      </w:pPr>
      <w:r w:rsidRPr="00281AA5">
        <w:rPr>
          <w:rFonts w:cs="Segoe UI Emoji"/>
          <w:b/>
          <w:bCs/>
        </w:rPr>
        <w:t xml:space="preserve">If you drive a Subaru in reverse, what are you? </w:t>
      </w:r>
    </w:p>
    <w:p w14:paraId="5F2A001D" w14:textId="5D06FF97" w:rsidR="00281AA5" w:rsidRPr="008361F9" w:rsidRDefault="008361F9" w:rsidP="00EC7577">
      <w:pPr>
        <w:spacing w:line="240" w:lineRule="auto"/>
        <w:rPr>
          <w:rFonts w:cs="Segoe UI Emoji"/>
          <w:lang w:val="en-AU"/>
        </w:rPr>
      </w:pPr>
      <w:r>
        <w:rPr>
          <w:rFonts w:cs="Segoe UI Emoji"/>
        </w:rPr>
        <w:t>Answer</w:t>
      </w:r>
      <w:proofErr w:type="gramStart"/>
      <w:r>
        <w:rPr>
          <w:rFonts w:cs="Segoe UI Emoji"/>
        </w:rPr>
        <w:t xml:space="preserve">:  </w:t>
      </w:r>
      <w:r w:rsidR="00281AA5" w:rsidRPr="008361F9">
        <w:rPr>
          <w:rFonts w:cs="Segoe UI Emoji"/>
        </w:rPr>
        <w:t>U</w:t>
      </w:r>
      <w:proofErr w:type="gramEnd"/>
      <w:r w:rsidR="00281AA5" w:rsidRPr="008361F9">
        <w:rPr>
          <w:rFonts w:cs="Segoe UI Emoji"/>
        </w:rPr>
        <w:t xml:space="preserve"> r a </w:t>
      </w:r>
      <w:proofErr w:type="gramStart"/>
      <w:r w:rsidR="00281AA5" w:rsidRPr="008361F9">
        <w:rPr>
          <w:rFonts w:cs="Segoe UI Emoji"/>
        </w:rPr>
        <w:t>bus</w:t>
      </w:r>
      <w:r w:rsidR="00EC7577">
        <w:rPr>
          <w:rFonts w:cs="Segoe UI Emoji"/>
        </w:rPr>
        <w:t xml:space="preserve">  </w:t>
      </w:r>
      <w:r w:rsidR="00EC7577" w:rsidRPr="00DE6D92">
        <w:rPr>
          <w:rFonts w:ascii="Segoe UI Emoji" w:hAnsi="Segoe UI Emoji" w:cs="Segoe UI Emoji"/>
          <w:b/>
          <w:bCs/>
          <w:lang w:val="en-AU"/>
        </w:rPr>
        <w:t>😄</w:t>
      </w:r>
      <w:proofErr w:type="gramEnd"/>
      <w:r w:rsidR="00EC7577" w:rsidRPr="00EC7577">
        <w:rPr>
          <w:rFonts w:ascii="Segoe UI Emoji" w:hAnsi="Segoe UI Emoji" w:cs="Segoe UI Emoji"/>
          <w:b/>
          <w:bCs/>
          <w:lang w:val="en-AU"/>
        </w:rPr>
        <w:t xml:space="preserve"> </w:t>
      </w:r>
      <w:r w:rsidR="00EC7577" w:rsidRPr="00DE6D92">
        <w:rPr>
          <w:rFonts w:ascii="Segoe UI Emoji" w:hAnsi="Segoe UI Emoji" w:cs="Segoe UI Emoji"/>
          <w:b/>
          <w:bCs/>
          <w:lang w:val="en-AU"/>
        </w:rPr>
        <w:t>😄</w:t>
      </w:r>
      <w:r w:rsidR="00EC7577" w:rsidRPr="00EC7577">
        <w:rPr>
          <w:rFonts w:ascii="Segoe UI Emoji" w:hAnsi="Segoe UI Emoji" w:cs="Segoe UI Emoji"/>
          <w:b/>
          <w:bCs/>
          <w:lang w:val="en-AU"/>
        </w:rPr>
        <w:t xml:space="preserve"> </w:t>
      </w:r>
      <w:r w:rsidR="00EC7577" w:rsidRPr="00DE6D92">
        <w:rPr>
          <w:rFonts w:ascii="Segoe UI Emoji" w:hAnsi="Segoe UI Emoji" w:cs="Segoe UI Emoji"/>
          <w:b/>
          <w:bCs/>
          <w:lang w:val="en-AU"/>
        </w:rPr>
        <w:t>😄</w:t>
      </w:r>
    </w:p>
    <w:p w14:paraId="36425A20" w14:textId="77777777" w:rsidR="00DE6D92" w:rsidRPr="00DE6D92" w:rsidRDefault="00DE6D92" w:rsidP="00DE6D92">
      <w:pPr>
        <w:rPr>
          <w:rFonts w:asciiTheme="majorHAnsi" w:hAnsiTheme="majorHAnsi" w:cstheme="majorHAnsi"/>
          <w:b/>
          <w:bCs/>
          <w:color w:val="0070C0"/>
          <w:sz w:val="26"/>
          <w:szCs w:val="26"/>
          <w:lang w:val="en-AU"/>
        </w:rPr>
      </w:pPr>
      <w:r w:rsidRPr="00DE6D92">
        <w:rPr>
          <w:rFonts w:ascii="Segoe UI Emoji" w:hAnsi="Segoe UI Emoji" w:cs="Segoe UI Emoji"/>
          <w:b/>
          <w:bCs/>
          <w:color w:val="E5B8B7" w:themeColor="accent2" w:themeTint="66"/>
          <w:sz w:val="26"/>
          <w:szCs w:val="26"/>
          <w:lang w:val="en-AU"/>
        </w:rPr>
        <w:t>🧠</w:t>
      </w:r>
      <w:r w:rsidRPr="00DE6D92">
        <w:rPr>
          <w:rFonts w:asciiTheme="majorHAnsi" w:hAnsiTheme="majorHAnsi" w:cstheme="majorHAnsi"/>
          <w:b/>
          <w:bCs/>
          <w:color w:val="0070C0"/>
          <w:sz w:val="26"/>
          <w:szCs w:val="26"/>
          <w:lang w:val="en-AU"/>
        </w:rPr>
        <w:t xml:space="preserve"> Fun Fact</w:t>
      </w:r>
    </w:p>
    <w:p w14:paraId="35A41861" w14:textId="4A9CC9D7" w:rsidR="0064680D" w:rsidRDefault="0064680D" w:rsidP="0064680D">
      <w:pPr>
        <w:rPr>
          <w:rFonts w:cstheme="majorHAnsi"/>
          <w:lang w:val="en-AU"/>
        </w:rPr>
      </w:pPr>
      <w:r w:rsidRPr="0064680D">
        <w:rPr>
          <w:rFonts w:cstheme="majorHAnsi"/>
          <w:lang w:val="en-AU"/>
        </w:rPr>
        <w:t>The first car race was contested in Greater Manchester</w:t>
      </w:r>
      <w:r>
        <w:rPr>
          <w:rFonts w:cstheme="majorHAnsi"/>
          <w:lang w:val="en-AU"/>
        </w:rPr>
        <w:t>.</w:t>
      </w:r>
    </w:p>
    <w:p w14:paraId="24F98764" w14:textId="7D5639E9" w:rsidR="00837224" w:rsidRDefault="00837224" w:rsidP="00837224">
      <w:pPr>
        <w:rPr>
          <w:rFonts w:cstheme="majorHAnsi"/>
          <w:b/>
          <w:bCs/>
          <w:lang w:val="en-AU"/>
        </w:rPr>
      </w:pPr>
      <w:r w:rsidRPr="00837224">
        <w:rPr>
          <w:rFonts w:cstheme="majorHAnsi"/>
          <w:lang w:val="en-AU"/>
        </w:rPr>
        <w:t>The first purpose-built motor racing circuit was in Australia</w:t>
      </w:r>
      <w:r>
        <w:rPr>
          <w:rFonts w:cstheme="majorHAnsi"/>
          <w:b/>
          <w:bCs/>
          <w:lang w:val="en-AU"/>
        </w:rPr>
        <w:t>.</w:t>
      </w:r>
    </w:p>
    <w:p w14:paraId="677B1002" w14:textId="1E25BF2F" w:rsidR="00DF7FEB" w:rsidRPr="00DF7FEB" w:rsidRDefault="00DF7FEB" w:rsidP="00DF7FEB">
      <w:pPr>
        <w:rPr>
          <w:rFonts w:cstheme="majorHAnsi"/>
          <w:lang w:val="en-AU"/>
        </w:rPr>
      </w:pPr>
      <w:r w:rsidRPr="00DF7FEB">
        <w:rPr>
          <w:rFonts w:cstheme="majorHAnsi"/>
          <w:lang w:val="en-AU"/>
        </w:rPr>
        <w:t>The first Grand Prix motor race predated Formula One by 40 years.</w:t>
      </w:r>
    </w:p>
    <w:p w14:paraId="30632C31" w14:textId="15911DCD" w:rsidR="004F5A98" w:rsidRPr="004F5A98" w:rsidRDefault="004F5A98" w:rsidP="004F5A98">
      <w:pPr>
        <w:rPr>
          <w:rFonts w:cstheme="majorHAnsi"/>
          <w:lang w:val="en-AU"/>
        </w:rPr>
      </w:pPr>
      <w:r w:rsidRPr="004F5A98">
        <w:rPr>
          <w:rFonts w:cstheme="majorHAnsi"/>
          <w:lang w:val="en-AU"/>
        </w:rPr>
        <w:t>Ray Harroun won the inaugural Indy 500 in 1911.</w:t>
      </w:r>
    </w:p>
    <w:p w14:paraId="480DE8DA" w14:textId="77777777" w:rsidR="00DE6D92" w:rsidRPr="00DE6D92" w:rsidRDefault="00DE6D92" w:rsidP="00DE6D92">
      <w:pPr>
        <w:rPr>
          <w:rFonts w:cstheme="majorHAnsi"/>
          <w:lang w:val="en-AU"/>
        </w:rPr>
      </w:pPr>
    </w:p>
    <w:p w14:paraId="58AABF3F" w14:textId="77777777" w:rsidR="00DE6D92" w:rsidRPr="00DE6D92" w:rsidRDefault="00DE6D92" w:rsidP="00DE6D92">
      <w:pPr>
        <w:rPr>
          <w:rFonts w:asciiTheme="majorHAnsi" w:hAnsiTheme="majorHAnsi" w:cstheme="majorHAnsi"/>
          <w:b/>
          <w:bCs/>
          <w:color w:val="0070C0"/>
          <w:sz w:val="26"/>
          <w:szCs w:val="26"/>
          <w:lang w:val="en-AU"/>
        </w:rPr>
      </w:pPr>
      <w:r w:rsidRPr="00DE6D92">
        <w:rPr>
          <w:rFonts w:ascii="Segoe UI Emoji" w:hAnsi="Segoe UI Emoji" w:cs="Segoe UI Emoji"/>
          <w:b/>
          <w:bCs/>
          <w:color w:val="EE0000"/>
          <w:sz w:val="26"/>
          <w:szCs w:val="26"/>
          <w:lang w:val="en-AU"/>
        </w:rPr>
        <w:t>📣</w:t>
      </w:r>
      <w:r w:rsidRPr="00DE6D92">
        <w:rPr>
          <w:rFonts w:asciiTheme="majorHAnsi" w:hAnsiTheme="majorHAnsi" w:cstheme="majorHAnsi"/>
          <w:b/>
          <w:bCs/>
          <w:color w:val="0070C0"/>
          <w:sz w:val="26"/>
          <w:szCs w:val="26"/>
          <w:lang w:val="en-AU"/>
        </w:rPr>
        <w:t xml:space="preserve"> Got a Story to Share?</w:t>
      </w:r>
    </w:p>
    <w:p w14:paraId="2977BBBD" w14:textId="77777777" w:rsidR="00DE6D92" w:rsidRPr="00DE6D92" w:rsidRDefault="00DE6D92" w:rsidP="00DE6D92">
      <w:pPr>
        <w:rPr>
          <w:rFonts w:cstheme="majorHAnsi"/>
          <w:lang w:val="en-AU"/>
        </w:rPr>
      </w:pPr>
      <w:r w:rsidRPr="00DE6D92">
        <w:rPr>
          <w:rFonts w:cstheme="majorHAnsi"/>
          <w:lang w:val="en-AU"/>
        </w:rPr>
        <w:lastRenderedPageBreak/>
        <w:t xml:space="preserve">We're keen to feature </w:t>
      </w:r>
      <w:r w:rsidRPr="00DE6D92">
        <w:rPr>
          <w:rFonts w:cstheme="majorHAnsi"/>
          <w:i/>
          <w:iCs/>
          <w:lang w:val="en-AU"/>
        </w:rPr>
        <w:t>your</w:t>
      </w:r>
      <w:r w:rsidRPr="00DE6D92">
        <w:rPr>
          <w:rFonts w:cstheme="majorHAnsi"/>
          <w:lang w:val="en-AU"/>
        </w:rPr>
        <w:t xml:space="preserve"> stories in upcoming newsletters! </w:t>
      </w:r>
      <w:r>
        <w:rPr>
          <w:rFonts w:cstheme="majorHAnsi"/>
          <w:lang w:val="en-AU"/>
        </w:rPr>
        <w:t xml:space="preserve"> </w:t>
      </w:r>
      <w:r w:rsidRPr="00DE6D92">
        <w:rPr>
          <w:rFonts w:cstheme="majorHAnsi"/>
          <w:lang w:val="en-AU"/>
        </w:rPr>
        <w:t xml:space="preserve">Whether it’s about your car, a rebuild journey, a favourite road trip, or even a spotlight on a fellow member—send it through. </w:t>
      </w:r>
      <w:r>
        <w:rPr>
          <w:rFonts w:cstheme="majorHAnsi"/>
          <w:lang w:val="en-AU"/>
        </w:rPr>
        <w:t xml:space="preserve"> </w:t>
      </w:r>
      <w:r w:rsidRPr="00DE6D92">
        <w:rPr>
          <w:rFonts w:cstheme="majorHAnsi"/>
          <w:lang w:val="en-AU"/>
        </w:rPr>
        <w:t>We'd love a few photos too.</w:t>
      </w:r>
    </w:p>
    <w:p w14:paraId="716A120E" w14:textId="77777777" w:rsidR="00DE6D92" w:rsidRPr="00DE6D92" w:rsidRDefault="00DE6D92" w:rsidP="00DE6D92">
      <w:pPr>
        <w:rPr>
          <w:rFonts w:cstheme="majorHAnsi"/>
          <w:lang w:val="en-AU"/>
        </w:rPr>
      </w:pPr>
      <w:r w:rsidRPr="00DE6D92">
        <w:rPr>
          <w:rFonts w:cstheme="majorHAnsi"/>
          <w:lang w:val="en-AU"/>
        </w:rPr>
        <w:t xml:space="preserve">We’re also starting a </w:t>
      </w:r>
      <w:r w:rsidRPr="00DE6D92">
        <w:rPr>
          <w:rFonts w:cstheme="majorHAnsi"/>
          <w:b/>
          <w:bCs/>
          <w:lang w:val="en-AU"/>
        </w:rPr>
        <w:t>Member Spotlight</w:t>
      </w:r>
      <w:r w:rsidRPr="00DE6D92">
        <w:rPr>
          <w:rFonts w:cstheme="majorHAnsi"/>
          <w:lang w:val="en-AU"/>
        </w:rPr>
        <w:t xml:space="preserve"> section to introduce the people behind the cars. Share a short bio, how you got involved with the club, or a memorable motoring moment.</w:t>
      </w:r>
    </w:p>
    <w:p w14:paraId="0D439F78" w14:textId="77777777" w:rsidR="00DE6D92" w:rsidRPr="00DE6D92" w:rsidRDefault="00DE6D92" w:rsidP="00DE6D92">
      <w:pPr>
        <w:rPr>
          <w:rFonts w:cstheme="majorHAnsi"/>
          <w:lang w:val="en-AU"/>
        </w:rPr>
      </w:pPr>
      <w:r w:rsidRPr="00DE6D92">
        <w:rPr>
          <w:rFonts w:cstheme="majorHAnsi"/>
          <w:lang w:val="en-AU"/>
        </w:rPr>
        <w:t xml:space="preserve">Send your contributions to </w:t>
      </w:r>
      <w:r w:rsidRPr="00DE6D92">
        <w:rPr>
          <w:rFonts w:cstheme="majorHAnsi"/>
          <w:b/>
          <w:bCs/>
          <w:lang w:val="en-AU"/>
        </w:rPr>
        <w:t>Michele</w:t>
      </w:r>
      <w:r w:rsidRPr="00DE6D92">
        <w:rPr>
          <w:rFonts w:cstheme="majorHAnsi"/>
          <w:lang w:val="en-AU"/>
        </w:rPr>
        <w:t xml:space="preserve"> at: social@marquenq.com.au</w:t>
      </w:r>
      <w:r w:rsidRPr="00DE6D92">
        <w:rPr>
          <w:rFonts w:cstheme="majorHAnsi"/>
          <w:lang w:val="en-AU"/>
        </w:rPr>
        <w:br/>
        <w:t xml:space="preserve">(Don’t be shy—we’re still waiting… </w:t>
      </w:r>
      <w:r w:rsidRPr="00DE6D92">
        <w:rPr>
          <w:rFonts w:cstheme="majorHAnsi"/>
          <w:i/>
          <w:iCs/>
          <w:lang w:val="en-AU"/>
        </w:rPr>
        <w:t>crickets chirping</w:t>
      </w:r>
      <w:r w:rsidRPr="00DE6D92">
        <w:rPr>
          <w:rFonts w:cstheme="majorHAnsi"/>
          <w:lang w:val="en-AU"/>
        </w:rPr>
        <w:t xml:space="preserve">) </w:t>
      </w:r>
      <w:r w:rsidRPr="00DE6D92">
        <w:rPr>
          <w:rFonts w:ascii="Segoe UI Emoji" w:hAnsi="Segoe UI Emoji" w:cs="Segoe UI Emoji"/>
          <w:lang w:val="en-AU"/>
        </w:rPr>
        <w:t>🦗😉</w:t>
      </w:r>
    </w:p>
    <w:p w14:paraId="76498626" w14:textId="77777777" w:rsidR="00A20691" w:rsidRDefault="00A20691" w:rsidP="00C664B2">
      <w:pPr>
        <w:rPr>
          <w:lang w:val="en-AU"/>
        </w:rPr>
      </w:pPr>
    </w:p>
    <w:p w14:paraId="7DAC4B8C" w14:textId="77777777" w:rsidR="00A20691" w:rsidRPr="002112CE" w:rsidRDefault="00A20691" w:rsidP="00A20691">
      <w:pPr>
        <w:pStyle w:val="Normal1"/>
        <w:jc w:val="center"/>
        <w:rPr>
          <w:rFonts w:ascii="Verdana" w:hAnsi="Verdana" w:cs="Cavolini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112CE">
        <w:rPr>
          <w:rFonts w:ascii="Verdana" w:hAnsi="Verdana" w:cs="Cavolini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OUR PLATINUM SPONSOR IS:</w:t>
      </w:r>
    </w:p>
    <w:p w14:paraId="55DB41DA" w14:textId="77777777" w:rsidR="00A20691" w:rsidRDefault="00A20691" w:rsidP="00C664B2">
      <w:pPr>
        <w:rPr>
          <w:lang w:val="en-AU"/>
        </w:rPr>
      </w:pPr>
    </w:p>
    <w:p w14:paraId="577A3C1C" w14:textId="77777777" w:rsidR="00A20691" w:rsidRDefault="00A20691" w:rsidP="00C664B2">
      <w:pPr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51B8691D" wp14:editId="2AA55F9E">
            <wp:extent cx="5944235" cy="1579245"/>
            <wp:effectExtent l="0" t="0" r="0" b="1905"/>
            <wp:docPr id="8796551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0D7F1" w14:textId="77777777" w:rsidR="00A20691" w:rsidRDefault="00A20691" w:rsidP="00C664B2">
      <w:pPr>
        <w:rPr>
          <w:lang w:val="en-AU"/>
        </w:rPr>
      </w:pPr>
    </w:p>
    <w:p w14:paraId="2948DCE5" w14:textId="77777777" w:rsidR="00A20691" w:rsidRDefault="00A20691" w:rsidP="00A20691">
      <w:pPr>
        <w:pStyle w:val="Normal1"/>
        <w:jc w:val="center"/>
        <w:rPr>
          <w:rFonts w:ascii="Verdana" w:hAnsi="Verdana" w:cs="Cavolini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112CE">
        <w:rPr>
          <w:rFonts w:ascii="Verdana" w:hAnsi="Verdana" w:cs="Cavolini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REMEMBER TO SUPPORT THOSE THAT SUPPORT US.</w:t>
      </w:r>
    </w:p>
    <w:p w14:paraId="6B4EF456" w14:textId="77777777" w:rsidR="00A20691" w:rsidRDefault="00A20691" w:rsidP="00A20691">
      <w:pPr>
        <w:pStyle w:val="Normal1"/>
        <w:jc w:val="center"/>
        <w:rPr>
          <w:rFonts w:ascii="Verdana" w:hAnsi="Verdana" w:cs="Cavolini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Verdana" w:hAnsi="Verdana" w:cs="Cavolini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LET THEM KNOW YOU ARE WITH THE MSCRNQ TO </w:t>
      </w:r>
    </w:p>
    <w:p w14:paraId="4F007B75" w14:textId="77777777" w:rsidR="00A20691" w:rsidRDefault="00A20691" w:rsidP="00A20691">
      <w:pPr>
        <w:pStyle w:val="Normal1"/>
        <w:jc w:val="center"/>
        <w:rPr>
          <w:rFonts w:ascii="Verdana" w:hAnsi="Verdana" w:cs="Cavolini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Verdana" w:hAnsi="Verdana" w:cs="Cavolini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RECEIVE A DISCOUNT!</w:t>
      </w:r>
    </w:p>
    <w:p w14:paraId="608D06DA" w14:textId="77777777" w:rsidR="00A20691" w:rsidRPr="00C664B2" w:rsidRDefault="00A20691" w:rsidP="00C664B2">
      <w:pPr>
        <w:rPr>
          <w:lang w:val="en-AU"/>
        </w:rPr>
      </w:pPr>
    </w:p>
    <w:p w14:paraId="1D4CC0C0" w14:textId="77777777" w:rsidR="00C664B2" w:rsidRDefault="00C664B2"/>
    <w:sectPr w:rsidR="00C664B2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BD5CE1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B852666"/>
    <w:multiLevelType w:val="hybridMultilevel"/>
    <w:tmpl w:val="FE000C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D706A6"/>
    <w:multiLevelType w:val="hybridMultilevel"/>
    <w:tmpl w:val="D9424D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9955420">
    <w:abstractNumId w:val="8"/>
  </w:num>
  <w:num w:numId="2" w16cid:durableId="1443693079">
    <w:abstractNumId w:val="6"/>
  </w:num>
  <w:num w:numId="3" w16cid:durableId="1903518498">
    <w:abstractNumId w:val="5"/>
  </w:num>
  <w:num w:numId="4" w16cid:durableId="768503186">
    <w:abstractNumId w:val="4"/>
  </w:num>
  <w:num w:numId="5" w16cid:durableId="273481801">
    <w:abstractNumId w:val="7"/>
  </w:num>
  <w:num w:numId="6" w16cid:durableId="1927222494">
    <w:abstractNumId w:val="3"/>
  </w:num>
  <w:num w:numId="7" w16cid:durableId="2071616648">
    <w:abstractNumId w:val="2"/>
  </w:num>
  <w:num w:numId="8" w16cid:durableId="771516494">
    <w:abstractNumId w:val="1"/>
  </w:num>
  <w:num w:numId="9" w16cid:durableId="421682718">
    <w:abstractNumId w:val="0"/>
  </w:num>
  <w:num w:numId="10" w16cid:durableId="1077552143">
    <w:abstractNumId w:val="9"/>
  </w:num>
  <w:num w:numId="11" w16cid:durableId="217584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D79"/>
    <w:rsid w:val="00003B16"/>
    <w:rsid w:val="000232CB"/>
    <w:rsid w:val="000269BE"/>
    <w:rsid w:val="00034616"/>
    <w:rsid w:val="0006063C"/>
    <w:rsid w:val="00074488"/>
    <w:rsid w:val="00076D24"/>
    <w:rsid w:val="00080338"/>
    <w:rsid w:val="000C0E4D"/>
    <w:rsid w:val="000D0D79"/>
    <w:rsid w:val="00100017"/>
    <w:rsid w:val="00120310"/>
    <w:rsid w:val="0015074B"/>
    <w:rsid w:val="001568AE"/>
    <w:rsid w:val="0018526F"/>
    <w:rsid w:val="001C3AD5"/>
    <w:rsid w:val="001F2CCF"/>
    <w:rsid w:val="0020070C"/>
    <w:rsid w:val="00202B99"/>
    <w:rsid w:val="002135E9"/>
    <w:rsid w:val="002730C7"/>
    <w:rsid w:val="00280A3D"/>
    <w:rsid w:val="00281AA5"/>
    <w:rsid w:val="0029639D"/>
    <w:rsid w:val="002A3F77"/>
    <w:rsid w:val="002D2569"/>
    <w:rsid w:val="00326F90"/>
    <w:rsid w:val="003561DB"/>
    <w:rsid w:val="003761C4"/>
    <w:rsid w:val="00382B27"/>
    <w:rsid w:val="003C5261"/>
    <w:rsid w:val="00423B12"/>
    <w:rsid w:val="00441982"/>
    <w:rsid w:val="00442911"/>
    <w:rsid w:val="00445B98"/>
    <w:rsid w:val="004535B1"/>
    <w:rsid w:val="00453C28"/>
    <w:rsid w:val="00463748"/>
    <w:rsid w:val="00466652"/>
    <w:rsid w:val="0048606B"/>
    <w:rsid w:val="004960CC"/>
    <w:rsid w:val="004A3A4A"/>
    <w:rsid w:val="004B3965"/>
    <w:rsid w:val="004C4634"/>
    <w:rsid w:val="004D3043"/>
    <w:rsid w:val="004E18A2"/>
    <w:rsid w:val="004E73DC"/>
    <w:rsid w:val="004F5A98"/>
    <w:rsid w:val="004F5BFB"/>
    <w:rsid w:val="00525E8E"/>
    <w:rsid w:val="00552CC1"/>
    <w:rsid w:val="00563483"/>
    <w:rsid w:val="00577A8D"/>
    <w:rsid w:val="005A1EFF"/>
    <w:rsid w:val="005A2759"/>
    <w:rsid w:val="005B1106"/>
    <w:rsid w:val="005C185D"/>
    <w:rsid w:val="00600E06"/>
    <w:rsid w:val="006101BA"/>
    <w:rsid w:val="006116D4"/>
    <w:rsid w:val="006365B2"/>
    <w:rsid w:val="006432FA"/>
    <w:rsid w:val="0064680D"/>
    <w:rsid w:val="00666F2D"/>
    <w:rsid w:val="00667C19"/>
    <w:rsid w:val="00680C61"/>
    <w:rsid w:val="00694B16"/>
    <w:rsid w:val="006B1B22"/>
    <w:rsid w:val="006C222A"/>
    <w:rsid w:val="006E523D"/>
    <w:rsid w:val="006F21AC"/>
    <w:rsid w:val="006F6C71"/>
    <w:rsid w:val="007301DA"/>
    <w:rsid w:val="00767A63"/>
    <w:rsid w:val="00780094"/>
    <w:rsid w:val="007C7768"/>
    <w:rsid w:val="007E1533"/>
    <w:rsid w:val="007F727A"/>
    <w:rsid w:val="00830358"/>
    <w:rsid w:val="008343AC"/>
    <w:rsid w:val="008361F9"/>
    <w:rsid w:val="00837224"/>
    <w:rsid w:val="008A0C1E"/>
    <w:rsid w:val="008D2FF1"/>
    <w:rsid w:val="008E55B7"/>
    <w:rsid w:val="008F1CDC"/>
    <w:rsid w:val="009042B4"/>
    <w:rsid w:val="00907CFB"/>
    <w:rsid w:val="00912F3D"/>
    <w:rsid w:val="00933CAE"/>
    <w:rsid w:val="009415CA"/>
    <w:rsid w:val="00941CEE"/>
    <w:rsid w:val="00943451"/>
    <w:rsid w:val="00963DF5"/>
    <w:rsid w:val="00997388"/>
    <w:rsid w:val="009B7569"/>
    <w:rsid w:val="009D0FBE"/>
    <w:rsid w:val="00A107F9"/>
    <w:rsid w:val="00A20691"/>
    <w:rsid w:val="00A30972"/>
    <w:rsid w:val="00A506FD"/>
    <w:rsid w:val="00A87BD6"/>
    <w:rsid w:val="00AA1D8D"/>
    <w:rsid w:val="00AF063F"/>
    <w:rsid w:val="00AF4860"/>
    <w:rsid w:val="00B11FA2"/>
    <w:rsid w:val="00B2032D"/>
    <w:rsid w:val="00B30F5E"/>
    <w:rsid w:val="00B40472"/>
    <w:rsid w:val="00B47730"/>
    <w:rsid w:val="00B629E6"/>
    <w:rsid w:val="00BE38D2"/>
    <w:rsid w:val="00BF1555"/>
    <w:rsid w:val="00C1182A"/>
    <w:rsid w:val="00C664B2"/>
    <w:rsid w:val="00CB00D7"/>
    <w:rsid w:val="00CB0664"/>
    <w:rsid w:val="00CD3D9F"/>
    <w:rsid w:val="00CF366B"/>
    <w:rsid w:val="00D16E74"/>
    <w:rsid w:val="00D65C84"/>
    <w:rsid w:val="00D76DA1"/>
    <w:rsid w:val="00D85C1C"/>
    <w:rsid w:val="00DD5341"/>
    <w:rsid w:val="00DD6AFF"/>
    <w:rsid w:val="00DE6D92"/>
    <w:rsid w:val="00DF5CC3"/>
    <w:rsid w:val="00DF7FEB"/>
    <w:rsid w:val="00E370DA"/>
    <w:rsid w:val="00E74A54"/>
    <w:rsid w:val="00E8160A"/>
    <w:rsid w:val="00E9700C"/>
    <w:rsid w:val="00EB07B2"/>
    <w:rsid w:val="00EC7577"/>
    <w:rsid w:val="00F0379A"/>
    <w:rsid w:val="00F15E2C"/>
    <w:rsid w:val="00F51E54"/>
    <w:rsid w:val="00F55629"/>
    <w:rsid w:val="00F610DC"/>
    <w:rsid w:val="00F65FA4"/>
    <w:rsid w:val="00F80FCD"/>
    <w:rsid w:val="00FC693F"/>
    <w:rsid w:val="00FD454B"/>
    <w:rsid w:val="00FE4033"/>
    <w:rsid w:val="00FF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94CEA9"/>
  <w14:defaultImageDpi w14:val="300"/>
  <w15:docId w15:val="{D86B203C-833D-4B57-BD59-300E8A117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Title1">
    <w:name w:val="Title1"/>
    <w:basedOn w:val="Normal"/>
    <w:next w:val="Normal"/>
    <w:uiPriority w:val="1"/>
    <w:unhideWhenUsed/>
    <w:qFormat/>
    <w:rsid w:val="00080338"/>
    <w:pPr>
      <w:spacing w:after="160" w:line="240" w:lineRule="auto"/>
      <w:outlineLvl w:val="0"/>
    </w:pPr>
    <w:rPr>
      <w:rFonts w:ascii="Calibri Light"/>
      <w:kern w:val="2"/>
      <w:sz w:val="56"/>
      <w:szCs w:val="24"/>
      <w:lang w:val="en-AU" w:eastAsia="en-AU"/>
      <w14:ligatures w14:val="standardContextual"/>
    </w:rPr>
  </w:style>
  <w:style w:type="character" w:customStyle="1" w:styleId="Strong1">
    <w:name w:val="Strong1"/>
    <w:uiPriority w:val="1"/>
    <w:unhideWhenUsed/>
    <w:qFormat/>
    <w:rsid w:val="00080338"/>
    <w:rPr>
      <w:rFonts w:ascii="Calibri"/>
      <w:b/>
    </w:rPr>
  </w:style>
  <w:style w:type="paragraph" w:customStyle="1" w:styleId="Normal1">
    <w:name w:val="Normal1"/>
    <w:basedOn w:val="Normal"/>
    <w:uiPriority w:val="1"/>
    <w:unhideWhenUsed/>
    <w:qFormat/>
    <w:rsid w:val="00080338"/>
    <w:pPr>
      <w:spacing w:after="160" w:line="278" w:lineRule="auto"/>
    </w:pPr>
    <w:rPr>
      <w:rFonts w:ascii="Calibri"/>
      <w:kern w:val="2"/>
      <w:sz w:val="24"/>
      <w:szCs w:val="24"/>
      <w:lang w:val="en-AU" w:eastAsia="en-AU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13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quenq\OneDrive\Desktop\Monthly%20Newslette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Monthly Newsletter</Template>
  <TotalTime>116</TotalTime>
  <Pages>10</Pages>
  <Words>2167</Words>
  <Characters>9837</Characters>
  <Application>Microsoft Office Word</Application>
  <DocSecurity>0</DocSecurity>
  <Lines>336</Lines>
  <Paragraphs>191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11960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Marquenq</dc:creator>
  <cp:keywords/>
  <dc:description>generated by python-docx</dc:description>
  <cp:lastModifiedBy>Michele Fraser</cp:lastModifiedBy>
  <cp:revision>114</cp:revision>
  <dcterms:created xsi:type="dcterms:W3CDTF">2025-10-03T05:48:00Z</dcterms:created>
  <dcterms:modified xsi:type="dcterms:W3CDTF">2025-11-04T05:20:00Z</dcterms:modified>
  <cp:category/>
</cp:coreProperties>
</file>