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7EA7E" w14:textId="68BC59E0" w:rsidR="00080338" w:rsidRDefault="00080338" w:rsidP="0078151B">
      <w:pPr>
        <w:pStyle w:val="Heading1"/>
        <w:spacing w:before="0" w:line="300" w:lineRule="auto"/>
        <w:jc w:val="center"/>
      </w:pPr>
      <w:r>
        <w:rPr>
          <w:noProof/>
        </w:rPr>
        <w:drawing>
          <wp:inline distT="0" distB="0" distL="0" distR="0" wp14:anchorId="6AF8D34E" wp14:editId="03C3BC09">
            <wp:extent cx="4457700" cy="596391"/>
            <wp:effectExtent l="0" t="0" r="0" b="0"/>
            <wp:docPr id="777543415" name="Picture2"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4457700" cy="596391"/>
                    </a:xfrm>
                    <a:prstGeom prst="rect">
                      <a:avLst/>
                    </a:prstGeom>
                  </pic:spPr>
                </pic:pic>
              </a:graphicData>
            </a:graphic>
          </wp:inline>
        </w:drawing>
      </w:r>
    </w:p>
    <w:p w14:paraId="0C490A5B" w14:textId="1B037797" w:rsidR="00080338" w:rsidRDefault="2F5D0951" w:rsidP="0078151B">
      <w:pPr>
        <w:pStyle w:val="Heading1"/>
        <w:spacing w:before="281" w:after="281" w:line="300" w:lineRule="auto"/>
        <w:jc w:val="center"/>
      </w:pPr>
      <w:r w:rsidRPr="54AAAAF0">
        <w:rPr>
          <w:rFonts w:ascii="Segoe UI" w:eastAsia="Segoe UI" w:hAnsi="Segoe UI" w:cs="Segoe UI"/>
          <w:sz w:val="42"/>
          <w:szCs w:val="42"/>
        </w:rPr>
        <w:t>MARQUE MONTHLY NEWSLETTER</w:t>
      </w:r>
    </w:p>
    <w:p w14:paraId="3DC08046" w14:textId="78488A91" w:rsidR="00080338" w:rsidRPr="00FA4DA3" w:rsidRDefault="2F5D0951" w:rsidP="00FA4DA3">
      <w:pPr>
        <w:pStyle w:val="Heading3"/>
        <w:spacing w:before="246" w:after="246" w:line="300" w:lineRule="auto"/>
        <w:jc w:val="center"/>
        <w:rPr>
          <w:sz w:val="36"/>
          <w:szCs w:val="36"/>
        </w:rPr>
      </w:pPr>
      <w:r w:rsidRPr="00FA4DA3">
        <w:rPr>
          <w:rFonts w:ascii="Segoe UI" w:eastAsia="Segoe UI" w:hAnsi="Segoe UI" w:cs="Segoe UI"/>
          <w:sz w:val="36"/>
          <w:szCs w:val="36"/>
        </w:rPr>
        <w:t>January 2026 Edition</w:t>
      </w:r>
    </w:p>
    <w:p w14:paraId="16B7538C" w14:textId="39C654E6" w:rsidR="00080338" w:rsidRDefault="00FA4DA3" w:rsidP="54AAAAF0">
      <w:pPr>
        <w:spacing w:after="0" w:line="300" w:lineRule="auto"/>
      </w:pPr>
      <w:r>
        <w:rPr>
          <w:noProof/>
        </w:rPr>
        <w:drawing>
          <wp:inline distT="0" distB="0" distL="0" distR="0" wp14:anchorId="08B3D5FF" wp14:editId="3908D045">
            <wp:extent cx="5486400" cy="3429000"/>
            <wp:effectExtent l="0" t="0" r="0" b="0"/>
            <wp:docPr id="44531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12359" name="Picture 445312359"/>
                    <pic:cNvPicPr/>
                  </pic:nvPicPr>
                  <pic:blipFill>
                    <a:blip r:embed="rId7"/>
                    <a:stretch>
                      <a:fillRect/>
                    </a:stretch>
                  </pic:blipFill>
                  <pic:spPr>
                    <a:xfrm>
                      <a:off x="0" y="0"/>
                      <a:ext cx="5486400" cy="3429000"/>
                    </a:xfrm>
                    <a:prstGeom prst="rect">
                      <a:avLst/>
                    </a:prstGeom>
                  </pic:spPr>
                </pic:pic>
              </a:graphicData>
            </a:graphic>
          </wp:inline>
        </w:drawing>
      </w:r>
    </w:p>
    <w:p w14:paraId="7BB04E5D" w14:textId="59FE5EF6" w:rsidR="00080338" w:rsidRDefault="2F5D0951" w:rsidP="54AAAAF0">
      <w:pPr>
        <w:pStyle w:val="Heading2"/>
        <w:spacing w:before="261" w:after="261" w:line="300" w:lineRule="auto"/>
      </w:pPr>
      <w:r w:rsidRPr="54AAAAF0">
        <w:rPr>
          <w:rFonts w:ascii="Segoe UI" w:eastAsia="Segoe UI" w:hAnsi="Segoe UI" w:cs="Segoe UI"/>
          <w:sz w:val="31"/>
          <w:szCs w:val="31"/>
        </w:rPr>
        <w:t>🚗 Event Recaps</w:t>
      </w:r>
    </w:p>
    <w:p w14:paraId="6ABBD37A" w14:textId="3BF46470" w:rsidR="00080338" w:rsidRDefault="00A9401B" w:rsidP="00054288">
      <w:pPr>
        <w:spacing w:before="210" w:after="210" w:line="240" w:lineRule="auto"/>
      </w:pPr>
      <w:r w:rsidRPr="54AAAAF0">
        <w:rPr>
          <w:rFonts w:ascii="Segoe UI" w:eastAsia="Segoe UI" w:hAnsi="Segoe UI" w:cs="Segoe UI"/>
          <w:b/>
          <w:bCs/>
          <w:sz w:val="21"/>
          <w:szCs w:val="21"/>
        </w:rPr>
        <w:t>Mid-Week</w:t>
      </w:r>
      <w:r w:rsidR="2F5D0951" w:rsidRPr="54AAAAF0">
        <w:rPr>
          <w:rFonts w:ascii="Segoe UI" w:eastAsia="Segoe UI" w:hAnsi="Segoe UI" w:cs="Segoe UI"/>
          <w:b/>
          <w:bCs/>
          <w:sz w:val="21"/>
          <w:szCs w:val="21"/>
        </w:rPr>
        <w:t xml:space="preserve"> Drive – </w:t>
      </w:r>
      <w:r w:rsidR="0078151B">
        <w:rPr>
          <w:rFonts w:ascii="Segoe UI" w:eastAsia="Segoe UI" w:hAnsi="Segoe UI" w:cs="Segoe UI"/>
          <w:b/>
          <w:bCs/>
          <w:sz w:val="21"/>
          <w:szCs w:val="21"/>
        </w:rPr>
        <w:t>3 Dec</w:t>
      </w:r>
      <w:r w:rsidR="00080338">
        <w:br/>
      </w:r>
      <w:r w:rsidR="2F5D0951" w:rsidRPr="54AAAAF0">
        <w:rPr>
          <w:rFonts w:ascii="Segoe UI" w:eastAsia="Segoe UI" w:hAnsi="Segoe UI" w:cs="Segoe UI"/>
          <w:sz w:val="21"/>
          <w:szCs w:val="21"/>
        </w:rPr>
        <w:t xml:space="preserve">Cruised around town, then relaxed </w:t>
      </w:r>
      <w:proofErr w:type="gramStart"/>
      <w:r w:rsidR="2F5D0951" w:rsidRPr="54AAAAF0">
        <w:rPr>
          <w:rFonts w:ascii="Segoe UI" w:eastAsia="Segoe UI" w:hAnsi="Segoe UI" w:cs="Segoe UI"/>
          <w:sz w:val="21"/>
          <w:szCs w:val="21"/>
        </w:rPr>
        <w:t xml:space="preserve">at </w:t>
      </w:r>
      <w:r w:rsidR="0078151B">
        <w:rPr>
          <w:rFonts w:ascii="Segoe UI" w:eastAsia="Segoe UI" w:hAnsi="Segoe UI" w:cs="Segoe UI"/>
          <w:sz w:val="21"/>
          <w:szCs w:val="21"/>
        </w:rPr>
        <w:t>?</w:t>
      </w:r>
      <w:proofErr w:type="gramEnd"/>
      <w:r w:rsidR="0078151B">
        <w:rPr>
          <w:rFonts w:ascii="Segoe UI" w:eastAsia="Segoe UI" w:hAnsi="Segoe UI" w:cs="Segoe UI"/>
          <w:sz w:val="21"/>
          <w:szCs w:val="21"/>
        </w:rPr>
        <w:t>?</w:t>
      </w:r>
      <w:r w:rsidR="2F5D0951" w:rsidRPr="54AAAAF0">
        <w:rPr>
          <w:rFonts w:ascii="Segoe UI" w:eastAsia="Segoe UI" w:hAnsi="Segoe UI" w:cs="Segoe UI"/>
          <w:sz w:val="21"/>
          <w:szCs w:val="21"/>
        </w:rPr>
        <w:t>. Great vibes all around.</w:t>
      </w:r>
    </w:p>
    <w:p w14:paraId="470044F7" w14:textId="0C6D3765" w:rsidR="00080338" w:rsidRDefault="00560231" w:rsidP="00054288">
      <w:pPr>
        <w:spacing w:before="210" w:after="210" w:line="240" w:lineRule="auto"/>
        <w:rPr>
          <w:rFonts w:ascii="Segoe UI" w:eastAsia="Segoe UI" w:hAnsi="Segoe UI" w:cs="Segoe UI"/>
          <w:sz w:val="21"/>
          <w:szCs w:val="21"/>
        </w:rPr>
      </w:pPr>
      <w:r>
        <w:rPr>
          <w:rFonts w:ascii="Segoe UI" w:eastAsia="Segoe UI" w:hAnsi="Segoe UI" w:cs="Segoe UI"/>
          <w:b/>
          <w:bCs/>
          <w:sz w:val="21"/>
          <w:szCs w:val="21"/>
        </w:rPr>
        <w:t>AGM</w:t>
      </w:r>
      <w:r w:rsidR="2F5D0951" w:rsidRPr="54AAAAF0">
        <w:rPr>
          <w:rFonts w:ascii="Segoe UI" w:eastAsia="Segoe UI" w:hAnsi="Segoe UI" w:cs="Segoe UI"/>
          <w:b/>
          <w:bCs/>
          <w:sz w:val="21"/>
          <w:szCs w:val="21"/>
        </w:rPr>
        <w:t xml:space="preserve"> – </w:t>
      </w:r>
      <w:r>
        <w:rPr>
          <w:rFonts w:ascii="Segoe UI" w:eastAsia="Segoe UI" w:hAnsi="Segoe UI" w:cs="Segoe UI"/>
          <w:b/>
          <w:bCs/>
          <w:sz w:val="21"/>
          <w:szCs w:val="21"/>
        </w:rPr>
        <w:t>9</w:t>
      </w:r>
      <w:r w:rsidR="2F5D0951" w:rsidRPr="54AAAAF0">
        <w:rPr>
          <w:rFonts w:ascii="Segoe UI" w:eastAsia="Segoe UI" w:hAnsi="Segoe UI" w:cs="Segoe UI"/>
          <w:b/>
          <w:bCs/>
          <w:sz w:val="21"/>
          <w:szCs w:val="21"/>
        </w:rPr>
        <w:t xml:space="preserve"> </w:t>
      </w:r>
      <w:r>
        <w:rPr>
          <w:rFonts w:ascii="Segoe UI" w:eastAsia="Segoe UI" w:hAnsi="Segoe UI" w:cs="Segoe UI"/>
          <w:b/>
          <w:bCs/>
          <w:sz w:val="21"/>
          <w:szCs w:val="21"/>
        </w:rPr>
        <w:t>Dec</w:t>
      </w:r>
      <w:r w:rsidR="00080338">
        <w:br/>
      </w:r>
      <w:r w:rsidR="00A934A0">
        <w:rPr>
          <w:rFonts w:ascii="Segoe UI" w:eastAsia="Segoe UI" w:hAnsi="Segoe UI" w:cs="Segoe UI"/>
          <w:sz w:val="21"/>
          <w:szCs w:val="21"/>
        </w:rPr>
        <w:t xml:space="preserve">Held at Rodders Clubhouse.  Minutes available on the club website:  </w:t>
      </w:r>
      <w:hyperlink r:id="rId8" w:history="1">
        <w:r w:rsidR="00A934A0" w:rsidRPr="0084052D">
          <w:rPr>
            <w:rStyle w:val="Hyperlink"/>
            <w:rFonts w:ascii="Segoe UI" w:eastAsia="Segoe UI" w:hAnsi="Segoe UI" w:cs="Segoe UI"/>
            <w:sz w:val="21"/>
            <w:szCs w:val="21"/>
          </w:rPr>
          <w:t>www.marquenq.com.au/paperwork</w:t>
        </w:r>
      </w:hyperlink>
      <w:r w:rsidR="00A934A0">
        <w:rPr>
          <w:rFonts w:ascii="Segoe UI" w:eastAsia="Segoe UI" w:hAnsi="Segoe UI" w:cs="Segoe UI"/>
          <w:sz w:val="21"/>
          <w:szCs w:val="21"/>
        </w:rPr>
        <w:t xml:space="preserve"> </w:t>
      </w:r>
    </w:p>
    <w:p w14:paraId="7478CED5" w14:textId="22D65F31" w:rsidR="00A26D45" w:rsidRDefault="00A26D45" w:rsidP="00054288">
      <w:pPr>
        <w:spacing w:before="210" w:after="210" w:line="240" w:lineRule="auto"/>
      </w:pPr>
      <w:r>
        <w:rPr>
          <w:rFonts w:ascii="Segoe UI" w:eastAsia="Segoe UI" w:hAnsi="Segoe UI" w:cs="Segoe UI"/>
          <w:sz w:val="21"/>
          <w:szCs w:val="21"/>
        </w:rPr>
        <w:t xml:space="preserve">Committee elected </w:t>
      </w:r>
      <w:r w:rsidR="003057D9">
        <w:rPr>
          <w:rFonts w:ascii="Segoe UI" w:eastAsia="Segoe UI" w:hAnsi="Segoe UI" w:cs="Segoe UI"/>
          <w:sz w:val="21"/>
          <w:szCs w:val="21"/>
        </w:rPr>
        <w:t xml:space="preserve">same as previous years.  This year we have an extended race committee made up of the following members: </w:t>
      </w:r>
      <w:r w:rsidR="006965FA">
        <w:rPr>
          <w:rFonts w:ascii="Segoe UI" w:eastAsia="Segoe UI" w:hAnsi="Segoe UI" w:cs="Segoe UI"/>
          <w:sz w:val="21"/>
          <w:szCs w:val="21"/>
        </w:rPr>
        <w:t>Geoff Parnell, Noel Radford, Troy Tappenden, Shane Corradi, Lloyd Struber, Errol Reeves, Michael Seymour, Alan Nelson, Cam Brown, Michele Fraser, Michael Ellis-Do</w:t>
      </w:r>
      <w:r w:rsidR="00937327">
        <w:rPr>
          <w:rFonts w:ascii="Segoe UI" w:eastAsia="Segoe UI" w:hAnsi="Segoe UI" w:cs="Segoe UI"/>
          <w:sz w:val="21"/>
          <w:szCs w:val="21"/>
        </w:rPr>
        <w:t>idge.</w:t>
      </w:r>
      <w:r w:rsidR="006D2663">
        <w:rPr>
          <w:rFonts w:ascii="Segoe UI" w:eastAsia="Segoe UI" w:hAnsi="Segoe UI" w:cs="Segoe UI"/>
          <w:sz w:val="21"/>
          <w:szCs w:val="21"/>
        </w:rPr>
        <w:t xml:space="preserve">  A club display/show committee was also formed – committee</w:t>
      </w:r>
      <w:r w:rsidR="002A4962">
        <w:rPr>
          <w:rFonts w:ascii="Segoe UI" w:eastAsia="Segoe UI" w:hAnsi="Segoe UI" w:cs="Segoe UI"/>
          <w:sz w:val="21"/>
          <w:szCs w:val="21"/>
        </w:rPr>
        <w:t xml:space="preserve"> members</w:t>
      </w:r>
      <w:r w:rsidR="006D2663">
        <w:rPr>
          <w:rFonts w:ascii="Segoe UI" w:eastAsia="Segoe UI" w:hAnsi="Segoe UI" w:cs="Segoe UI"/>
          <w:sz w:val="21"/>
          <w:szCs w:val="21"/>
        </w:rPr>
        <w:t xml:space="preserve"> </w:t>
      </w:r>
      <w:proofErr w:type="gramStart"/>
      <w:r w:rsidR="006D2663">
        <w:rPr>
          <w:rFonts w:ascii="Segoe UI" w:eastAsia="Segoe UI" w:hAnsi="Segoe UI" w:cs="Segoe UI"/>
          <w:sz w:val="21"/>
          <w:szCs w:val="21"/>
        </w:rPr>
        <w:t>are:</w:t>
      </w:r>
      <w:proofErr w:type="gramEnd"/>
      <w:r w:rsidR="006D2663">
        <w:rPr>
          <w:rFonts w:ascii="Segoe UI" w:eastAsia="Segoe UI" w:hAnsi="Segoe UI" w:cs="Segoe UI"/>
          <w:sz w:val="21"/>
          <w:szCs w:val="21"/>
        </w:rPr>
        <w:t xml:space="preserve">  Chris Mills, Ray Scagliotti and Warren Skimmings.  They are hoping to hold 3 </w:t>
      </w:r>
      <w:r w:rsidR="006D2663">
        <w:rPr>
          <w:rFonts w:ascii="Segoe UI" w:eastAsia="Segoe UI" w:hAnsi="Segoe UI" w:cs="Segoe UI"/>
          <w:sz w:val="21"/>
          <w:szCs w:val="21"/>
        </w:rPr>
        <w:lastRenderedPageBreak/>
        <w:t>major events</w:t>
      </w:r>
      <w:r w:rsidR="008E31A7">
        <w:rPr>
          <w:rFonts w:ascii="Segoe UI" w:eastAsia="Segoe UI" w:hAnsi="Segoe UI" w:cs="Segoe UI"/>
          <w:sz w:val="21"/>
          <w:szCs w:val="21"/>
        </w:rPr>
        <w:t xml:space="preserve"> in 2026.  </w:t>
      </w:r>
      <w:r w:rsidR="00B17ECE">
        <w:rPr>
          <w:rFonts w:ascii="Segoe UI" w:eastAsia="Segoe UI" w:hAnsi="Segoe UI" w:cs="Segoe UI"/>
          <w:sz w:val="21"/>
          <w:szCs w:val="21"/>
        </w:rPr>
        <w:t>Another</w:t>
      </w:r>
      <w:r w:rsidR="008E31A7">
        <w:rPr>
          <w:rFonts w:ascii="Segoe UI" w:eastAsia="Segoe UI" w:hAnsi="Segoe UI" w:cs="Segoe UI"/>
          <w:sz w:val="21"/>
          <w:szCs w:val="21"/>
        </w:rPr>
        <w:t xml:space="preserve"> newsworthy point is that the updated constitution was voted in and will be submitted to the office of fair trading</w:t>
      </w:r>
      <w:r w:rsidR="00FA157C">
        <w:rPr>
          <w:rFonts w:ascii="Segoe UI" w:eastAsia="Segoe UI" w:hAnsi="Segoe UI" w:cs="Segoe UI"/>
          <w:sz w:val="21"/>
          <w:szCs w:val="21"/>
        </w:rPr>
        <w:t xml:space="preserve"> in due course.</w:t>
      </w:r>
    </w:p>
    <w:p w14:paraId="014092FE" w14:textId="74E1B444" w:rsidR="00080338" w:rsidRDefault="2F5D0951" w:rsidP="00054288">
      <w:pPr>
        <w:spacing w:before="210" w:after="210" w:line="240" w:lineRule="auto"/>
      </w:pPr>
      <w:r w:rsidRPr="54AAAAF0">
        <w:rPr>
          <w:rFonts w:ascii="Segoe UI" w:eastAsia="Segoe UI" w:hAnsi="Segoe UI" w:cs="Segoe UI"/>
          <w:b/>
          <w:bCs/>
          <w:sz w:val="21"/>
          <w:szCs w:val="21"/>
        </w:rPr>
        <w:t xml:space="preserve">Club </w:t>
      </w:r>
      <w:r w:rsidR="00A934A0">
        <w:rPr>
          <w:rFonts w:ascii="Segoe UI" w:eastAsia="Segoe UI" w:hAnsi="Segoe UI" w:cs="Segoe UI"/>
          <w:b/>
          <w:bCs/>
          <w:sz w:val="21"/>
          <w:szCs w:val="21"/>
        </w:rPr>
        <w:t>Dinner – 12 Dec</w:t>
      </w:r>
      <w:r w:rsidR="00080338">
        <w:br/>
      </w:r>
      <w:r w:rsidR="009F78E2">
        <w:rPr>
          <w:rFonts w:ascii="Segoe UI" w:eastAsia="Segoe UI" w:hAnsi="Segoe UI" w:cs="Segoe UI"/>
          <w:sz w:val="21"/>
          <w:szCs w:val="21"/>
        </w:rPr>
        <w:t xml:space="preserve">Fantastic meal at the Fairfield Hotel (formerly the </w:t>
      </w:r>
      <w:proofErr w:type="spellStart"/>
      <w:r w:rsidR="009F78E2">
        <w:rPr>
          <w:rFonts w:ascii="Segoe UI" w:eastAsia="Segoe UI" w:hAnsi="Segoe UI" w:cs="Segoe UI"/>
          <w:sz w:val="21"/>
          <w:szCs w:val="21"/>
        </w:rPr>
        <w:t>Oonoonba</w:t>
      </w:r>
      <w:proofErr w:type="spellEnd"/>
      <w:r w:rsidR="009F78E2">
        <w:rPr>
          <w:rFonts w:ascii="Segoe UI" w:eastAsia="Segoe UI" w:hAnsi="Segoe UI" w:cs="Segoe UI"/>
          <w:sz w:val="21"/>
          <w:szCs w:val="21"/>
        </w:rPr>
        <w:t xml:space="preserve"> Hotel). </w:t>
      </w:r>
      <w:r w:rsidR="00A9520F">
        <w:rPr>
          <w:rFonts w:ascii="Segoe UI" w:eastAsia="Segoe UI" w:hAnsi="Segoe UI" w:cs="Segoe UI"/>
          <w:sz w:val="21"/>
          <w:szCs w:val="21"/>
        </w:rPr>
        <w:t>Oh,</w:t>
      </w:r>
      <w:r w:rsidR="00C74A52">
        <w:rPr>
          <w:rFonts w:ascii="Segoe UI" w:eastAsia="Segoe UI" w:hAnsi="Segoe UI" w:cs="Segoe UI"/>
          <w:sz w:val="21"/>
          <w:szCs w:val="21"/>
        </w:rPr>
        <w:t xml:space="preserve"> what a night!  We had 25</w:t>
      </w:r>
      <w:r w:rsidR="00040B8C">
        <w:rPr>
          <w:rFonts w:ascii="Segoe UI" w:eastAsia="Segoe UI" w:hAnsi="Segoe UI" w:cs="Segoe UI"/>
          <w:sz w:val="21"/>
          <w:szCs w:val="21"/>
        </w:rPr>
        <w:t xml:space="preserve"> </w:t>
      </w:r>
      <w:proofErr w:type="gramStart"/>
      <w:r w:rsidR="00040B8C">
        <w:rPr>
          <w:rFonts w:ascii="Segoe UI" w:eastAsia="Segoe UI" w:hAnsi="Segoe UI" w:cs="Segoe UI"/>
          <w:sz w:val="21"/>
          <w:szCs w:val="21"/>
        </w:rPr>
        <w:t>turn</w:t>
      </w:r>
      <w:proofErr w:type="gramEnd"/>
      <w:r w:rsidR="00040B8C">
        <w:rPr>
          <w:rFonts w:ascii="Segoe UI" w:eastAsia="Segoe UI" w:hAnsi="Segoe UI" w:cs="Segoe UI"/>
          <w:sz w:val="21"/>
          <w:szCs w:val="21"/>
        </w:rPr>
        <w:t xml:space="preserve"> up for our December dinner.  This was great to see.  One would have thought this close to </w:t>
      </w:r>
      <w:r w:rsidR="00A9520F">
        <w:rPr>
          <w:rFonts w:ascii="Segoe UI" w:eastAsia="Segoe UI" w:hAnsi="Segoe UI" w:cs="Segoe UI"/>
          <w:sz w:val="21"/>
          <w:szCs w:val="21"/>
        </w:rPr>
        <w:t>Christmas that</w:t>
      </w:r>
      <w:r w:rsidR="00040B8C">
        <w:rPr>
          <w:rFonts w:ascii="Segoe UI" w:eastAsia="Segoe UI" w:hAnsi="Segoe UI" w:cs="Segoe UI"/>
          <w:sz w:val="21"/>
          <w:szCs w:val="21"/>
        </w:rPr>
        <w:t xml:space="preserve"> nobody would be interested in another night out but how wrong can you be.  It was good to see some new faces and of course all the old faces. </w:t>
      </w:r>
      <w:r w:rsidR="00043B83">
        <w:rPr>
          <w:rFonts w:ascii="Segoe UI" w:eastAsia="Segoe UI" w:hAnsi="Segoe UI" w:cs="Segoe UI"/>
          <w:sz w:val="21"/>
          <w:szCs w:val="21"/>
        </w:rPr>
        <w:t xml:space="preserve">We raffled off a Bunnings </w:t>
      </w:r>
      <w:r w:rsidR="00503005">
        <w:rPr>
          <w:rFonts w:ascii="Segoe UI" w:eastAsia="Segoe UI" w:hAnsi="Segoe UI" w:cs="Segoe UI"/>
          <w:sz w:val="21"/>
          <w:szCs w:val="21"/>
        </w:rPr>
        <w:t>voucher,</w:t>
      </w:r>
      <w:r w:rsidR="00A9520F">
        <w:rPr>
          <w:rFonts w:ascii="Segoe UI" w:eastAsia="Segoe UI" w:hAnsi="Segoe UI" w:cs="Segoe UI"/>
          <w:sz w:val="21"/>
          <w:szCs w:val="21"/>
        </w:rPr>
        <w:t xml:space="preserve"> and the winner was Alan Stibbs with lucky number 33.  Congratulations Alan.  </w:t>
      </w:r>
    </w:p>
    <w:p w14:paraId="1877DAF6" w14:textId="2A8CB89D" w:rsidR="00054288" w:rsidRDefault="00A9401B" w:rsidP="00054288">
      <w:pPr>
        <w:spacing w:before="210" w:after="210" w:line="240" w:lineRule="auto"/>
        <w:rPr>
          <w:rFonts w:ascii="Segoe UI" w:eastAsia="Segoe UI" w:hAnsi="Segoe UI" w:cs="Segoe UI"/>
          <w:b/>
          <w:bCs/>
          <w:sz w:val="21"/>
          <w:szCs w:val="21"/>
        </w:rPr>
      </w:pPr>
      <w:r w:rsidRPr="54AAAAF0">
        <w:rPr>
          <w:rFonts w:ascii="Segoe UI" w:eastAsia="Segoe UI" w:hAnsi="Segoe UI" w:cs="Segoe UI"/>
          <w:b/>
          <w:bCs/>
          <w:sz w:val="21"/>
          <w:szCs w:val="21"/>
        </w:rPr>
        <w:t>Mid-Week</w:t>
      </w:r>
      <w:r w:rsidR="2F5D0951" w:rsidRPr="54AAAAF0">
        <w:rPr>
          <w:rFonts w:ascii="Segoe UI" w:eastAsia="Segoe UI" w:hAnsi="Segoe UI" w:cs="Segoe UI"/>
          <w:b/>
          <w:bCs/>
          <w:sz w:val="21"/>
          <w:szCs w:val="21"/>
        </w:rPr>
        <w:t xml:space="preserve"> Drive – 1</w:t>
      </w:r>
      <w:r w:rsidR="00903205">
        <w:rPr>
          <w:rFonts w:ascii="Segoe UI" w:eastAsia="Segoe UI" w:hAnsi="Segoe UI" w:cs="Segoe UI"/>
          <w:b/>
          <w:bCs/>
          <w:sz w:val="21"/>
          <w:szCs w:val="21"/>
        </w:rPr>
        <w:t>7</w:t>
      </w:r>
      <w:r w:rsidR="2F5D0951" w:rsidRPr="54AAAAF0">
        <w:rPr>
          <w:rFonts w:ascii="Segoe UI" w:eastAsia="Segoe UI" w:hAnsi="Segoe UI" w:cs="Segoe UI"/>
          <w:b/>
          <w:bCs/>
          <w:sz w:val="21"/>
          <w:szCs w:val="21"/>
        </w:rPr>
        <w:t xml:space="preserve"> </w:t>
      </w:r>
      <w:r w:rsidR="00903205">
        <w:rPr>
          <w:rFonts w:ascii="Segoe UI" w:eastAsia="Segoe UI" w:hAnsi="Segoe UI" w:cs="Segoe UI"/>
          <w:b/>
          <w:bCs/>
          <w:sz w:val="21"/>
          <w:szCs w:val="21"/>
        </w:rPr>
        <w:t>Dec</w:t>
      </w:r>
    </w:p>
    <w:p w14:paraId="7BA4DD83" w14:textId="155CAB9F" w:rsidR="00080338" w:rsidRDefault="2F5D0951" w:rsidP="00054288">
      <w:pPr>
        <w:spacing w:before="210" w:after="210" w:line="240" w:lineRule="auto"/>
        <w:rPr>
          <w:rFonts w:ascii="Segoe UI" w:eastAsia="Segoe UI" w:hAnsi="Segoe UI" w:cs="Segoe UI"/>
          <w:sz w:val="21"/>
          <w:szCs w:val="21"/>
        </w:rPr>
      </w:pPr>
      <w:r w:rsidRPr="54AAAAF0">
        <w:rPr>
          <w:rFonts w:ascii="Segoe UI" w:eastAsia="Segoe UI" w:hAnsi="Segoe UI" w:cs="Segoe UI"/>
          <w:sz w:val="21"/>
          <w:szCs w:val="21"/>
        </w:rPr>
        <w:t xml:space="preserve">Another scenic drive, ending with lively chats at </w:t>
      </w:r>
      <w:r w:rsidR="00FA157C">
        <w:rPr>
          <w:rFonts w:ascii="Segoe UI" w:eastAsia="Segoe UI" w:hAnsi="Segoe UI" w:cs="Segoe UI"/>
          <w:sz w:val="21"/>
          <w:szCs w:val="21"/>
        </w:rPr>
        <w:t>Café 63 Upper Ross.  Quite a few attendees and a great morning tea had by all.</w:t>
      </w:r>
    </w:p>
    <w:p w14:paraId="3A2B5890" w14:textId="63ACDD15" w:rsidR="008E0398" w:rsidRDefault="008E0398" w:rsidP="00054288">
      <w:pPr>
        <w:spacing w:before="210" w:after="210" w:line="240" w:lineRule="auto"/>
        <w:rPr>
          <w:rFonts w:ascii="Segoe UI" w:eastAsia="Segoe UI" w:hAnsi="Segoe UI" w:cs="Segoe UI"/>
          <w:b/>
          <w:bCs/>
          <w:sz w:val="21"/>
          <w:szCs w:val="21"/>
        </w:rPr>
      </w:pPr>
      <w:r>
        <w:rPr>
          <w:rFonts w:ascii="Segoe UI" w:eastAsia="Segoe UI" w:hAnsi="Segoe UI" w:cs="Segoe UI"/>
          <w:b/>
          <w:bCs/>
          <w:noProof/>
          <w:sz w:val="21"/>
          <w:szCs w:val="21"/>
        </w:rPr>
        <w:drawing>
          <wp:inline distT="0" distB="0" distL="0" distR="0" wp14:anchorId="79AA6BFB" wp14:editId="3552E60E">
            <wp:extent cx="5486400" cy="2533650"/>
            <wp:effectExtent l="0" t="0" r="0" b="0"/>
            <wp:docPr id="1813828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28754" name="Picture 1813828754"/>
                    <pic:cNvPicPr/>
                  </pic:nvPicPr>
                  <pic:blipFill>
                    <a:blip r:embed="rId9"/>
                    <a:stretch>
                      <a:fillRect/>
                    </a:stretch>
                  </pic:blipFill>
                  <pic:spPr>
                    <a:xfrm>
                      <a:off x="0" y="0"/>
                      <a:ext cx="5486400" cy="2533650"/>
                    </a:xfrm>
                    <a:prstGeom prst="rect">
                      <a:avLst/>
                    </a:prstGeom>
                  </pic:spPr>
                </pic:pic>
              </a:graphicData>
            </a:graphic>
          </wp:inline>
        </w:drawing>
      </w:r>
    </w:p>
    <w:p w14:paraId="1A1AFB89" w14:textId="77777777" w:rsidR="00790F40" w:rsidRPr="00054288" w:rsidRDefault="00790F40" w:rsidP="00054288">
      <w:pPr>
        <w:spacing w:before="210" w:after="210" w:line="240" w:lineRule="auto"/>
        <w:rPr>
          <w:rFonts w:ascii="Segoe UI" w:eastAsia="Segoe UI" w:hAnsi="Segoe UI" w:cs="Segoe UI"/>
          <w:b/>
          <w:bCs/>
          <w:sz w:val="21"/>
          <w:szCs w:val="21"/>
        </w:rPr>
      </w:pPr>
    </w:p>
    <w:p w14:paraId="6B15A5D3" w14:textId="7CAE2B64" w:rsidR="00B16A64" w:rsidRDefault="00B16A64" w:rsidP="00B16A64">
      <w:pPr>
        <w:spacing w:before="210" w:after="210" w:line="240" w:lineRule="auto"/>
        <w:rPr>
          <w:rFonts w:ascii="Segoe UI" w:eastAsia="Segoe UI" w:hAnsi="Segoe UI" w:cs="Segoe UI"/>
          <w:b/>
          <w:bCs/>
          <w:sz w:val="21"/>
          <w:szCs w:val="21"/>
        </w:rPr>
      </w:pPr>
      <w:r>
        <w:rPr>
          <w:rFonts w:ascii="Segoe UI" w:eastAsia="Segoe UI" w:hAnsi="Segoe UI" w:cs="Segoe UI"/>
          <w:b/>
          <w:bCs/>
          <w:sz w:val="21"/>
          <w:szCs w:val="21"/>
        </w:rPr>
        <w:t>Monthly Drive</w:t>
      </w:r>
      <w:r w:rsidRPr="54AAAAF0">
        <w:rPr>
          <w:rFonts w:ascii="Segoe UI" w:eastAsia="Segoe UI" w:hAnsi="Segoe UI" w:cs="Segoe UI"/>
          <w:b/>
          <w:bCs/>
          <w:sz w:val="21"/>
          <w:szCs w:val="21"/>
        </w:rPr>
        <w:t xml:space="preserve"> – </w:t>
      </w:r>
      <w:r w:rsidR="009C2EFE">
        <w:rPr>
          <w:rFonts w:ascii="Segoe UI" w:eastAsia="Segoe UI" w:hAnsi="Segoe UI" w:cs="Segoe UI"/>
          <w:b/>
          <w:bCs/>
          <w:sz w:val="21"/>
          <w:szCs w:val="21"/>
        </w:rPr>
        <w:t>21</w:t>
      </w:r>
      <w:r w:rsidRPr="54AAAAF0">
        <w:rPr>
          <w:rFonts w:ascii="Segoe UI" w:eastAsia="Segoe UI" w:hAnsi="Segoe UI" w:cs="Segoe UI"/>
          <w:b/>
          <w:bCs/>
          <w:sz w:val="21"/>
          <w:szCs w:val="21"/>
        </w:rPr>
        <w:t xml:space="preserve"> </w:t>
      </w:r>
      <w:r>
        <w:rPr>
          <w:rFonts w:ascii="Segoe UI" w:eastAsia="Segoe UI" w:hAnsi="Segoe UI" w:cs="Segoe UI"/>
          <w:b/>
          <w:bCs/>
          <w:sz w:val="21"/>
          <w:szCs w:val="21"/>
        </w:rPr>
        <w:t>Dec</w:t>
      </w:r>
    </w:p>
    <w:p w14:paraId="6A93ADCC" w14:textId="0D720AD1" w:rsidR="00FA157C" w:rsidRDefault="00FA157C" w:rsidP="00D14134">
      <w:pPr>
        <w:spacing w:before="210" w:after="210" w:line="240" w:lineRule="auto"/>
      </w:pPr>
      <w:r>
        <w:t xml:space="preserve">Early start to the day!  7:30am drive around town culminating at the Fifth Avenue Boat Ramp Recreational Park.  BYO breakfast saw a few </w:t>
      </w:r>
      <w:proofErr w:type="gramStart"/>
      <w:r>
        <w:t>turn</w:t>
      </w:r>
      <w:proofErr w:type="gramEnd"/>
      <w:r>
        <w:t xml:space="preserve"> up but not that many.  We had a good old chin wag, delightful breakfast and great company.  After the early start it was off home to have a nap!</w:t>
      </w:r>
    </w:p>
    <w:p w14:paraId="54210DC0" w14:textId="504B54CD" w:rsidR="008E0398" w:rsidRDefault="008E0398" w:rsidP="00790F40">
      <w:pPr>
        <w:spacing w:before="210" w:after="210" w:line="240" w:lineRule="auto"/>
        <w:jc w:val="center"/>
      </w:pPr>
      <w:r>
        <w:rPr>
          <w:noProof/>
        </w:rPr>
        <w:lastRenderedPageBreak/>
        <w:drawing>
          <wp:inline distT="0" distB="0" distL="0" distR="0" wp14:anchorId="75011410" wp14:editId="63BF5DCA">
            <wp:extent cx="4099560" cy="3074670"/>
            <wp:effectExtent l="0" t="0" r="0" b="0"/>
            <wp:docPr id="1166821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21117" name="Picture 1166821117"/>
                    <pic:cNvPicPr/>
                  </pic:nvPicPr>
                  <pic:blipFill>
                    <a:blip r:embed="rId10"/>
                    <a:stretch>
                      <a:fillRect/>
                    </a:stretch>
                  </pic:blipFill>
                  <pic:spPr>
                    <a:xfrm>
                      <a:off x="0" y="0"/>
                      <a:ext cx="4099560" cy="3074670"/>
                    </a:xfrm>
                    <a:prstGeom prst="rect">
                      <a:avLst/>
                    </a:prstGeom>
                  </pic:spPr>
                </pic:pic>
              </a:graphicData>
            </a:graphic>
          </wp:inline>
        </w:drawing>
      </w:r>
    </w:p>
    <w:p w14:paraId="635BB723" w14:textId="631FDD4B" w:rsidR="00A9401B" w:rsidRDefault="00A9401B" w:rsidP="00A9401B">
      <w:pPr>
        <w:spacing w:before="210" w:after="210" w:line="240" w:lineRule="auto"/>
        <w:rPr>
          <w:rFonts w:ascii="Segoe UI" w:eastAsia="Segoe UI" w:hAnsi="Segoe UI" w:cs="Segoe UI"/>
          <w:sz w:val="21"/>
          <w:szCs w:val="21"/>
        </w:rPr>
      </w:pPr>
      <w:r>
        <w:rPr>
          <w:rFonts w:ascii="Segoe UI" w:eastAsia="Segoe UI" w:hAnsi="Segoe UI" w:cs="Segoe UI"/>
          <w:b/>
          <w:bCs/>
          <w:sz w:val="21"/>
          <w:szCs w:val="21"/>
        </w:rPr>
        <w:t>Mid-Week Drive</w:t>
      </w:r>
      <w:r w:rsidR="2F5D0951" w:rsidRPr="54AAAAF0">
        <w:rPr>
          <w:rFonts w:ascii="Segoe UI" w:eastAsia="Segoe UI" w:hAnsi="Segoe UI" w:cs="Segoe UI"/>
          <w:b/>
          <w:bCs/>
          <w:sz w:val="21"/>
          <w:szCs w:val="21"/>
        </w:rPr>
        <w:t xml:space="preserve"> – </w:t>
      </w:r>
      <w:r>
        <w:rPr>
          <w:rFonts w:ascii="Segoe UI" w:eastAsia="Segoe UI" w:hAnsi="Segoe UI" w:cs="Segoe UI"/>
          <w:b/>
          <w:bCs/>
          <w:sz w:val="21"/>
          <w:szCs w:val="21"/>
        </w:rPr>
        <w:t>31</w:t>
      </w:r>
      <w:r w:rsidR="2F5D0951" w:rsidRPr="54AAAAF0">
        <w:rPr>
          <w:rFonts w:ascii="Segoe UI" w:eastAsia="Segoe UI" w:hAnsi="Segoe UI" w:cs="Segoe UI"/>
          <w:b/>
          <w:bCs/>
          <w:sz w:val="21"/>
          <w:szCs w:val="21"/>
        </w:rPr>
        <w:t xml:space="preserve"> </w:t>
      </w:r>
      <w:r>
        <w:rPr>
          <w:rFonts w:ascii="Segoe UI" w:eastAsia="Segoe UI" w:hAnsi="Segoe UI" w:cs="Segoe UI"/>
          <w:b/>
          <w:bCs/>
          <w:sz w:val="21"/>
          <w:szCs w:val="21"/>
        </w:rPr>
        <w:t>Dec</w:t>
      </w:r>
    </w:p>
    <w:p w14:paraId="43A17B14" w14:textId="7EA101B1" w:rsidR="000051D8" w:rsidRPr="000051D8" w:rsidRDefault="000051D8" w:rsidP="00A9401B">
      <w:pPr>
        <w:spacing w:before="210" w:after="210" w:line="240" w:lineRule="auto"/>
        <w:rPr>
          <w:rFonts w:ascii="Segoe UI" w:eastAsia="Segoe UI" w:hAnsi="Segoe UI" w:cs="Segoe UI"/>
          <w:sz w:val="21"/>
          <w:szCs w:val="21"/>
        </w:rPr>
      </w:pPr>
      <w:r>
        <w:rPr>
          <w:rFonts w:ascii="Segoe UI" w:eastAsia="Segoe UI" w:hAnsi="Segoe UI" w:cs="Segoe UI"/>
          <w:sz w:val="21"/>
          <w:szCs w:val="21"/>
        </w:rPr>
        <w:t xml:space="preserve">Great drive around town </w:t>
      </w:r>
      <w:r w:rsidR="00343267">
        <w:rPr>
          <w:rFonts w:ascii="Segoe UI" w:eastAsia="Segoe UI" w:hAnsi="Segoe UI" w:cs="Segoe UI"/>
          <w:sz w:val="21"/>
          <w:szCs w:val="21"/>
        </w:rPr>
        <w:t xml:space="preserve">with a bit of rain </w:t>
      </w:r>
      <w:r>
        <w:rPr>
          <w:rFonts w:ascii="Segoe UI" w:eastAsia="Segoe UI" w:hAnsi="Segoe UI" w:cs="Segoe UI"/>
          <w:sz w:val="21"/>
          <w:szCs w:val="21"/>
        </w:rPr>
        <w:t xml:space="preserve">followed by morning tea </w:t>
      </w:r>
      <w:r w:rsidR="00343267">
        <w:rPr>
          <w:rFonts w:ascii="Segoe UI" w:eastAsia="Segoe UI" w:hAnsi="Segoe UI" w:cs="Segoe UI"/>
          <w:sz w:val="21"/>
          <w:szCs w:val="21"/>
        </w:rPr>
        <w:t xml:space="preserve">at Caltex Servo </w:t>
      </w:r>
      <w:proofErr w:type="spellStart"/>
      <w:r w:rsidR="00343267">
        <w:rPr>
          <w:rFonts w:ascii="Segoe UI" w:eastAsia="Segoe UI" w:hAnsi="Segoe UI" w:cs="Segoe UI"/>
          <w:sz w:val="21"/>
          <w:szCs w:val="21"/>
        </w:rPr>
        <w:t>Cluden</w:t>
      </w:r>
      <w:proofErr w:type="spellEnd"/>
      <w:r w:rsidR="00343267">
        <w:rPr>
          <w:rFonts w:ascii="Segoe UI" w:eastAsia="Segoe UI" w:hAnsi="Segoe UI" w:cs="Segoe UI"/>
          <w:sz w:val="21"/>
          <w:szCs w:val="21"/>
        </w:rPr>
        <w:t>.  Only 4 attendees due to the weather no doubt but I believe a good chat was had by all.  A couple of racers attended so that was great to see.</w:t>
      </w:r>
    </w:p>
    <w:p w14:paraId="3A34FE3C" w14:textId="6D7C7FD1" w:rsidR="00080338" w:rsidRDefault="2F5D0951" w:rsidP="54AAAAF0">
      <w:pPr>
        <w:pStyle w:val="Heading2"/>
        <w:spacing w:before="261" w:after="261" w:line="300" w:lineRule="auto"/>
      </w:pPr>
      <w:r w:rsidRPr="54AAAAF0">
        <w:rPr>
          <w:rFonts w:ascii="Segoe UI" w:eastAsia="Segoe UI" w:hAnsi="Segoe UI" w:cs="Segoe UI"/>
          <w:sz w:val="31"/>
          <w:szCs w:val="31"/>
        </w:rPr>
        <w:t>📢 Club Announcements</w:t>
      </w:r>
    </w:p>
    <w:p w14:paraId="0DC9EF20" w14:textId="7E910474" w:rsidR="00080338" w:rsidRDefault="0077266C" w:rsidP="54AAAAF0">
      <w:pPr>
        <w:pStyle w:val="Heading3"/>
        <w:spacing w:before="246" w:after="246" w:line="300" w:lineRule="auto"/>
      </w:pPr>
      <w:r>
        <w:rPr>
          <w:rFonts w:ascii="Segoe UI" w:eastAsia="Segoe UI" w:hAnsi="Segoe UI" w:cs="Segoe UI"/>
          <w:sz w:val="24"/>
          <w:szCs w:val="24"/>
        </w:rPr>
        <w:t xml:space="preserve">Membership </w:t>
      </w:r>
      <w:r w:rsidR="000F1A96">
        <w:rPr>
          <w:rFonts w:ascii="Segoe UI" w:eastAsia="Segoe UI" w:hAnsi="Segoe UI" w:cs="Segoe UI"/>
          <w:sz w:val="24"/>
          <w:szCs w:val="24"/>
        </w:rPr>
        <w:t>Due by 1.2.26</w:t>
      </w:r>
      <w:r w:rsidR="2F5D0951" w:rsidRPr="54AAAAF0">
        <w:rPr>
          <w:rFonts w:ascii="Segoe UI" w:eastAsia="Segoe UI" w:hAnsi="Segoe UI" w:cs="Segoe UI"/>
          <w:sz w:val="24"/>
          <w:szCs w:val="24"/>
        </w:rPr>
        <w:t>!</w:t>
      </w:r>
    </w:p>
    <w:p w14:paraId="50C2FE0D" w14:textId="009C8FD5" w:rsidR="00BE2ADA" w:rsidRPr="00BE2ADA" w:rsidRDefault="00810A7E" w:rsidP="00BE2ADA">
      <w:pPr>
        <w:spacing w:before="210" w:after="210" w:line="300" w:lineRule="auto"/>
        <w:rPr>
          <w:rFonts w:ascii="Segoe UI" w:eastAsia="Segoe UI" w:hAnsi="Segoe UI" w:cs="Segoe UI"/>
          <w:sz w:val="21"/>
          <w:szCs w:val="21"/>
          <w:lang w:val="en-AU"/>
        </w:rPr>
      </w:pPr>
      <w:r>
        <w:rPr>
          <w:rFonts w:ascii="Segoe UI" w:eastAsia="Segoe UI" w:hAnsi="Segoe UI" w:cs="Segoe UI"/>
          <w:sz w:val="21"/>
          <w:szCs w:val="21"/>
        </w:rPr>
        <w:t>Membership fees are due</w:t>
      </w:r>
      <w:r w:rsidR="00513C7A">
        <w:rPr>
          <w:rFonts w:ascii="Segoe UI" w:eastAsia="Segoe UI" w:hAnsi="Segoe UI" w:cs="Segoe UI"/>
          <w:sz w:val="21"/>
          <w:szCs w:val="21"/>
        </w:rPr>
        <w:t xml:space="preserve"> by 01.02.2026.  $40.00 per year for a family – over </w:t>
      </w:r>
      <w:r w:rsidR="00536BC5">
        <w:rPr>
          <w:rFonts w:ascii="Segoe UI" w:eastAsia="Segoe UI" w:hAnsi="Segoe UI" w:cs="Segoe UI"/>
          <w:sz w:val="21"/>
          <w:szCs w:val="21"/>
        </w:rPr>
        <w:t>18-year-olds</w:t>
      </w:r>
      <w:r w:rsidR="008165D4">
        <w:rPr>
          <w:rFonts w:ascii="Segoe UI" w:eastAsia="Segoe UI" w:hAnsi="Segoe UI" w:cs="Segoe UI"/>
          <w:sz w:val="21"/>
          <w:szCs w:val="21"/>
        </w:rPr>
        <w:t xml:space="preserve"> require their own membership.  This year everyone will receive a digital card that can be saved to your mobile phone</w:t>
      </w:r>
      <w:r w:rsidR="0077266C">
        <w:rPr>
          <w:rFonts w:ascii="Segoe UI" w:eastAsia="Segoe UI" w:hAnsi="Segoe UI" w:cs="Segoe UI"/>
          <w:sz w:val="21"/>
          <w:szCs w:val="21"/>
        </w:rPr>
        <w:t xml:space="preserve"> as a photo, in your card file (Klarna) or in your Samsung wallet.  </w:t>
      </w:r>
      <w:r w:rsidR="00536BC5">
        <w:rPr>
          <w:rFonts w:ascii="Segoe UI" w:eastAsia="Segoe UI" w:hAnsi="Segoe UI" w:cs="Segoe UI"/>
          <w:sz w:val="21"/>
          <w:szCs w:val="21"/>
        </w:rPr>
        <w:t>Unfortunately,</w:t>
      </w:r>
      <w:r w:rsidR="0077266C">
        <w:rPr>
          <w:rFonts w:ascii="Segoe UI" w:eastAsia="Segoe UI" w:hAnsi="Segoe UI" w:cs="Segoe UI"/>
          <w:sz w:val="21"/>
          <w:szCs w:val="21"/>
        </w:rPr>
        <w:t xml:space="preserve"> </w:t>
      </w:r>
      <w:r w:rsidR="006C4910">
        <w:rPr>
          <w:rFonts w:ascii="Segoe UI" w:eastAsia="Segoe UI" w:hAnsi="Segoe UI" w:cs="Segoe UI"/>
          <w:sz w:val="21"/>
          <w:szCs w:val="21"/>
        </w:rPr>
        <w:t>it’s</w:t>
      </w:r>
      <w:r w:rsidR="0077266C">
        <w:rPr>
          <w:rFonts w:ascii="Segoe UI" w:eastAsia="Segoe UI" w:hAnsi="Segoe UI" w:cs="Segoe UI"/>
          <w:sz w:val="21"/>
          <w:szCs w:val="21"/>
        </w:rPr>
        <w:t xml:space="preserve"> not able to be saved into an Apple Wallet.  </w:t>
      </w:r>
      <w:r w:rsidR="00920AAA">
        <w:rPr>
          <w:rFonts w:ascii="Segoe UI" w:eastAsia="Segoe UI" w:hAnsi="Segoe UI" w:cs="Segoe UI"/>
          <w:sz w:val="21"/>
          <w:szCs w:val="21"/>
        </w:rPr>
        <w:t xml:space="preserve">You will need to send in a completed membership form </w:t>
      </w:r>
      <w:r w:rsidR="002808C4">
        <w:rPr>
          <w:rFonts w:ascii="Segoe UI" w:eastAsia="Segoe UI" w:hAnsi="Segoe UI" w:cs="Segoe UI"/>
          <w:sz w:val="21"/>
          <w:szCs w:val="21"/>
        </w:rPr>
        <w:t>(</w:t>
      </w:r>
      <w:hyperlink r:id="rId11" w:history="1">
        <w:r w:rsidR="00E05C23" w:rsidRPr="000F0AF7">
          <w:rPr>
            <w:rStyle w:val="Hyperlink"/>
            <w:rFonts w:ascii="Segoe UI" w:eastAsia="Segoe UI" w:hAnsi="Segoe UI" w:cs="Segoe UI"/>
            <w:sz w:val="21"/>
            <w:szCs w:val="21"/>
          </w:rPr>
          <w:t>https://marquenq.com.au/membership</w:t>
        </w:r>
      </w:hyperlink>
      <w:r w:rsidR="00E05C23">
        <w:rPr>
          <w:rFonts w:ascii="Segoe UI" w:eastAsia="Segoe UI" w:hAnsi="Segoe UI" w:cs="Segoe UI"/>
          <w:sz w:val="21"/>
          <w:szCs w:val="21"/>
        </w:rPr>
        <w:t xml:space="preserve">) </w:t>
      </w:r>
      <w:r w:rsidR="00920AAA">
        <w:rPr>
          <w:rFonts w:ascii="Segoe UI" w:eastAsia="Segoe UI" w:hAnsi="Segoe UI" w:cs="Segoe UI"/>
          <w:sz w:val="21"/>
          <w:szCs w:val="21"/>
        </w:rPr>
        <w:t xml:space="preserve">or complete our online membership form:  </w:t>
      </w:r>
      <w:hyperlink r:id="rId12" w:history="1">
        <w:r w:rsidR="00BE2ADA" w:rsidRPr="00BE2ADA">
          <w:rPr>
            <w:rStyle w:val="Hyperlink"/>
            <w:rFonts w:ascii="Segoe UI" w:eastAsia="Segoe UI" w:hAnsi="Segoe UI" w:cs="Segoe UI"/>
            <w:sz w:val="21"/>
            <w:szCs w:val="21"/>
            <w:lang w:val="en-AU"/>
          </w:rPr>
          <w:t>Membership Form for the Marque Sports Car Register Nth Qld Inc. – Fill out form</w:t>
        </w:r>
      </w:hyperlink>
      <w:r w:rsidR="007927BD">
        <w:t xml:space="preserve"> </w:t>
      </w:r>
      <w:r w:rsidR="007927BD">
        <w:rPr>
          <w:rFonts w:ascii="Segoe UI" w:eastAsia="Segoe UI" w:hAnsi="Segoe UI" w:cs="Segoe UI"/>
          <w:sz w:val="21"/>
          <w:szCs w:val="21"/>
        </w:rPr>
        <w:t>along with your payment.</w:t>
      </w:r>
    </w:p>
    <w:p w14:paraId="0B0AC073" w14:textId="63990872" w:rsidR="00080338" w:rsidRDefault="00080338" w:rsidP="0077266C">
      <w:pPr>
        <w:spacing w:before="210" w:after="210" w:line="300" w:lineRule="auto"/>
        <w:rPr>
          <w:rFonts w:ascii="Segoe UI" w:eastAsia="Segoe UI" w:hAnsi="Segoe UI" w:cs="Segoe UI"/>
          <w:sz w:val="21"/>
          <w:szCs w:val="21"/>
        </w:rPr>
      </w:pPr>
    </w:p>
    <w:p w14:paraId="7CB2AF5F" w14:textId="3D1DCEC2" w:rsidR="00063E33" w:rsidRDefault="00DD33E9" w:rsidP="00DD33E9">
      <w:pPr>
        <w:spacing w:before="210" w:after="210" w:line="300" w:lineRule="auto"/>
        <w:jc w:val="center"/>
      </w:pPr>
      <w:r>
        <w:rPr>
          <w:noProof/>
        </w:rPr>
        <w:lastRenderedPageBreak/>
        <w:drawing>
          <wp:inline distT="0" distB="0" distL="0" distR="0" wp14:anchorId="3B91C1CB" wp14:editId="4BEE6297">
            <wp:extent cx="4983480" cy="2990088"/>
            <wp:effectExtent l="0" t="0" r="7620" b="1270"/>
            <wp:docPr id="15668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1811" name="Picture 156681811"/>
                    <pic:cNvPicPr/>
                  </pic:nvPicPr>
                  <pic:blipFill>
                    <a:blip r:embed="rId13"/>
                    <a:stretch>
                      <a:fillRect/>
                    </a:stretch>
                  </pic:blipFill>
                  <pic:spPr>
                    <a:xfrm>
                      <a:off x="0" y="0"/>
                      <a:ext cx="4985022" cy="2991013"/>
                    </a:xfrm>
                    <a:prstGeom prst="rect">
                      <a:avLst/>
                    </a:prstGeom>
                  </pic:spPr>
                </pic:pic>
              </a:graphicData>
            </a:graphic>
          </wp:inline>
        </w:drawing>
      </w:r>
    </w:p>
    <w:p w14:paraId="094F2D57" w14:textId="77777777" w:rsidR="00F13741" w:rsidRDefault="00F13741" w:rsidP="00DD33E9">
      <w:pPr>
        <w:spacing w:before="210" w:after="210" w:line="300" w:lineRule="auto"/>
        <w:jc w:val="center"/>
      </w:pPr>
    </w:p>
    <w:p w14:paraId="1A8D0C06" w14:textId="4C7047A8" w:rsidR="00080338" w:rsidRDefault="2F5D0951" w:rsidP="54AAAAF0">
      <w:pPr>
        <w:pStyle w:val="Heading2"/>
        <w:spacing w:before="261" w:after="261" w:line="300" w:lineRule="auto"/>
      </w:pPr>
      <w:r w:rsidRPr="54AAAAF0">
        <w:rPr>
          <w:rFonts w:ascii="Segoe UI" w:eastAsia="Segoe UI" w:hAnsi="Segoe UI" w:cs="Segoe UI"/>
          <w:sz w:val="31"/>
          <w:szCs w:val="31"/>
        </w:rPr>
        <w:t xml:space="preserve">🗓️ </w:t>
      </w:r>
      <w:r w:rsidR="000051D8">
        <w:rPr>
          <w:rFonts w:ascii="Segoe UI" w:eastAsia="Segoe UI" w:hAnsi="Segoe UI" w:cs="Segoe UI"/>
          <w:sz w:val="31"/>
          <w:szCs w:val="31"/>
        </w:rPr>
        <w:t>January</w:t>
      </w:r>
      <w:r w:rsidRPr="54AAAAF0">
        <w:rPr>
          <w:rFonts w:ascii="Segoe UI" w:eastAsia="Segoe UI" w:hAnsi="Segoe UI" w:cs="Segoe UI"/>
          <w:sz w:val="31"/>
          <w:szCs w:val="31"/>
        </w:rPr>
        <w:t xml:space="preserve"> 202</w:t>
      </w:r>
      <w:r w:rsidR="000051D8">
        <w:rPr>
          <w:rFonts w:ascii="Segoe UI" w:eastAsia="Segoe UI" w:hAnsi="Segoe UI" w:cs="Segoe UI"/>
          <w:sz w:val="31"/>
          <w:szCs w:val="31"/>
        </w:rPr>
        <w:t>6</w:t>
      </w:r>
      <w:r w:rsidRPr="54AAAAF0">
        <w:rPr>
          <w:rFonts w:ascii="Segoe UI" w:eastAsia="Segoe UI" w:hAnsi="Segoe UI" w:cs="Segoe UI"/>
          <w:sz w:val="31"/>
          <w:szCs w:val="31"/>
        </w:rPr>
        <w:t xml:space="preserve"> Events</w:t>
      </w:r>
    </w:p>
    <w:p w14:paraId="4A35C4F5" w14:textId="7499A349" w:rsidR="00080338" w:rsidRDefault="00F13741" w:rsidP="54AAAAF0">
      <w:pPr>
        <w:pStyle w:val="ListParagraph"/>
        <w:numPr>
          <w:ilvl w:val="0"/>
          <w:numId w:val="3"/>
        </w:numPr>
        <w:spacing w:after="0" w:line="300" w:lineRule="auto"/>
        <w:rPr>
          <w:rFonts w:ascii="Segoe UI" w:eastAsia="Segoe UI" w:hAnsi="Segoe UI" w:cs="Segoe UI"/>
          <w:sz w:val="21"/>
          <w:szCs w:val="21"/>
        </w:rPr>
      </w:pPr>
      <w:r>
        <w:rPr>
          <w:rFonts w:ascii="Segoe UI" w:eastAsia="Segoe UI" w:hAnsi="Segoe UI" w:cs="Segoe UI"/>
          <w:b/>
          <w:bCs/>
          <w:sz w:val="21"/>
          <w:szCs w:val="21"/>
        </w:rPr>
        <w:t>13 Jan</w:t>
      </w:r>
      <w:r w:rsidR="2F5D0951" w:rsidRPr="54AAAAF0">
        <w:rPr>
          <w:rFonts w:ascii="Segoe UI" w:eastAsia="Segoe UI" w:hAnsi="Segoe UI" w:cs="Segoe UI"/>
          <w:b/>
          <w:bCs/>
          <w:sz w:val="21"/>
          <w:szCs w:val="21"/>
        </w:rPr>
        <w:t>:</w:t>
      </w:r>
      <w:r w:rsidR="2F5D0951" w:rsidRPr="54AAAAF0">
        <w:rPr>
          <w:rFonts w:ascii="Segoe UI" w:eastAsia="Segoe UI" w:hAnsi="Segoe UI" w:cs="Segoe UI"/>
          <w:sz w:val="21"/>
          <w:szCs w:val="21"/>
        </w:rPr>
        <w:t xml:space="preserve"> </w:t>
      </w:r>
      <w:r w:rsidR="003B4FF6">
        <w:rPr>
          <w:rFonts w:ascii="Segoe UI" w:eastAsia="Segoe UI" w:hAnsi="Segoe UI" w:cs="Segoe UI"/>
          <w:sz w:val="21"/>
          <w:szCs w:val="21"/>
        </w:rPr>
        <w:t>Club Dinner/Meeting</w:t>
      </w:r>
      <w:r w:rsidR="00B7509D">
        <w:rPr>
          <w:rFonts w:ascii="Segoe UI" w:eastAsia="Segoe UI" w:hAnsi="Segoe UI" w:cs="Segoe UI"/>
          <w:sz w:val="21"/>
          <w:szCs w:val="21"/>
        </w:rPr>
        <w:t xml:space="preserve"> </w:t>
      </w:r>
      <w:r w:rsidR="00FA157C">
        <w:rPr>
          <w:rFonts w:ascii="Segoe UI" w:eastAsia="Segoe UI" w:hAnsi="Segoe UI" w:cs="Segoe UI"/>
          <w:sz w:val="21"/>
          <w:szCs w:val="21"/>
        </w:rPr>
        <w:t>–</w:t>
      </w:r>
      <w:r w:rsidR="00B7509D">
        <w:rPr>
          <w:rFonts w:ascii="Segoe UI" w:eastAsia="Segoe UI" w:hAnsi="Segoe UI" w:cs="Segoe UI"/>
          <w:sz w:val="21"/>
          <w:szCs w:val="21"/>
        </w:rPr>
        <w:t xml:space="preserve"> </w:t>
      </w:r>
      <w:r w:rsidR="00FA157C">
        <w:rPr>
          <w:rFonts w:ascii="Segoe UI" w:eastAsia="Segoe UI" w:hAnsi="Segoe UI" w:cs="Segoe UI"/>
          <w:sz w:val="21"/>
          <w:szCs w:val="21"/>
        </w:rPr>
        <w:t xml:space="preserve">My </w:t>
      </w:r>
      <w:proofErr w:type="spellStart"/>
      <w:r w:rsidR="00FA157C">
        <w:rPr>
          <w:rFonts w:ascii="Segoe UI" w:eastAsia="Segoe UI" w:hAnsi="Segoe UI" w:cs="Segoe UI"/>
          <w:sz w:val="21"/>
          <w:szCs w:val="21"/>
        </w:rPr>
        <w:t>Favourite</w:t>
      </w:r>
      <w:proofErr w:type="spellEnd"/>
      <w:r w:rsidR="00FA157C">
        <w:rPr>
          <w:rFonts w:ascii="Segoe UI" w:eastAsia="Segoe UI" w:hAnsi="Segoe UI" w:cs="Segoe UI"/>
          <w:sz w:val="21"/>
          <w:szCs w:val="21"/>
        </w:rPr>
        <w:t xml:space="preserve"> Thai</w:t>
      </w:r>
    </w:p>
    <w:p w14:paraId="76410AC0" w14:textId="77777777" w:rsidR="00F13741" w:rsidRDefault="00F13741" w:rsidP="00F13741">
      <w:pPr>
        <w:pStyle w:val="ListParagraph"/>
        <w:numPr>
          <w:ilvl w:val="0"/>
          <w:numId w:val="3"/>
        </w:numPr>
        <w:spacing w:after="0" w:line="300" w:lineRule="auto"/>
        <w:rPr>
          <w:rFonts w:ascii="Segoe UI" w:eastAsia="Segoe UI" w:hAnsi="Segoe UI" w:cs="Segoe UI"/>
          <w:sz w:val="21"/>
          <w:szCs w:val="21"/>
        </w:rPr>
      </w:pPr>
      <w:r>
        <w:rPr>
          <w:rFonts w:ascii="Segoe UI" w:eastAsia="Segoe UI" w:hAnsi="Segoe UI" w:cs="Segoe UI"/>
          <w:b/>
          <w:bCs/>
          <w:sz w:val="21"/>
          <w:szCs w:val="21"/>
        </w:rPr>
        <w:t>14 Jan</w:t>
      </w:r>
      <w:r w:rsidRPr="54AAAAF0">
        <w:rPr>
          <w:rFonts w:ascii="Segoe UI" w:eastAsia="Segoe UI" w:hAnsi="Segoe UI" w:cs="Segoe UI"/>
          <w:b/>
          <w:bCs/>
          <w:sz w:val="21"/>
          <w:szCs w:val="21"/>
        </w:rPr>
        <w:t>:</w:t>
      </w:r>
      <w:r w:rsidRPr="54AAAAF0">
        <w:rPr>
          <w:rFonts w:ascii="Segoe UI" w:eastAsia="Segoe UI" w:hAnsi="Segoe UI" w:cs="Segoe UI"/>
          <w:sz w:val="21"/>
          <w:szCs w:val="21"/>
        </w:rPr>
        <w:t xml:space="preserve"> Mid-Week Drive, 9:00 </w:t>
      </w:r>
      <w:proofErr w:type="gramStart"/>
      <w:r w:rsidRPr="54AAAAF0">
        <w:rPr>
          <w:rFonts w:ascii="Segoe UI" w:eastAsia="Segoe UI" w:hAnsi="Segoe UI" w:cs="Segoe UI"/>
          <w:sz w:val="21"/>
          <w:szCs w:val="21"/>
        </w:rPr>
        <w:t>AM @</w:t>
      </w:r>
      <w:proofErr w:type="gramEnd"/>
      <w:r w:rsidRPr="54AAAAF0">
        <w:rPr>
          <w:rFonts w:ascii="Segoe UI" w:eastAsia="Segoe UI" w:hAnsi="Segoe UI" w:cs="Segoe UI"/>
          <w:sz w:val="21"/>
          <w:szCs w:val="21"/>
        </w:rPr>
        <w:t xml:space="preserve"> </w:t>
      </w:r>
      <w:proofErr w:type="spellStart"/>
      <w:r w:rsidRPr="54AAAAF0">
        <w:rPr>
          <w:rFonts w:ascii="Segoe UI" w:eastAsia="Segoe UI" w:hAnsi="Segoe UI" w:cs="Segoe UI"/>
          <w:sz w:val="21"/>
          <w:szCs w:val="21"/>
        </w:rPr>
        <w:t>WildCatz</w:t>
      </w:r>
      <w:proofErr w:type="spellEnd"/>
      <w:r w:rsidRPr="54AAAAF0">
        <w:rPr>
          <w:rFonts w:ascii="Segoe UI" w:eastAsia="Segoe UI" w:hAnsi="Segoe UI" w:cs="Segoe UI"/>
          <w:sz w:val="21"/>
          <w:szCs w:val="21"/>
        </w:rPr>
        <w:t xml:space="preserve"> Indoor Sports Arena</w:t>
      </w:r>
    </w:p>
    <w:p w14:paraId="37A06C8D" w14:textId="3BBAB18D" w:rsidR="00080338" w:rsidRDefault="005710EA" w:rsidP="54AAAAF0">
      <w:pPr>
        <w:pStyle w:val="ListParagraph"/>
        <w:numPr>
          <w:ilvl w:val="0"/>
          <w:numId w:val="3"/>
        </w:numPr>
        <w:spacing w:after="0" w:line="300" w:lineRule="auto"/>
        <w:rPr>
          <w:rFonts w:ascii="Segoe UI" w:eastAsia="Segoe UI" w:hAnsi="Segoe UI" w:cs="Segoe UI"/>
          <w:sz w:val="21"/>
          <w:szCs w:val="21"/>
        </w:rPr>
      </w:pPr>
      <w:r>
        <w:rPr>
          <w:rFonts w:ascii="Segoe UI" w:eastAsia="Segoe UI" w:hAnsi="Segoe UI" w:cs="Segoe UI"/>
          <w:b/>
          <w:bCs/>
          <w:sz w:val="21"/>
          <w:szCs w:val="21"/>
        </w:rPr>
        <w:t>18 Jan</w:t>
      </w:r>
      <w:r w:rsidR="2F5D0951" w:rsidRPr="54AAAAF0">
        <w:rPr>
          <w:rFonts w:ascii="Segoe UI" w:eastAsia="Segoe UI" w:hAnsi="Segoe UI" w:cs="Segoe UI"/>
          <w:b/>
          <w:bCs/>
          <w:sz w:val="21"/>
          <w:szCs w:val="21"/>
        </w:rPr>
        <w:t>:</w:t>
      </w:r>
      <w:r w:rsidR="2F5D0951" w:rsidRPr="54AAAAF0">
        <w:rPr>
          <w:rFonts w:ascii="Segoe UI" w:eastAsia="Segoe UI" w:hAnsi="Segoe UI" w:cs="Segoe UI"/>
          <w:sz w:val="21"/>
          <w:szCs w:val="21"/>
        </w:rPr>
        <w:t xml:space="preserve"> </w:t>
      </w:r>
      <w:r w:rsidR="00B7509D">
        <w:rPr>
          <w:rFonts w:ascii="Segoe UI" w:eastAsia="Segoe UI" w:hAnsi="Segoe UI" w:cs="Segoe UI"/>
          <w:sz w:val="21"/>
          <w:szCs w:val="21"/>
        </w:rPr>
        <w:t>Monthly Drive - TBA</w:t>
      </w:r>
    </w:p>
    <w:p w14:paraId="2FB1CC88" w14:textId="38A2AB4A" w:rsidR="00080338" w:rsidRDefault="00245CE3" w:rsidP="54AAAAF0">
      <w:pPr>
        <w:pStyle w:val="ListParagraph"/>
        <w:numPr>
          <w:ilvl w:val="0"/>
          <w:numId w:val="3"/>
        </w:numPr>
        <w:spacing w:after="0" w:line="300" w:lineRule="auto"/>
        <w:rPr>
          <w:rFonts w:ascii="Segoe UI" w:eastAsia="Segoe UI" w:hAnsi="Segoe UI" w:cs="Segoe UI"/>
          <w:sz w:val="21"/>
          <w:szCs w:val="21"/>
        </w:rPr>
      </w:pPr>
      <w:r>
        <w:rPr>
          <w:rFonts w:ascii="Segoe UI" w:eastAsia="Segoe UI" w:hAnsi="Segoe UI" w:cs="Segoe UI"/>
          <w:b/>
          <w:bCs/>
          <w:sz w:val="21"/>
          <w:szCs w:val="21"/>
        </w:rPr>
        <w:t>28</w:t>
      </w:r>
      <w:r w:rsidR="002514E4">
        <w:rPr>
          <w:rFonts w:ascii="Segoe UI" w:eastAsia="Segoe UI" w:hAnsi="Segoe UI" w:cs="Segoe UI"/>
          <w:b/>
          <w:bCs/>
          <w:sz w:val="21"/>
          <w:szCs w:val="21"/>
        </w:rPr>
        <w:t xml:space="preserve"> Jan</w:t>
      </w:r>
      <w:r w:rsidR="2F5D0951" w:rsidRPr="54AAAAF0">
        <w:rPr>
          <w:rFonts w:ascii="Segoe UI" w:eastAsia="Segoe UI" w:hAnsi="Segoe UI" w:cs="Segoe UI"/>
          <w:b/>
          <w:bCs/>
          <w:sz w:val="21"/>
          <w:szCs w:val="21"/>
        </w:rPr>
        <w:t>:</w:t>
      </w:r>
      <w:r w:rsidR="2F5D0951" w:rsidRPr="54AAAAF0">
        <w:rPr>
          <w:rFonts w:ascii="Segoe UI" w:eastAsia="Segoe UI" w:hAnsi="Segoe UI" w:cs="Segoe UI"/>
          <w:sz w:val="21"/>
          <w:szCs w:val="21"/>
        </w:rPr>
        <w:t xml:space="preserve"> Mid-Week Drive, 9:00 </w:t>
      </w:r>
      <w:proofErr w:type="gramStart"/>
      <w:r w:rsidR="2F5D0951" w:rsidRPr="54AAAAF0">
        <w:rPr>
          <w:rFonts w:ascii="Segoe UI" w:eastAsia="Segoe UI" w:hAnsi="Segoe UI" w:cs="Segoe UI"/>
          <w:sz w:val="21"/>
          <w:szCs w:val="21"/>
        </w:rPr>
        <w:t>AM @</w:t>
      </w:r>
      <w:proofErr w:type="gramEnd"/>
      <w:r w:rsidR="2F5D0951" w:rsidRPr="54AAAAF0">
        <w:rPr>
          <w:rFonts w:ascii="Segoe UI" w:eastAsia="Segoe UI" w:hAnsi="Segoe UI" w:cs="Segoe UI"/>
          <w:sz w:val="21"/>
          <w:szCs w:val="21"/>
        </w:rPr>
        <w:t xml:space="preserve"> </w:t>
      </w:r>
      <w:proofErr w:type="spellStart"/>
      <w:r w:rsidR="2F5D0951" w:rsidRPr="54AAAAF0">
        <w:rPr>
          <w:rFonts w:ascii="Segoe UI" w:eastAsia="Segoe UI" w:hAnsi="Segoe UI" w:cs="Segoe UI"/>
          <w:sz w:val="21"/>
          <w:szCs w:val="21"/>
        </w:rPr>
        <w:t>WildCatz</w:t>
      </w:r>
      <w:proofErr w:type="spellEnd"/>
      <w:r w:rsidR="00B0461C">
        <w:rPr>
          <w:rFonts w:ascii="Segoe UI" w:eastAsia="Segoe UI" w:hAnsi="Segoe UI" w:cs="Segoe UI"/>
          <w:sz w:val="21"/>
          <w:szCs w:val="21"/>
        </w:rPr>
        <w:t xml:space="preserve"> Indoor Sports Arena</w:t>
      </w:r>
    </w:p>
    <w:p w14:paraId="117AE065" w14:textId="77777777" w:rsidR="00AE3669" w:rsidRDefault="00AE3669" w:rsidP="00AE3669">
      <w:pPr>
        <w:pStyle w:val="ListParagraph"/>
        <w:spacing w:after="0" w:line="300" w:lineRule="auto"/>
        <w:rPr>
          <w:rFonts w:ascii="Segoe UI" w:eastAsia="Segoe UI" w:hAnsi="Segoe UI" w:cs="Segoe UI"/>
          <w:sz w:val="21"/>
          <w:szCs w:val="21"/>
        </w:rPr>
      </w:pPr>
    </w:p>
    <w:p w14:paraId="2A74D82C" w14:textId="77777777" w:rsidR="00AE3669" w:rsidRDefault="2F5D0951" w:rsidP="54AAAAF0">
      <w:pPr>
        <w:spacing w:before="210" w:after="210" w:line="300" w:lineRule="auto"/>
        <w:rPr>
          <w:rFonts w:ascii="Segoe UI" w:eastAsia="Segoe UI" w:hAnsi="Segoe UI" w:cs="Segoe UI"/>
          <w:sz w:val="21"/>
          <w:szCs w:val="21"/>
        </w:rPr>
      </w:pPr>
      <w:r w:rsidRPr="54AAAAF0">
        <w:rPr>
          <w:rFonts w:ascii="Segoe UI" w:eastAsia="Segoe UI" w:hAnsi="Segoe UI" w:cs="Segoe UI"/>
          <w:b/>
          <w:bCs/>
          <w:sz w:val="21"/>
          <w:szCs w:val="21"/>
        </w:rPr>
        <w:t>FNQ Chapter:</w:t>
      </w:r>
      <w:r w:rsidRPr="54AAAAF0">
        <w:rPr>
          <w:rFonts w:ascii="Segoe UI" w:eastAsia="Segoe UI" w:hAnsi="Segoe UI" w:cs="Segoe UI"/>
          <w:sz w:val="21"/>
          <w:szCs w:val="21"/>
        </w:rPr>
        <w:t xml:space="preserve"> Weekly drives every Wednesday, 9:00 </w:t>
      </w:r>
      <w:proofErr w:type="gramStart"/>
      <w:r w:rsidRPr="54AAAAF0">
        <w:rPr>
          <w:rFonts w:ascii="Segoe UI" w:eastAsia="Segoe UI" w:hAnsi="Segoe UI" w:cs="Segoe UI"/>
          <w:sz w:val="21"/>
          <w:szCs w:val="21"/>
        </w:rPr>
        <w:t>AM @</w:t>
      </w:r>
      <w:proofErr w:type="gramEnd"/>
      <w:r w:rsidRPr="54AAAAF0">
        <w:rPr>
          <w:rFonts w:ascii="Segoe UI" w:eastAsia="Segoe UI" w:hAnsi="Segoe UI" w:cs="Segoe UI"/>
          <w:sz w:val="21"/>
          <w:szCs w:val="21"/>
        </w:rPr>
        <w:t xml:space="preserve"> </w:t>
      </w:r>
      <w:proofErr w:type="spellStart"/>
      <w:r w:rsidRPr="54AAAAF0">
        <w:rPr>
          <w:rFonts w:ascii="Segoe UI" w:eastAsia="Segoe UI" w:hAnsi="Segoe UI" w:cs="Segoe UI"/>
          <w:sz w:val="21"/>
          <w:szCs w:val="21"/>
        </w:rPr>
        <w:t>Tolga</w:t>
      </w:r>
      <w:proofErr w:type="spellEnd"/>
      <w:r w:rsidRPr="54AAAAF0">
        <w:rPr>
          <w:rFonts w:ascii="Segoe UI" w:eastAsia="Segoe UI" w:hAnsi="Segoe UI" w:cs="Segoe UI"/>
          <w:sz w:val="21"/>
          <w:szCs w:val="21"/>
        </w:rPr>
        <w:t xml:space="preserve"> Pub.</w:t>
      </w:r>
    </w:p>
    <w:p w14:paraId="5393A76F" w14:textId="2E27FDC1" w:rsidR="00080338" w:rsidRDefault="2F5D0951" w:rsidP="54AAAAF0">
      <w:pPr>
        <w:spacing w:before="210" w:after="210" w:line="300" w:lineRule="auto"/>
      </w:pPr>
      <w:r w:rsidRPr="54AAAAF0">
        <w:rPr>
          <w:rFonts w:ascii="Segoe UI" w:eastAsia="Segoe UI" w:hAnsi="Segoe UI" w:cs="Segoe UI"/>
          <w:b/>
          <w:bCs/>
          <w:sz w:val="21"/>
          <w:szCs w:val="21"/>
        </w:rPr>
        <w:t>Sunday Drives:</w:t>
      </w:r>
      <w:r w:rsidRPr="54AAAAF0">
        <w:rPr>
          <w:rFonts w:ascii="Segoe UI" w:eastAsia="Segoe UI" w:hAnsi="Segoe UI" w:cs="Segoe UI"/>
          <w:sz w:val="21"/>
          <w:szCs w:val="21"/>
        </w:rPr>
        <w:t xml:space="preserve"> </w:t>
      </w:r>
      <w:proofErr w:type="gramStart"/>
      <w:r w:rsidRPr="54AAAAF0">
        <w:rPr>
          <w:rFonts w:ascii="Segoe UI" w:eastAsia="Segoe UI" w:hAnsi="Segoe UI" w:cs="Segoe UI"/>
          <w:sz w:val="21"/>
          <w:szCs w:val="21"/>
        </w:rPr>
        <w:t>Meet</w:t>
      </w:r>
      <w:proofErr w:type="gramEnd"/>
      <w:r w:rsidRPr="54AAAAF0">
        <w:rPr>
          <w:rFonts w:ascii="Segoe UI" w:eastAsia="Segoe UI" w:hAnsi="Segoe UI" w:cs="Segoe UI"/>
          <w:sz w:val="21"/>
          <w:szCs w:val="21"/>
        </w:rPr>
        <w:t xml:space="preserve"> 9:00 </w:t>
      </w:r>
      <w:proofErr w:type="gramStart"/>
      <w:r w:rsidRPr="54AAAAF0">
        <w:rPr>
          <w:rFonts w:ascii="Segoe UI" w:eastAsia="Segoe UI" w:hAnsi="Segoe UI" w:cs="Segoe UI"/>
          <w:sz w:val="21"/>
          <w:szCs w:val="21"/>
        </w:rPr>
        <w:t>AM @ Sk8way—</w:t>
      </w:r>
      <w:proofErr w:type="gramEnd"/>
      <w:r w:rsidRPr="54AAAAF0">
        <w:rPr>
          <w:rFonts w:ascii="Segoe UI" w:eastAsia="Segoe UI" w:hAnsi="Segoe UI" w:cs="Segoe UI"/>
          <w:sz w:val="21"/>
          <w:szCs w:val="21"/>
        </w:rPr>
        <w:t>destination decided on the day. All SIV drivers welcome!</w:t>
      </w:r>
    </w:p>
    <w:p w14:paraId="7F31E1EE" w14:textId="3D87CE49" w:rsidR="00080338" w:rsidRDefault="2F5D0951" w:rsidP="54AAAAF0">
      <w:pPr>
        <w:pStyle w:val="Heading2"/>
        <w:spacing w:before="261" w:after="261" w:line="300" w:lineRule="auto"/>
      </w:pPr>
      <w:r w:rsidRPr="54AAAAF0">
        <w:rPr>
          <w:rFonts w:ascii="Segoe UI" w:eastAsia="Segoe UI" w:hAnsi="Segoe UI" w:cs="Segoe UI"/>
          <w:sz w:val="31"/>
          <w:szCs w:val="31"/>
        </w:rPr>
        <w:t>🚘 Club Car of the Month</w:t>
      </w:r>
    </w:p>
    <w:p w14:paraId="5B8082CE" w14:textId="03F5828B" w:rsidR="00080338" w:rsidRDefault="00FA157C" w:rsidP="54AAAAF0">
      <w:pPr>
        <w:spacing w:after="0" w:line="300" w:lineRule="auto"/>
      </w:pPr>
      <w:r>
        <w:t xml:space="preserve">Nothing this month as Warren is having a </w:t>
      </w:r>
      <w:proofErr w:type="gramStart"/>
      <w:r>
        <w:t>break</w:t>
      </w:r>
      <w:proofErr w:type="gramEnd"/>
      <w:r w:rsidR="006C4910">
        <w:t xml:space="preserve"> but we look forward to his next article.</w:t>
      </w:r>
    </w:p>
    <w:p w14:paraId="0C2728D1" w14:textId="4886E302" w:rsidR="00080338" w:rsidRDefault="2F5D0951" w:rsidP="54AAAAF0">
      <w:pPr>
        <w:pStyle w:val="Heading2"/>
        <w:spacing w:before="261" w:after="261" w:line="300" w:lineRule="auto"/>
      </w:pPr>
      <w:r w:rsidRPr="54AAAAF0">
        <w:rPr>
          <w:rFonts w:ascii="Segoe UI" w:eastAsia="Segoe UI" w:hAnsi="Segoe UI" w:cs="Segoe UI"/>
          <w:sz w:val="31"/>
          <w:szCs w:val="31"/>
        </w:rPr>
        <w:t>😂 Jokes of the Month</w:t>
      </w:r>
    </w:p>
    <w:p w14:paraId="5AE60B98" w14:textId="77777777" w:rsidR="004F2E03" w:rsidRPr="00ED42A3" w:rsidRDefault="004F2E03" w:rsidP="004F2E03">
      <w:pPr>
        <w:pStyle w:val="NormalWeb"/>
        <w:numPr>
          <w:ilvl w:val="0"/>
          <w:numId w:val="2"/>
        </w:numPr>
        <w:shd w:val="clear" w:color="auto" w:fill="FFFFFF"/>
        <w:rPr>
          <w:rFonts w:ascii="Segoe UI" w:hAnsi="Segoe UI" w:cs="Segoe UI"/>
          <w:color w:val="3E3E3E"/>
          <w:sz w:val="21"/>
          <w:szCs w:val="21"/>
        </w:rPr>
      </w:pPr>
      <w:r w:rsidRPr="00ED42A3">
        <w:rPr>
          <w:rFonts w:ascii="Segoe UI" w:hAnsi="Segoe UI" w:cs="Segoe UI"/>
          <w:color w:val="3E3E3E"/>
          <w:sz w:val="21"/>
          <w:szCs w:val="21"/>
        </w:rPr>
        <w:t>Q: Why was the car always tired? </w:t>
      </w:r>
    </w:p>
    <w:p w14:paraId="4657BB55" w14:textId="77777777" w:rsidR="004F2E03" w:rsidRDefault="004F2E03" w:rsidP="004F2E03">
      <w:pPr>
        <w:pStyle w:val="NormalWeb"/>
        <w:numPr>
          <w:ilvl w:val="0"/>
          <w:numId w:val="2"/>
        </w:numPr>
        <w:shd w:val="clear" w:color="auto" w:fill="FFFFFF"/>
        <w:rPr>
          <w:rFonts w:ascii="Segoe UI" w:hAnsi="Segoe UI" w:cs="Segoe UI"/>
          <w:b/>
          <w:bCs/>
          <w:color w:val="3E3E3E"/>
          <w:sz w:val="21"/>
          <w:szCs w:val="21"/>
        </w:rPr>
      </w:pPr>
      <w:r w:rsidRPr="00ED42A3">
        <w:rPr>
          <w:rFonts w:ascii="Segoe UI" w:hAnsi="Segoe UI" w:cs="Segoe UI"/>
          <w:b/>
          <w:bCs/>
          <w:color w:val="3E3E3E"/>
          <w:sz w:val="21"/>
          <w:szCs w:val="21"/>
        </w:rPr>
        <w:t>A: It never took any brakes.</w:t>
      </w:r>
    </w:p>
    <w:p w14:paraId="56E04B05" w14:textId="77777777" w:rsidR="00ED42A3" w:rsidRDefault="00ED42A3" w:rsidP="00ED42A3">
      <w:pPr>
        <w:pStyle w:val="NormalWeb"/>
        <w:shd w:val="clear" w:color="auto" w:fill="FFFFFF"/>
        <w:ind w:left="720"/>
        <w:rPr>
          <w:rFonts w:ascii="Segoe UI" w:hAnsi="Segoe UI" w:cs="Segoe UI"/>
          <w:color w:val="3E3E3E"/>
          <w:sz w:val="21"/>
          <w:szCs w:val="21"/>
        </w:rPr>
      </w:pPr>
    </w:p>
    <w:p w14:paraId="0B59C263" w14:textId="301CAB31" w:rsidR="00025858" w:rsidRPr="00ED42A3" w:rsidRDefault="00025858" w:rsidP="00025858">
      <w:pPr>
        <w:pStyle w:val="NormalWeb"/>
        <w:numPr>
          <w:ilvl w:val="0"/>
          <w:numId w:val="2"/>
        </w:numPr>
        <w:shd w:val="clear" w:color="auto" w:fill="FFFFFF"/>
        <w:rPr>
          <w:rFonts w:ascii="Segoe UI" w:hAnsi="Segoe UI" w:cs="Segoe UI"/>
          <w:color w:val="3E3E3E"/>
          <w:sz w:val="21"/>
          <w:szCs w:val="21"/>
        </w:rPr>
      </w:pPr>
      <w:r w:rsidRPr="00ED42A3">
        <w:rPr>
          <w:rFonts w:ascii="Segoe UI" w:hAnsi="Segoe UI" w:cs="Segoe UI"/>
          <w:color w:val="3E3E3E"/>
          <w:sz w:val="21"/>
          <w:szCs w:val="21"/>
        </w:rPr>
        <w:t>Q: What’s a movie they could never make about a Lamborghini?</w:t>
      </w:r>
    </w:p>
    <w:p w14:paraId="0D830218" w14:textId="77777777" w:rsidR="00025858" w:rsidRDefault="00025858" w:rsidP="00025858">
      <w:pPr>
        <w:pStyle w:val="NormalWeb"/>
        <w:numPr>
          <w:ilvl w:val="0"/>
          <w:numId w:val="2"/>
        </w:numPr>
        <w:shd w:val="clear" w:color="auto" w:fill="FFFFFF"/>
        <w:rPr>
          <w:rFonts w:ascii="Segoe UI" w:hAnsi="Segoe UI" w:cs="Segoe UI"/>
          <w:b/>
          <w:bCs/>
          <w:color w:val="3E3E3E"/>
          <w:sz w:val="21"/>
          <w:szCs w:val="21"/>
        </w:rPr>
      </w:pPr>
      <w:r w:rsidRPr="00ED42A3">
        <w:rPr>
          <w:rFonts w:ascii="Segoe UI" w:hAnsi="Segoe UI" w:cs="Segoe UI"/>
          <w:color w:val="3E3E3E"/>
          <w:sz w:val="21"/>
          <w:szCs w:val="21"/>
        </w:rPr>
        <w:t> </w:t>
      </w:r>
      <w:r w:rsidRPr="00ED42A3">
        <w:rPr>
          <w:rFonts w:ascii="Segoe UI" w:hAnsi="Segoe UI" w:cs="Segoe UI"/>
          <w:b/>
          <w:bCs/>
          <w:color w:val="3E3E3E"/>
          <w:sz w:val="21"/>
          <w:szCs w:val="21"/>
        </w:rPr>
        <w:t>A: Silence of the Lambos.</w:t>
      </w:r>
    </w:p>
    <w:p w14:paraId="3737EBD7" w14:textId="77777777" w:rsidR="00ED42A3" w:rsidRPr="00ED42A3" w:rsidRDefault="00ED42A3" w:rsidP="00ED42A3">
      <w:pPr>
        <w:pStyle w:val="NormalWeb"/>
        <w:shd w:val="clear" w:color="auto" w:fill="FFFFFF"/>
        <w:ind w:left="720"/>
        <w:rPr>
          <w:rFonts w:ascii="Segoe UI" w:hAnsi="Segoe UI" w:cs="Segoe UI"/>
          <w:b/>
          <w:bCs/>
          <w:color w:val="3E3E3E"/>
          <w:sz w:val="21"/>
          <w:szCs w:val="21"/>
        </w:rPr>
      </w:pPr>
    </w:p>
    <w:p w14:paraId="522BF80F" w14:textId="77777777" w:rsidR="00516E8C" w:rsidRPr="00ED42A3" w:rsidRDefault="00516E8C" w:rsidP="00516E8C">
      <w:pPr>
        <w:pStyle w:val="NormalWeb"/>
        <w:numPr>
          <w:ilvl w:val="0"/>
          <w:numId w:val="2"/>
        </w:numPr>
        <w:shd w:val="clear" w:color="auto" w:fill="FFFFFF"/>
        <w:rPr>
          <w:rFonts w:ascii="Segoe UI" w:hAnsi="Segoe UI" w:cs="Segoe UI"/>
          <w:color w:val="3E3E3E"/>
          <w:sz w:val="21"/>
          <w:szCs w:val="21"/>
        </w:rPr>
      </w:pPr>
      <w:r w:rsidRPr="00ED42A3">
        <w:rPr>
          <w:rFonts w:ascii="Segoe UI" w:hAnsi="Segoe UI" w:cs="Segoe UI"/>
          <w:color w:val="3E3E3E"/>
          <w:sz w:val="21"/>
          <w:szCs w:val="21"/>
        </w:rPr>
        <w:t>Q: Why did the man remove the wheels from his car before a road trip? </w:t>
      </w:r>
    </w:p>
    <w:p w14:paraId="7BD83EEC" w14:textId="77777777" w:rsidR="00516E8C" w:rsidRPr="00ED42A3" w:rsidRDefault="00516E8C" w:rsidP="00516E8C">
      <w:pPr>
        <w:pStyle w:val="NormalWeb"/>
        <w:numPr>
          <w:ilvl w:val="0"/>
          <w:numId w:val="2"/>
        </w:numPr>
        <w:shd w:val="clear" w:color="auto" w:fill="FFFFFF"/>
        <w:rPr>
          <w:rFonts w:ascii="Segoe UI" w:hAnsi="Segoe UI" w:cs="Segoe UI"/>
          <w:b/>
          <w:bCs/>
          <w:color w:val="3E3E3E"/>
          <w:sz w:val="21"/>
          <w:szCs w:val="21"/>
        </w:rPr>
      </w:pPr>
      <w:r w:rsidRPr="00ED42A3">
        <w:rPr>
          <w:rFonts w:ascii="Segoe UI" w:hAnsi="Segoe UI" w:cs="Segoe UI"/>
          <w:b/>
          <w:bCs/>
          <w:color w:val="3E3E3E"/>
          <w:sz w:val="21"/>
          <w:szCs w:val="21"/>
        </w:rPr>
        <w:t>A: He wanted it to drive tirelessly. </w:t>
      </w:r>
    </w:p>
    <w:p w14:paraId="73960D40" w14:textId="77777777" w:rsidR="00516E8C" w:rsidRDefault="00516E8C" w:rsidP="00AE3669">
      <w:pPr>
        <w:pStyle w:val="NormalWeb"/>
        <w:shd w:val="clear" w:color="auto" w:fill="FFFFFF"/>
        <w:ind w:left="720"/>
        <w:rPr>
          <w:rFonts w:ascii="Work Sans" w:hAnsi="Work Sans"/>
          <w:color w:val="3E3E3E"/>
          <w:sz w:val="35"/>
          <w:szCs w:val="35"/>
        </w:rPr>
      </w:pPr>
    </w:p>
    <w:p w14:paraId="36175F47" w14:textId="077AF34D" w:rsidR="00080338" w:rsidRDefault="2F5D0951" w:rsidP="54AAAAF0">
      <w:pPr>
        <w:pStyle w:val="Heading2"/>
        <w:spacing w:before="261" w:after="261" w:line="300" w:lineRule="auto"/>
      </w:pPr>
      <w:r w:rsidRPr="54AAAAF0">
        <w:rPr>
          <w:rFonts w:ascii="Segoe UI Emoji" w:eastAsia="Segoe UI" w:hAnsi="Segoe UI Emoji" w:cs="Segoe UI Emoji"/>
          <w:sz w:val="31"/>
          <w:szCs w:val="31"/>
        </w:rPr>
        <w:t>🏍️</w:t>
      </w:r>
      <w:r w:rsidRPr="54AAAAF0">
        <w:rPr>
          <w:rFonts w:ascii="Segoe UI" w:eastAsia="Segoe UI" w:hAnsi="Segoe UI" w:cs="Segoe UI"/>
          <w:sz w:val="31"/>
          <w:szCs w:val="31"/>
        </w:rPr>
        <w:t xml:space="preserve"> Fun Fact</w:t>
      </w:r>
    </w:p>
    <w:p w14:paraId="31FE85CE" w14:textId="252BFA1F" w:rsidR="00883B01" w:rsidRPr="00883B01" w:rsidRDefault="00883B01" w:rsidP="00883B01">
      <w:pPr>
        <w:spacing w:after="0" w:line="300" w:lineRule="auto"/>
        <w:rPr>
          <w:rFonts w:ascii="Segoe UI" w:eastAsia="Segoe UI" w:hAnsi="Segoe UI" w:cs="Segoe UI"/>
          <w:b/>
          <w:bCs/>
          <w:sz w:val="21"/>
          <w:szCs w:val="21"/>
          <w:lang w:val="en-AU"/>
        </w:rPr>
      </w:pPr>
      <w:r w:rsidRPr="00883B01">
        <w:rPr>
          <w:rFonts w:ascii="Segoe UI" w:eastAsia="Segoe UI" w:hAnsi="Segoe UI" w:cs="Segoe UI"/>
          <w:b/>
          <w:bCs/>
          <w:sz w:val="21"/>
          <w:szCs w:val="21"/>
          <w:lang w:val="en-AU"/>
        </w:rPr>
        <w:t>The Orbital: A Revolutionary Aussie Engine</w:t>
      </w:r>
    </w:p>
    <w:p w14:paraId="0C5FF6CC" w14:textId="31F856D0" w:rsidR="00883B01" w:rsidRPr="00883B01" w:rsidRDefault="00883B01" w:rsidP="00883B01">
      <w:pPr>
        <w:spacing w:after="0" w:line="300" w:lineRule="auto"/>
        <w:rPr>
          <w:rFonts w:ascii="Segoe UI" w:eastAsia="Segoe UI" w:hAnsi="Segoe UI" w:cs="Segoe UI"/>
          <w:sz w:val="21"/>
          <w:szCs w:val="21"/>
          <w:lang w:val="en-AU"/>
        </w:rPr>
      </w:pPr>
      <w:r w:rsidRPr="00883B01">
        <w:rPr>
          <w:rFonts w:ascii="Segoe UI" w:eastAsia="Segoe UI" w:hAnsi="Segoe UI" w:cs="Segoe UI"/>
          <w:sz w:val="21"/>
          <w:szCs w:val="21"/>
          <w:lang w:val="en-AU"/>
        </w:rPr>
        <w:t xml:space="preserve">Here's a fascinating little car trivia </w:t>
      </w:r>
      <w:proofErr w:type="gramStart"/>
      <w:r w:rsidR="00523227" w:rsidRPr="00883B01">
        <w:rPr>
          <w:rFonts w:ascii="Segoe UI" w:eastAsia="Segoe UI" w:hAnsi="Segoe UI" w:cs="Segoe UI"/>
          <w:sz w:val="21"/>
          <w:szCs w:val="21"/>
          <w:lang w:val="en-AU"/>
        </w:rPr>
        <w:t>titbit</w:t>
      </w:r>
      <w:proofErr w:type="gramEnd"/>
      <w:r w:rsidRPr="00883B01">
        <w:rPr>
          <w:rFonts w:ascii="Segoe UI" w:eastAsia="Segoe UI" w:hAnsi="Segoe UI" w:cs="Segoe UI"/>
          <w:sz w:val="21"/>
          <w:szCs w:val="21"/>
          <w:lang w:val="en-AU"/>
        </w:rPr>
        <w:t>: The Orbital Engine, a revolutionary invention by Australian engineer Ralph Sarich in the 1970s, transformed the automotive industry. This type of internal combustion engine adopted a unique approach to air and fuel mixture, using a high-pressure air-fuel mist that enhanced combustion efficiency. The Orbital Engine brought substantial improvements to fuel economy and reduced harmful emissions. This invention enabled cars to run more miles per gallon, making them more economical to operate. Additionally, the engine's reduced emission levels contributed to a decrease in air pollution, aiding environmental conservation efforts. Sarich's Orbital Engine remains a testament to the potential of innovative engineering in addressing global challenges.</w:t>
      </w:r>
    </w:p>
    <w:p w14:paraId="0C004280" w14:textId="1CDDAF87" w:rsidR="00080338" w:rsidRDefault="00080338" w:rsidP="54AAAAF0">
      <w:pPr>
        <w:spacing w:after="0" w:line="300" w:lineRule="auto"/>
      </w:pPr>
    </w:p>
    <w:p w14:paraId="6AD7292F" w14:textId="1523A136" w:rsidR="00080338" w:rsidRDefault="2F5D0951" w:rsidP="54AAAAF0">
      <w:pPr>
        <w:pStyle w:val="Heading2"/>
        <w:spacing w:before="261" w:after="261" w:line="300" w:lineRule="auto"/>
      </w:pPr>
      <w:r w:rsidRPr="54AAAAF0">
        <w:rPr>
          <w:rFonts w:ascii="Segoe UI" w:eastAsia="Segoe UI" w:hAnsi="Segoe UI" w:cs="Segoe UI"/>
          <w:sz w:val="31"/>
          <w:szCs w:val="31"/>
        </w:rPr>
        <w:t>🌟 Member Spotlight</w:t>
      </w:r>
    </w:p>
    <w:p w14:paraId="757791CE" w14:textId="1A3004C1" w:rsidR="00080338" w:rsidRDefault="2F5D0951" w:rsidP="54AAAAF0">
      <w:pPr>
        <w:spacing w:before="210" w:after="210" w:line="300" w:lineRule="auto"/>
      </w:pPr>
      <w:r w:rsidRPr="54AAAAF0">
        <w:rPr>
          <w:rFonts w:ascii="Segoe UI" w:eastAsia="Segoe UI" w:hAnsi="Segoe UI" w:cs="Segoe UI"/>
          <w:sz w:val="21"/>
          <w:szCs w:val="21"/>
        </w:rPr>
        <w:t xml:space="preserve">We want to feature your stories! Share your car journey, favorite road trip, or a member bio. Send your stories and photos to Michele at </w:t>
      </w:r>
      <w:hyperlink r:id="rId14">
        <w:r w:rsidRPr="54AAAAF0">
          <w:rPr>
            <w:rStyle w:val="Hyperlink"/>
            <w:rFonts w:ascii="Segoe UI" w:eastAsia="Segoe UI" w:hAnsi="Segoe UI" w:cs="Segoe UI"/>
            <w:sz w:val="21"/>
            <w:szCs w:val="21"/>
          </w:rPr>
          <w:t>social@marquenq.com.au</w:t>
        </w:r>
      </w:hyperlink>
      <w:r w:rsidRPr="54AAAAF0">
        <w:rPr>
          <w:rFonts w:ascii="Segoe UI" w:eastAsia="Segoe UI" w:hAnsi="Segoe UI" w:cs="Segoe UI"/>
          <w:sz w:val="21"/>
          <w:szCs w:val="21"/>
        </w:rPr>
        <w:t>. Don’t be shy—let’s get to know each other!</w:t>
      </w:r>
    </w:p>
    <w:p w14:paraId="0890565B" w14:textId="6977F1F7" w:rsidR="00080338" w:rsidRDefault="00080338" w:rsidP="54AAAAF0">
      <w:pPr>
        <w:spacing w:after="0" w:line="300" w:lineRule="auto"/>
      </w:pPr>
    </w:p>
    <w:p w14:paraId="13F10864" w14:textId="040F83B1" w:rsidR="00080338" w:rsidRDefault="2F5D0951" w:rsidP="54AAAAF0">
      <w:pPr>
        <w:pStyle w:val="Heading2"/>
        <w:spacing w:before="261" w:after="261" w:line="300" w:lineRule="auto"/>
      </w:pPr>
      <w:r w:rsidRPr="7E3F59C2">
        <w:rPr>
          <w:rFonts w:ascii="Segoe UI" w:eastAsia="Segoe UI" w:hAnsi="Segoe UI" w:cs="Segoe UI"/>
          <w:sz w:val="31"/>
          <w:szCs w:val="31"/>
        </w:rPr>
        <w:t>🏆 Sponsor Shoutout</w:t>
      </w:r>
    </w:p>
    <w:p w14:paraId="508C025E" w14:textId="77777777" w:rsidR="00A20691" w:rsidRPr="002112CE"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PLATINUM SPONSOR IS:</w:t>
      </w:r>
    </w:p>
    <w:p w14:paraId="2643C1E4" w14:textId="77777777" w:rsidR="00A20691" w:rsidRDefault="00A20691" w:rsidP="00C664B2">
      <w:pPr>
        <w:rPr>
          <w:lang w:val="en-AU"/>
        </w:rPr>
      </w:pPr>
    </w:p>
    <w:p w14:paraId="10721755" w14:textId="77777777" w:rsidR="00A20691" w:rsidRDefault="00A20691" w:rsidP="00C664B2">
      <w:pPr>
        <w:rPr>
          <w:lang w:val="en-AU"/>
        </w:rPr>
      </w:pPr>
      <w:r>
        <w:rPr>
          <w:noProof/>
          <w:lang w:val="en-AU"/>
        </w:rPr>
        <w:lastRenderedPageBreak/>
        <w:drawing>
          <wp:inline distT="0" distB="0" distL="0" distR="0" wp14:anchorId="6CB76683" wp14:editId="52E4AC0B">
            <wp:extent cx="5944235" cy="1579245"/>
            <wp:effectExtent l="0" t="0" r="0" b="1905"/>
            <wp:docPr id="879655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1579245"/>
                    </a:xfrm>
                    <a:prstGeom prst="rect">
                      <a:avLst/>
                    </a:prstGeom>
                    <a:noFill/>
                  </pic:spPr>
                </pic:pic>
              </a:graphicData>
            </a:graphic>
          </wp:inline>
        </w:drawing>
      </w:r>
    </w:p>
    <w:p w14:paraId="03F5C0A5" w14:textId="77777777" w:rsidR="00A20691" w:rsidRDefault="00A20691" w:rsidP="00C664B2">
      <w:pPr>
        <w:rPr>
          <w:lang w:val="en-AU"/>
        </w:rPr>
      </w:pPr>
    </w:p>
    <w:p w14:paraId="05EC263A"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112CE">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 TO SUPPORT THOSE THAT SUPPORT US.</w:t>
      </w:r>
    </w:p>
    <w:p w14:paraId="4F833FF5"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 THEM KNOW YOU ARE WITH THE MSCRNQ TO </w:t>
      </w:r>
    </w:p>
    <w:p w14:paraId="79397F61" w14:textId="77777777" w:rsidR="00A20691"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7E3F59C2">
        <w:rPr>
          <w:rFonts w:ascii="Verdana" w:hAnsi="Verdana" w:cs="Cavolin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RECEIVE A DISCOUNT!</w:t>
      </w:r>
    </w:p>
    <w:p w14:paraId="6AFAACA1" w14:textId="77777777" w:rsidR="00C664B2" w:rsidRDefault="00C664B2"/>
    <w:sectPr w:rsidR="00C664B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ork Sans">
    <w:charset w:val="00"/>
    <w:family w:val="auto"/>
    <w:pitch w:val="variable"/>
    <w:sig w:usb0="A00000FF" w:usb1="5000E07B"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D5CE1E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52666"/>
    <w:multiLevelType w:val="hybridMultilevel"/>
    <w:tmpl w:val="FE000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29F451"/>
    <w:multiLevelType w:val="hybridMultilevel"/>
    <w:tmpl w:val="FFFFFFFF"/>
    <w:lvl w:ilvl="0" w:tplc="9B825D40">
      <w:start w:val="1"/>
      <w:numFmt w:val="bullet"/>
      <w:lvlText w:val=""/>
      <w:lvlJc w:val="left"/>
      <w:pPr>
        <w:ind w:left="720" w:hanging="360"/>
      </w:pPr>
      <w:rPr>
        <w:rFonts w:ascii="Symbol" w:hAnsi="Symbol" w:hint="default"/>
      </w:rPr>
    </w:lvl>
    <w:lvl w:ilvl="1" w:tplc="CA28D69E">
      <w:start w:val="1"/>
      <w:numFmt w:val="bullet"/>
      <w:lvlText w:val="o"/>
      <w:lvlJc w:val="left"/>
      <w:pPr>
        <w:ind w:left="1440" w:hanging="360"/>
      </w:pPr>
      <w:rPr>
        <w:rFonts w:ascii="Courier New" w:hAnsi="Courier New" w:hint="default"/>
      </w:rPr>
    </w:lvl>
    <w:lvl w:ilvl="2" w:tplc="1C208066">
      <w:start w:val="1"/>
      <w:numFmt w:val="bullet"/>
      <w:lvlText w:val=""/>
      <w:lvlJc w:val="left"/>
      <w:pPr>
        <w:ind w:left="2160" w:hanging="360"/>
      </w:pPr>
      <w:rPr>
        <w:rFonts w:ascii="Wingdings" w:hAnsi="Wingdings" w:hint="default"/>
      </w:rPr>
    </w:lvl>
    <w:lvl w:ilvl="3" w:tplc="3B1033C8">
      <w:start w:val="1"/>
      <w:numFmt w:val="bullet"/>
      <w:lvlText w:val=""/>
      <w:lvlJc w:val="left"/>
      <w:pPr>
        <w:ind w:left="2880" w:hanging="360"/>
      </w:pPr>
      <w:rPr>
        <w:rFonts w:ascii="Symbol" w:hAnsi="Symbol" w:hint="default"/>
      </w:rPr>
    </w:lvl>
    <w:lvl w:ilvl="4" w:tplc="0CF0AD5A">
      <w:start w:val="1"/>
      <w:numFmt w:val="bullet"/>
      <w:lvlText w:val="o"/>
      <w:lvlJc w:val="left"/>
      <w:pPr>
        <w:ind w:left="3600" w:hanging="360"/>
      </w:pPr>
      <w:rPr>
        <w:rFonts w:ascii="Courier New" w:hAnsi="Courier New" w:hint="default"/>
      </w:rPr>
    </w:lvl>
    <w:lvl w:ilvl="5" w:tplc="024EED58">
      <w:start w:val="1"/>
      <w:numFmt w:val="bullet"/>
      <w:lvlText w:val=""/>
      <w:lvlJc w:val="left"/>
      <w:pPr>
        <w:ind w:left="4320" w:hanging="360"/>
      </w:pPr>
      <w:rPr>
        <w:rFonts w:ascii="Wingdings" w:hAnsi="Wingdings" w:hint="default"/>
      </w:rPr>
    </w:lvl>
    <w:lvl w:ilvl="6" w:tplc="D620091C">
      <w:start w:val="1"/>
      <w:numFmt w:val="bullet"/>
      <w:lvlText w:val=""/>
      <w:lvlJc w:val="left"/>
      <w:pPr>
        <w:ind w:left="5040" w:hanging="360"/>
      </w:pPr>
      <w:rPr>
        <w:rFonts w:ascii="Symbol" w:hAnsi="Symbol" w:hint="default"/>
      </w:rPr>
    </w:lvl>
    <w:lvl w:ilvl="7" w:tplc="EFBA4FCA">
      <w:start w:val="1"/>
      <w:numFmt w:val="bullet"/>
      <w:lvlText w:val="o"/>
      <w:lvlJc w:val="left"/>
      <w:pPr>
        <w:ind w:left="5760" w:hanging="360"/>
      </w:pPr>
      <w:rPr>
        <w:rFonts w:ascii="Courier New" w:hAnsi="Courier New" w:hint="default"/>
      </w:rPr>
    </w:lvl>
    <w:lvl w:ilvl="8" w:tplc="796EFE88">
      <w:start w:val="1"/>
      <w:numFmt w:val="bullet"/>
      <w:lvlText w:val=""/>
      <w:lvlJc w:val="left"/>
      <w:pPr>
        <w:ind w:left="6480" w:hanging="360"/>
      </w:pPr>
      <w:rPr>
        <w:rFonts w:ascii="Wingdings" w:hAnsi="Wingdings" w:hint="default"/>
      </w:rPr>
    </w:lvl>
  </w:abstractNum>
  <w:abstractNum w:abstractNumId="11" w15:restartNumberingAfterBreak="0">
    <w:nsid w:val="52E31BA4"/>
    <w:multiLevelType w:val="multilevel"/>
    <w:tmpl w:val="1B24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2E4C08"/>
    <w:multiLevelType w:val="multilevel"/>
    <w:tmpl w:val="369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38AAB0"/>
    <w:multiLevelType w:val="hybridMultilevel"/>
    <w:tmpl w:val="FFFFFFFF"/>
    <w:lvl w:ilvl="0" w:tplc="623278FE">
      <w:start w:val="1"/>
      <w:numFmt w:val="bullet"/>
      <w:lvlText w:val=""/>
      <w:lvlJc w:val="left"/>
      <w:pPr>
        <w:ind w:left="720" w:hanging="360"/>
      </w:pPr>
      <w:rPr>
        <w:rFonts w:ascii="Symbol" w:hAnsi="Symbol" w:hint="default"/>
      </w:rPr>
    </w:lvl>
    <w:lvl w:ilvl="1" w:tplc="036A344E">
      <w:start w:val="1"/>
      <w:numFmt w:val="bullet"/>
      <w:lvlText w:val="o"/>
      <w:lvlJc w:val="left"/>
      <w:pPr>
        <w:ind w:left="1440" w:hanging="360"/>
      </w:pPr>
      <w:rPr>
        <w:rFonts w:ascii="Courier New" w:hAnsi="Courier New" w:hint="default"/>
      </w:rPr>
    </w:lvl>
    <w:lvl w:ilvl="2" w:tplc="126E491E">
      <w:start w:val="1"/>
      <w:numFmt w:val="bullet"/>
      <w:lvlText w:val=""/>
      <w:lvlJc w:val="left"/>
      <w:pPr>
        <w:ind w:left="2160" w:hanging="360"/>
      </w:pPr>
      <w:rPr>
        <w:rFonts w:ascii="Wingdings" w:hAnsi="Wingdings" w:hint="default"/>
      </w:rPr>
    </w:lvl>
    <w:lvl w:ilvl="3" w:tplc="5F604304">
      <w:start w:val="1"/>
      <w:numFmt w:val="bullet"/>
      <w:lvlText w:val=""/>
      <w:lvlJc w:val="left"/>
      <w:pPr>
        <w:ind w:left="2880" w:hanging="360"/>
      </w:pPr>
      <w:rPr>
        <w:rFonts w:ascii="Symbol" w:hAnsi="Symbol" w:hint="default"/>
      </w:rPr>
    </w:lvl>
    <w:lvl w:ilvl="4" w:tplc="5284EA98">
      <w:start w:val="1"/>
      <w:numFmt w:val="bullet"/>
      <w:lvlText w:val="o"/>
      <w:lvlJc w:val="left"/>
      <w:pPr>
        <w:ind w:left="3600" w:hanging="360"/>
      </w:pPr>
      <w:rPr>
        <w:rFonts w:ascii="Courier New" w:hAnsi="Courier New" w:hint="default"/>
      </w:rPr>
    </w:lvl>
    <w:lvl w:ilvl="5" w:tplc="6B808ADE">
      <w:start w:val="1"/>
      <w:numFmt w:val="bullet"/>
      <w:lvlText w:val=""/>
      <w:lvlJc w:val="left"/>
      <w:pPr>
        <w:ind w:left="4320" w:hanging="360"/>
      </w:pPr>
      <w:rPr>
        <w:rFonts w:ascii="Wingdings" w:hAnsi="Wingdings" w:hint="default"/>
      </w:rPr>
    </w:lvl>
    <w:lvl w:ilvl="6" w:tplc="CED41A88">
      <w:start w:val="1"/>
      <w:numFmt w:val="bullet"/>
      <w:lvlText w:val=""/>
      <w:lvlJc w:val="left"/>
      <w:pPr>
        <w:ind w:left="5040" w:hanging="360"/>
      </w:pPr>
      <w:rPr>
        <w:rFonts w:ascii="Symbol" w:hAnsi="Symbol" w:hint="default"/>
      </w:rPr>
    </w:lvl>
    <w:lvl w:ilvl="7" w:tplc="52E0BA78">
      <w:start w:val="1"/>
      <w:numFmt w:val="bullet"/>
      <w:lvlText w:val="o"/>
      <w:lvlJc w:val="left"/>
      <w:pPr>
        <w:ind w:left="5760" w:hanging="360"/>
      </w:pPr>
      <w:rPr>
        <w:rFonts w:ascii="Courier New" w:hAnsi="Courier New" w:hint="default"/>
      </w:rPr>
    </w:lvl>
    <w:lvl w:ilvl="8" w:tplc="231A05E2">
      <w:start w:val="1"/>
      <w:numFmt w:val="bullet"/>
      <w:lvlText w:val=""/>
      <w:lvlJc w:val="left"/>
      <w:pPr>
        <w:ind w:left="6480" w:hanging="360"/>
      </w:pPr>
      <w:rPr>
        <w:rFonts w:ascii="Wingdings" w:hAnsi="Wingdings" w:hint="default"/>
      </w:rPr>
    </w:lvl>
  </w:abstractNum>
  <w:abstractNum w:abstractNumId="14" w15:restartNumberingAfterBreak="0">
    <w:nsid w:val="698B3DC9"/>
    <w:multiLevelType w:val="multilevel"/>
    <w:tmpl w:val="F94E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AD4F48"/>
    <w:multiLevelType w:val="hybridMultilevel"/>
    <w:tmpl w:val="FFFFFFFF"/>
    <w:lvl w:ilvl="0" w:tplc="676E5D88">
      <w:start w:val="1"/>
      <w:numFmt w:val="bullet"/>
      <w:lvlText w:val=""/>
      <w:lvlJc w:val="left"/>
      <w:pPr>
        <w:ind w:left="720" w:hanging="360"/>
      </w:pPr>
      <w:rPr>
        <w:rFonts w:ascii="Symbol" w:hAnsi="Symbol" w:hint="default"/>
      </w:rPr>
    </w:lvl>
    <w:lvl w:ilvl="1" w:tplc="867230D4">
      <w:start w:val="1"/>
      <w:numFmt w:val="bullet"/>
      <w:lvlText w:val="o"/>
      <w:lvlJc w:val="left"/>
      <w:pPr>
        <w:ind w:left="1440" w:hanging="360"/>
      </w:pPr>
      <w:rPr>
        <w:rFonts w:ascii="Courier New" w:hAnsi="Courier New" w:hint="default"/>
      </w:rPr>
    </w:lvl>
    <w:lvl w:ilvl="2" w:tplc="B2DC5102">
      <w:start w:val="1"/>
      <w:numFmt w:val="bullet"/>
      <w:lvlText w:val=""/>
      <w:lvlJc w:val="left"/>
      <w:pPr>
        <w:ind w:left="2160" w:hanging="360"/>
      </w:pPr>
      <w:rPr>
        <w:rFonts w:ascii="Wingdings" w:hAnsi="Wingdings" w:hint="default"/>
      </w:rPr>
    </w:lvl>
    <w:lvl w:ilvl="3" w:tplc="2F369DFA">
      <w:start w:val="1"/>
      <w:numFmt w:val="bullet"/>
      <w:lvlText w:val=""/>
      <w:lvlJc w:val="left"/>
      <w:pPr>
        <w:ind w:left="2880" w:hanging="360"/>
      </w:pPr>
      <w:rPr>
        <w:rFonts w:ascii="Symbol" w:hAnsi="Symbol" w:hint="default"/>
      </w:rPr>
    </w:lvl>
    <w:lvl w:ilvl="4" w:tplc="EE4A0B24">
      <w:start w:val="1"/>
      <w:numFmt w:val="bullet"/>
      <w:lvlText w:val="o"/>
      <w:lvlJc w:val="left"/>
      <w:pPr>
        <w:ind w:left="3600" w:hanging="360"/>
      </w:pPr>
      <w:rPr>
        <w:rFonts w:ascii="Courier New" w:hAnsi="Courier New" w:hint="default"/>
      </w:rPr>
    </w:lvl>
    <w:lvl w:ilvl="5" w:tplc="A84018C0">
      <w:start w:val="1"/>
      <w:numFmt w:val="bullet"/>
      <w:lvlText w:val=""/>
      <w:lvlJc w:val="left"/>
      <w:pPr>
        <w:ind w:left="4320" w:hanging="360"/>
      </w:pPr>
      <w:rPr>
        <w:rFonts w:ascii="Wingdings" w:hAnsi="Wingdings" w:hint="default"/>
      </w:rPr>
    </w:lvl>
    <w:lvl w:ilvl="6" w:tplc="E0466626">
      <w:start w:val="1"/>
      <w:numFmt w:val="bullet"/>
      <w:lvlText w:val=""/>
      <w:lvlJc w:val="left"/>
      <w:pPr>
        <w:ind w:left="5040" w:hanging="360"/>
      </w:pPr>
      <w:rPr>
        <w:rFonts w:ascii="Symbol" w:hAnsi="Symbol" w:hint="default"/>
      </w:rPr>
    </w:lvl>
    <w:lvl w:ilvl="7" w:tplc="1BE0CEB8">
      <w:start w:val="1"/>
      <w:numFmt w:val="bullet"/>
      <w:lvlText w:val="o"/>
      <w:lvlJc w:val="left"/>
      <w:pPr>
        <w:ind w:left="5760" w:hanging="360"/>
      </w:pPr>
      <w:rPr>
        <w:rFonts w:ascii="Courier New" w:hAnsi="Courier New" w:hint="default"/>
      </w:rPr>
    </w:lvl>
    <w:lvl w:ilvl="8" w:tplc="12D020AE">
      <w:start w:val="1"/>
      <w:numFmt w:val="bullet"/>
      <w:lvlText w:val=""/>
      <w:lvlJc w:val="left"/>
      <w:pPr>
        <w:ind w:left="6480" w:hanging="360"/>
      </w:pPr>
      <w:rPr>
        <w:rFonts w:ascii="Wingdings" w:hAnsi="Wingdings" w:hint="default"/>
      </w:rPr>
    </w:lvl>
  </w:abstractNum>
  <w:abstractNum w:abstractNumId="16" w15:restartNumberingAfterBreak="0">
    <w:nsid w:val="6E7372CC"/>
    <w:multiLevelType w:val="multilevel"/>
    <w:tmpl w:val="A6D8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428430">
    <w:abstractNumId w:val="13"/>
  </w:num>
  <w:num w:numId="2" w16cid:durableId="1193377435">
    <w:abstractNumId w:val="15"/>
  </w:num>
  <w:num w:numId="3" w16cid:durableId="201405993">
    <w:abstractNumId w:val="10"/>
  </w:num>
  <w:num w:numId="4" w16cid:durableId="169955420">
    <w:abstractNumId w:val="8"/>
  </w:num>
  <w:num w:numId="5" w16cid:durableId="1443693079">
    <w:abstractNumId w:val="6"/>
  </w:num>
  <w:num w:numId="6" w16cid:durableId="1903518498">
    <w:abstractNumId w:val="5"/>
  </w:num>
  <w:num w:numId="7" w16cid:durableId="768503186">
    <w:abstractNumId w:val="4"/>
  </w:num>
  <w:num w:numId="8" w16cid:durableId="273481801">
    <w:abstractNumId w:val="7"/>
  </w:num>
  <w:num w:numId="9" w16cid:durableId="1927222494">
    <w:abstractNumId w:val="3"/>
  </w:num>
  <w:num w:numId="10" w16cid:durableId="2071616648">
    <w:abstractNumId w:val="2"/>
  </w:num>
  <w:num w:numId="11" w16cid:durableId="771516494">
    <w:abstractNumId w:val="1"/>
  </w:num>
  <w:num w:numId="12" w16cid:durableId="421682718">
    <w:abstractNumId w:val="0"/>
  </w:num>
  <w:num w:numId="13" w16cid:durableId="1077552143">
    <w:abstractNumId w:val="9"/>
  </w:num>
  <w:num w:numId="14" w16cid:durableId="1404180506">
    <w:abstractNumId w:val="16"/>
  </w:num>
  <w:num w:numId="15" w16cid:durableId="852106497">
    <w:abstractNumId w:val="11"/>
  </w:num>
  <w:num w:numId="16" w16cid:durableId="385302270">
    <w:abstractNumId w:val="12"/>
  </w:num>
  <w:num w:numId="17" w16cid:durableId="11545636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A4"/>
    <w:rsid w:val="000051D8"/>
    <w:rsid w:val="00025858"/>
    <w:rsid w:val="00034616"/>
    <w:rsid w:val="00040B8C"/>
    <w:rsid w:val="00040CE2"/>
    <w:rsid w:val="00042BB6"/>
    <w:rsid w:val="00043B83"/>
    <w:rsid w:val="00054288"/>
    <w:rsid w:val="0006063C"/>
    <w:rsid w:val="00063E33"/>
    <w:rsid w:val="00080338"/>
    <w:rsid w:val="000A0755"/>
    <w:rsid w:val="000C5707"/>
    <w:rsid w:val="000C5C5B"/>
    <w:rsid w:val="000E444A"/>
    <w:rsid w:val="000F1A96"/>
    <w:rsid w:val="000F599A"/>
    <w:rsid w:val="0015074B"/>
    <w:rsid w:val="001A33E0"/>
    <w:rsid w:val="00245CE3"/>
    <w:rsid w:val="002514E4"/>
    <w:rsid w:val="00271663"/>
    <w:rsid w:val="002808C4"/>
    <w:rsid w:val="00290480"/>
    <w:rsid w:val="0029639D"/>
    <w:rsid w:val="002A3F77"/>
    <w:rsid w:val="002A4962"/>
    <w:rsid w:val="0030143D"/>
    <w:rsid w:val="003057D9"/>
    <w:rsid w:val="00322ABF"/>
    <w:rsid w:val="00326F90"/>
    <w:rsid w:val="00343267"/>
    <w:rsid w:val="00382B27"/>
    <w:rsid w:val="00387310"/>
    <w:rsid w:val="003B4FF6"/>
    <w:rsid w:val="003E2DC9"/>
    <w:rsid w:val="003F7118"/>
    <w:rsid w:val="003F78A4"/>
    <w:rsid w:val="00423B12"/>
    <w:rsid w:val="004F2E03"/>
    <w:rsid w:val="00503005"/>
    <w:rsid w:val="00505B1F"/>
    <w:rsid w:val="00511CFC"/>
    <w:rsid w:val="00513C7A"/>
    <w:rsid w:val="00516E8C"/>
    <w:rsid w:val="00523227"/>
    <w:rsid w:val="00531513"/>
    <w:rsid w:val="00536BC5"/>
    <w:rsid w:val="00560231"/>
    <w:rsid w:val="005710EA"/>
    <w:rsid w:val="005727ED"/>
    <w:rsid w:val="005A6DFA"/>
    <w:rsid w:val="005C206F"/>
    <w:rsid w:val="005C38A4"/>
    <w:rsid w:val="00683483"/>
    <w:rsid w:val="006965FA"/>
    <w:rsid w:val="00697443"/>
    <w:rsid w:val="006C1D61"/>
    <w:rsid w:val="006C4910"/>
    <w:rsid w:val="006D2663"/>
    <w:rsid w:val="0070032F"/>
    <w:rsid w:val="00703A25"/>
    <w:rsid w:val="007707D9"/>
    <w:rsid w:val="0077266C"/>
    <w:rsid w:val="0078151B"/>
    <w:rsid w:val="00787239"/>
    <w:rsid w:val="00790F40"/>
    <w:rsid w:val="007927BD"/>
    <w:rsid w:val="007E1533"/>
    <w:rsid w:val="00803763"/>
    <w:rsid w:val="00810A7E"/>
    <w:rsid w:val="008165D4"/>
    <w:rsid w:val="00883B01"/>
    <w:rsid w:val="0088430E"/>
    <w:rsid w:val="008D6126"/>
    <w:rsid w:val="008E0398"/>
    <w:rsid w:val="008E0CE8"/>
    <w:rsid w:val="008E31A7"/>
    <w:rsid w:val="00903205"/>
    <w:rsid w:val="00920AAA"/>
    <w:rsid w:val="00937327"/>
    <w:rsid w:val="00954860"/>
    <w:rsid w:val="00973CDA"/>
    <w:rsid w:val="00997388"/>
    <w:rsid w:val="009A0192"/>
    <w:rsid w:val="009C2EFE"/>
    <w:rsid w:val="009F615B"/>
    <w:rsid w:val="009F78E2"/>
    <w:rsid w:val="00A055BB"/>
    <w:rsid w:val="00A20691"/>
    <w:rsid w:val="00A26D45"/>
    <w:rsid w:val="00A61EE4"/>
    <w:rsid w:val="00A746B1"/>
    <w:rsid w:val="00A773DB"/>
    <w:rsid w:val="00A92D3A"/>
    <w:rsid w:val="00A934A0"/>
    <w:rsid w:val="00A9401B"/>
    <w:rsid w:val="00A9520F"/>
    <w:rsid w:val="00A9721E"/>
    <w:rsid w:val="00AA1D8D"/>
    <w:rsid w:val="00AA78AF"/>
    <w:rsid w:val="00AD61A5"/>
    <w:rsid w:val="00AE3669"/>
    <w:rsid w:val="00AF0E3A"/>
    <w:rsid w:val="00AF3EC2"/>
    <w:rsid w:val="00B038C6"/>
    <w:rsid w:val="00B0461C"/>
    <w:rsid w:val="00B16A64"/>
    <w:rsid w:val="00B17ECE"/>
    <w:rsid w:val="00B2032D"/>
    <w:rsid w:val="00B3608E"/>
    <w:rsid w:val="00B4120E"/>
    <w:rsid w:val="00B47730"/>
    <w:rsid w:val="00B7509D"/>
    <w:rsid w:val="00BD2560"/>
    <w:rsid w:val="00BE2ADA"/>
    <w:rsid w:val="00C33529"/>
    <w:rsid w:val="00C664B2"/>
    <w:rsid w:val="00C74A52"/>
    <w:rsid w:val="00CB0664"/>
    <w:rsid w:val="00CD3D9F"/>
    <w:rsid w:val="00D14134"/>
    <w:rsid w:val="00D573C9"/>
    <w:rsid w:val="00D662AD"/>
    <w:rsid w:val="00D7203E"/>
    <w:rsid w:val="00D76DA1"/>
    <w:rsid w:val="00DD33E9"/>
    <w:rsid w:val="00DD6EAC"/>
    <w:rsid w:val="00DE6D92"/>
    <w:rsid w:val="00E05C23"/>
    <w:rsid w:val="00E10033"/>
    <w:rsid w:val="00E949DB"/>
    <w:rsid w:val="00E95B20"/>
    <w:rsid w:val="00ED42A3"/>
    <w:rsid w:val="00EF31F6"/>
    <w:rsid w:val="00F12CFD"/>
    <w:rsid w:val="00F13741"/>
    <w:rsid w:val="00F65FA4"/>
    <w:rsid w:val="00F67FB3"/>
    <w:rsid w:val="00F800DD"/>
    <w:rsid w:val="00F818E3"/>
    <w:rsid w:val="00F960C7"/>
    <w:rsid w:val="00F964D5"/>
    <w:rsid w:val="00FA157C"/>
    <w:rsid w:val="00FA4DA3"/>
    <w:rsid w:val="00FC693F"/>
    <w:rsid w:val="2F5D0951"/>
    <w:rsid w:val="54AAAAF0"/>
    <w:rsid w:val="7E3F59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84C02E"/>
  <w14:defaultImageDpi w14:val="300"/>
  <w15:docId w15:val="{E5292A3E-8003-4418-84AF-4EDDF46C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4"/>
      </w:numPr>
      <w:contextualSpacing/>
    </w:pPr>
  </w:style>
  <w:style w:type="paragraph" w:styleId="ListBullet2">
    <w:name w:val="List Bullet 2"/>
    <w:basedOn w:val="Normal"/>
    <w:uiPriority w:val="99"/>
    <w:unhideWhenUsed/>
    <w:rsid w:val="00326F90"/>
    <w:pPr>
      <w:numPr>
        <w:numId w:val="5"/>
      </w:numPr>
      <w:contextualSpacing/>
    </w:pPr>
  </w:style>
  <w:style w:type="paragraph" w:styleId="ListBullet3">
    <w:name w:val="List Bullet 3"/>
    <w:basedOn w:val="Normal"/>
    <w:uiPriority w:val="99"/>
    <w:unhideWhenUsed/>
    <w:rsid w:val="00326F90"/>
    <w:pPr>
      <w:numPr>
        <w:numId w:val="6"/>
      </w:numPr>
      <w:contextualSpacing/>
    </w:pPr>
  </w:style>
  <w:style w:type="paragraph" w:styleId="ListNumber">
    <w:name w:val="List Number"/>
    <w:basedOn w:val="Normal"/>
    <w:uiPriority w:val="99"/>
    <w:unhideWhenUsed/>
    <w:rsid w:val="00326F90"/>
    <w:pPr>
      <w:numPr>
        <w:numId w:val="8"/>
      </w:numPr>
      <w:contextualSpacing/>
    </w:pPr>
  </w:style>
  <w:style w:type="paragraph" w:styleId="ListNumber2">
    <w:name w:val="List Number 2"/>
    <w:basedOn w:val="Normal"/>
    <w:uiPriority w:val="99"/>
    <w:unhideWhenUsed/>
    <w:rsid w:val="0029639D"/>
    <w:pPr>
      <w:numPr>
        <w:numId w:val="9"/>
      </w:numPr>
      <w:contextualSpacing/>
    </w:pPr>
  </w:style>
  <w:style w:type="paragraph" w:styleId="ListNumber3">
    <w:name w:val="List Number 3"/>
    <w:basedOn w:val="Normal"/>
    <w:uiPriority w:val="99"/>
    <w:unhideWhenUsed/>
    <w:rsid w:val="0029639D"/>
    <w:pPr>
      <w:numPr>
        <w:numId w:val="1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1">
    <w:name w:val="Title1"/>
    <w:basedOn w:val="Normal"/>
    <w:next w:val="Normal"/>
    <w:uiPriority w:val="1"/>
    <w:unhideWhenUsed/>
    <w:qFormat/>
    <w:rsid w:val="00080338"/>
    <w:pPr>
      <w:spacing w:after="160" w:line="240" w:lineRule="auto"/>
      <w:outlineLvl w:val="0"/>
    </w:pPr>
    <w:rPr>
      <w:rFonts w:ascii="Calibri Light"/>
      <w:kern w:val="2"/>
      <w:sz w:val="56"/>
      <w:szCs w:val="24"/>
      <w:lang w:val="en-AU" w:eastAsia="en-AU"/>
      <w14:ligatures w14:val="standardContextual"/>
    </w:rPr>
  </w:style>
  <w:style w:type="character" w:customStyle="1" w:styleId="Strong1">
    <w:name w:val="Strong1"/>
    <w:uiPriority w:val="1"/>
    <w:unhideWhenUsed/>
    <w:qFormat/>
    <w:rsid w:val="00080338"/>
    <w:rPr>
      <w:rFonts w:ascii="Calibri"/>
      <w:b/>
    </w:rPr>
  </w:style>
  <w:style w:type="paragraph" w:customStyle="1" w:styleId="Normal1">
    <w:name w:val="Normal1"/>
    <w:basedOn w:val="Normal"/>
    <w:uiPriority w:val="1"/>
    <w:unhideWhenUsed/>
    <w:qFormat/>
    <w:rsid w:val="00080338"/>
    <w:pPr>
      <w:spacing w:after="160" w:line="278" w:lineRule="auto"/>
    </w:pPr>
    <w:rPr>
      <w:rFonts w:ascii="Calibri"/>
      <w:kern w:val="2"/>
      <w:sz w:val="24"/>
      <w:szCs w:val="24"/>
      <w:lang w:val="en-AU" w:eastAsia="en-AU"/>
      <w14:ligatures w14:val="standardContextual"/>
    </w:rPr>
  </w:style>
  <w:style w:type="character" w:styleId="Hyperlink">
    <w:name w:val="Hyperlink"/>
    <w:basedOn w:val="DefaultParagraphFont"/>
    <w:uiPriority w:val="99"/>
    <w:unhideWhenUsed/>
    <w:rsid w:val="54AAAAF0"/>
    <w:rPr>
      <w:color w:val="0000FF"/>
      <w:u w:val="single"/>
    </w:rPr>
  </w:style>
  <w:style w:type="character" w:styleId="UnresolvedMention">
    <w:name w:val="Unresolved Mention"/>
    <w:basedOn w:val="DefaultParagraphFont"/>
    <w:uiPriority w:val="99"/>
    <w:semiHidden/>
    <w:unhideWhenUsed/>
    <w:rsid w:val="00A934A0"/>
    <w:rPr>
      <w:color w:val="605E5C"/>
      <w:shd w:val="clear" w:color="auto" w:fill="E1DFDD"/>
    </w:rPr>
  </w:style>
  <w:style w:type="paragraph" w:styleId="NormalWeb">
    <w:name w:val="Normal (Web)"/>
    <w:basedOn w:val="Normal"/>
    <w:uiPriority w:val="99"/>
    <w:semiHidden/>
    <w:unhideWhenUsed/>
    <w:rsid w:val="004F2E03"/>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371958">
      <w:bodyDiv w:val="1"/>
      <w:marLeft w:val="0"/>
      <w:marRight w:val="0"/>
      <w:marTop w:val="0"/>
      <w:marBottom w:val="0"/>
      <w:divBdr>
        <w:top w:val="none" w:sz="0" w:space="0" w:color="auto"/>
        <w:left w:val="none" w:sz="0" w:space="0" w:color="auto"/>
        <w:bottom w:val="none" w:sz="0" w:space="0" w:color="auto"/>
        <w:right w:val="none" w:sz="0" w:space="0" w:color="auto"/>
      </w:divBdr>
    </w:div>
    <w:div w:id="1247570645">
      <w:bodyDiv w:val="1"/>
      <w:marLeft w:val="0"/>
      <w:marRight w:val="0"/>
      <w:marTop w:val="0"/>
      <w:marBottom w:val="0"/>
      <w:divBdr>
        <w:top w:val="none" w:sz="0" w:space="0" w:color="auto"/>
        <w:left w:val="none" w:sz="0" w:space="0" w:color="auto"/>
        <w:bottom w:val="none" w:sz="0" w:space="0" w:color="auto"/>
        <w:right w:val="none" w:sz="0" w:space="0" w:color="auto"/>
      </w:divBdr>
    </w:div>
    <w:div w:id="1297220983">
      <w:bodyDiv w:val="1"/>
      <w:marLeft w:val="0"/>
      <w:marRight w:val="0"/>
      <w:marTop w:val="0"/>
      <w:marBottom w:val="0"/>
      <w:divBdr>
        <w:top w:val="none" w:sz="0" w:space="0" w:color="auto"/>
        <w:left w:val="none" w:sz="0" w:space="0" w:color="auto"/>
        <w:bottom w:val="none" w:sz="0" w:space="0" w:color="auto"/>
        <w:right w:val="none" w:sz="0" w:space="0" w:color="auto"/>
      </w:divBdr>
    </w:div>
    <w:div w:id="1975677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quenq.com.au/paperwor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forms.office.com/Pages/ResponsePage.aspx?id=DQSIkWdsW0yxEjajBLZtrQAAAAAAAAAAAAN__gXIBmBUQTBWWDY5WERQU1VKNTFMOUNOSFQ1WTYzNC4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marquenq.com.au/membership"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social@marquenq.com.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quenq\OneDrive\Desktop\Monthly%20New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Monthly Newsletter</Template>
  <TotalTime>61</TotalTime>
  <Pages>6</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Marquenq</dc:creator>
  <cp:keywords/>
  <dc:description>generated by python-docx</dc:description>
  <cp:lastModifiedBy>Michele Fraser</cp:lastModifiedBy>
  <cp:revision>105</cp:revision>
  <dcterms:created xsi:type="dcterms:W3CDTF">2025-11-04T06:40:00Z</dcterms:created>
  <dcterms:modified xsi:type="dcterms:W3CDTF">2026-01-01T08:30:00Z</dcterms:modified>
  <cp:category/>
</cp:coreProperties>
</file>