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7EA7E" w14:textId="68BC59E0" w:rsidR="00080338" w:rsidRPr="000F15E4" w:rsidRDefault="00080338" w:rsidP="0078151B">
      <w:pPr>
        <w:pStyle w:val="Heading1"/>
        <w:spacing w:before="0" w:line="300" w:lineRule="auto"/>
        <w:jc w:val="center"/>
      </w:pPr>
      <w:r w:rsidRPr="000F15E4">
        <w:drawing>
          <wp:inline distT="0" distB="0" distL="0" distR="0" wp14:anchorId="6AF8D34E" wp14:editId="03C3BC09">
            <wp:extent cx="4457700" cy="596391"/>
            <wp:effectExtent l="0" t="0" r="0" b="0"/>
            <wp:docPr id="777543415" name="Picture2" descr="Loca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4457700" cy="596391"/>
                    </a:xfrm>
                    <a:prstGeom prst="rect">
                      <a:avLst/>
                    </a:prstGeom>
                  </pic:spPr>
                </pic:pic>
              </a:graphicData>
            </a:graphic>
          </wp:inline>
        </w:drawing>
      </w:r>
    </w:p>
    <w:p w14:paraId="0C490A5B" w14:textId="1B037797" w:rsidR="00080338" w:rsidRPr="000F15E4" w:rsidRDefault="2F5D0951" w:rsidP="0078151B">
      <w:pPr>
        <w:pStyle w:val="Heading1"/>
        <w:spacing w:before="281" w:after="281" w:line="300" w:lineRule="auto"/>
        <w:jc w:val="center"/>
      </w:pPr>
      <w:r w:rsidRPr="000F15E4">
        <w:rPr>
          <w:rFonts w:ascii="Segoe UI" w:eastAsia="Segoe UI" w:hAnsi="Segoe UI" w:cs="Segoe UI"/>
          <w:sz w:val="42"/>
          <w:szCs w:val="42"/>
        </w:rPr>
        <w:t>MARQUE MONTHLY NEWSLETTER</w:t>
      </w:r>
    </w:p>
    <w:p w14:paraId="3DC08046" w14:textId="2B9D0720" w:rsidR="00080338" w:rsidRPr="000F15E4" w:rsidRDefault="001976D7" w:rsidP="00FA4DA3">
      <w:pPr>
        <w:pStyle w:val="Heading3"/>
        <w:spacing w:before="246" w:after="246" w:line="300" w:lineRule="auto"/>
        <w:jc w:val="center"/>
        <w:rPr>
          <w:sz w:val="36"/>
          <w:szCs w:val="36"/>
        </w:rPr>
      </w:pPr>
      <w:r w:rsidRPr="000F15E4">
        <w:rPr>
          <w:rFonts w:ascii="Segoe UI" w:eastAsia="Segoe UI" w:hAnsi="Segoe UI" w:cs="Segoe UI"/>
          <w:sz w:val="36"/>
          <w:szCs w:val="36"/>
        </w:rPr>
        <w:t>April</w:t>
      </w:r>
      <w:r w:rsidR="2F5D0951" w:rsidRPr="000F15E4">
        <w:rPr>
          <w:rFonts w:ascii="Segoe UI" w:eastAsia="Segoe UI" w:hAnsi="Segoe UI" w:cs="Segoe UI"/>
          <w:sz w:val="36"/>
          <w:szCs w:val="36"/>
        </w:rPr>
        <w:t xml:space="preserve"> 2026 Edition</w:t>
      </w:r>
    </w:p>
    <w:p w14:paraId="16B7538C" w14:textId="0B49AD3A" w:rsidR="00080338" w:rsidRPr="000F15E4" w:rsidRDefault="00B6215E" w:rsidP="00EE151C">
      <w:pPr>
        <w:spacing w:after="0" w:line="300" w:lineRule="auto"/>
        <w:jc w:val="center"/>
      </w:pPr>
      <w:r w:rsidRPr="000F15E4">
        <w:drawing>
          <wp:inline distT="0" distB="0" distL="0" distR="0" wp14:anchorId="248741D2" wp14:editId="7912AB56">
            <wp:extent cx="3070860" cy="2047240"/>
            <wp:effectExtent l="0" t="0" r="0" b="0"/>
            <wp:docPr id="125258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80609" name="Picture 1252580609"/>
                    <pic:cNvPicPr/>
                  </pic:nvPicPr>
                  <pic:blipFill>
                    <a:blip r:embed="rId7"/>
                    <a:stretch>
                      <a:fillRect/>
                    </a:stretch>
                  </pic:blipFill>
                  <pic:spPr>
                    <a:xfrm>
                      <a:off x="0" y="0"/>
                      <a:ext cx="3070860" cy="2047240"/>
                    </a:xfrm>
                    <a:prstGeom prst="rect">
                      <a:avLst/>
                    </a:prstGeom>
                  </pic:spPr>
                </pic:pic>
              </a:graphicData>
            </a:graphic>
          </wp:inline>
        </w:drawing>
      </w:r>
    </w:p>
    <w:p w14:paraId="7BB04E5D" w14:textId="59FE5EF6" w:rsidR="00080338" w:rsidRPr="000F15E4" w:rsidRDefault="2F5D0951" w:rsidP="54AAAAF0">
      <w:pPr>
        <w:pStyle w:val="Heading2"/>
        <w:spacing w:before="261" w:after="261" w:line="300" w:lineRule="auto"/>
      </w:pPr>
      <w:r w:rsidRPr="000F15E4">
        <w:rPr>
          <w:rFonts w:ascii="Segoe UI" w:eastAsia="Segoe UI" w:hAnsi="Segoe UI" w:cs="Segoe UI"/>
          <w:sz w:val="31"/>
          <w:szCs w:val="31"/>
        </w:rPr>
        <w:t>🚗 Event Recaps</w:t>
      </w:r>
    </w:p>
    <w:p w14:paraId="233AA30B" w14:textId="43B090EF" w:rsidR="000B5867" w:rsidRPr="000F15E4" w:rsidRDefault="00E40E40" w:rsidP="00054288">
      <w:pPr>
        <w:spacing w:before="210" w:after="210" w:line="240" w:lineRule="auto"/>
        <w:rPr>
          <w:rFonts w:ascii="Segoe UI" w:eastAsia="Segoe UI" w:hAnsi="Segoe UI" w:cs="Segoe UI"/>
          <w:b/>
          <w:bCs/>
          <w:sz w:val="21"/>
          <w:szCs w:val="21"/>
        </w:rPr>
      </w:pPr>
      <w:r w:rsidRPr="000F15E4">
        <w:rPr>
          <w:rFonts w:ascii="Segoe UI" w:eastAsia="Segoe UI" w:hAnsi="Segoe UI" w:cs="Segoe UI"/>
          <w:b/>
          <w:bCs/>
          <w:sz w:val="21"/>
          <w:szCs w:val="21"/>
        </w:rPr>
        <w:t xml:space="preserve">Club </w:t>
      </w:r>
      <w:r w:rsidR="00B6215E" w:rsidRPr="000F15E4">
        <w:rPr>
          <w:rFonts w:ascii="Segoe UI" w:eastAsia="Segoe UI" w:hAnsi="Segoe UI" w:cs="Segoe UI"/>
          <w:b/>
          <w:bCs/>
          <w:sz w:val="21"/>
          <w:szCs w:val="21"/>
        </w:rPr>
        <w:t>Dinner/</w:t>
      </w:r>
      <w:r w:rsidRPr="000F15E4">
        <w:rPr>
          <w:rFonts w:ascii="Segoe UI" w:eastAsia="Segoe UI" w:hAnsi="Segoe UI" w:cs="Segoe UI"/>
          <w:b/>
          <w:bCs/>
          <w:sz w:val="21"/>
          <w:szCs w:val="21"/>
        </w:rPr>
        <w:t xml:space="preserve">Meeting </w:t>
      </w:r>
      <w:r w:rsidR="000B5867" w:rsidRPr="000F15E4">
        <w:rPr>
          <w:rFonts w:ascii="Segoe UI" w:eastAsia="Segoe UI" w:hAnsi="Segoe UI" w:cs="Segoe UI"/>
          <w:b/>
          <w:bCs/>
          <w:sz w:val="21"/>
          <w:szCs w:val="21"/>
        </w:rPr>
        <w:t>–</w:t>
      </w:r>
      <w:r w:rsidRPr="000F15E4">
        <w:rPr>
          <w:rFonts w:ascii="Segoe UI" w:eastAsia="Segoe UI" w:hAnsi="Segoe UI" w:cs="Segoe UI"/>
          <w:b/>
          <w:bCs/>
          <w:sz w:val="21"/>
          <w:szCs w:val="21"/>
        </w:rPr>
        <w:t xml:space="preserve"> </w:t>
      </w:r>
      <w:r w:rsidR="00067D78" w:rsidRPr="000F15E4">
        <w:rPr>
          <w:rFonts w:ascii="Segoe UI" w:eastAsia="Segoe UI" w:hAnsi="Segoe UI" w:cs="Segoe UI"/>
          <w:b/>
          <w:bCs/>
          <w:sz w:val="21"/>
          <w:szCs w:val="21"/>
        </w:rPr>
        <w:t xml:space="preserve">10 </w:t>
      </w:r>
      <w:r w:rsidR="00B6215E" w:rsidRPr="000F15E4">
        <w:rPr>
          <w:rFonts w:ascii="Segoe UI" w:eastAsia="Segoe UI" w:hAnsi="Segoe UI" w:cs="Segoe UI"/>
          <w:b/>
          <w:bCs/>
          <w:sz w:val="21"/>
          <w:szCs w:val="21"/>
        </w:rPr>
        <w:t>March</w:t>
      </w:r>
    </w:p>
    <w:p w14:paraId="73B30C0F" w14:textId="31B14CE9" w:rsidR="00B6215E" w:rsidRPr="000F15E4" w:rsidRDefault="00CB57C8" w:rsidP="00054288">
      <w:pPr>
        <w:spacing w:before="210" w:after="210" w:line="240" w:lineRule="auto"/>
        <w:rPr>
          <w:rFonts w:ascii="Segoe UI" w:eastAsia="Segoe UI" w:hAnsi="Segoe UI" w:cs="Segoe UI"/>
          <w:sz w:val="21"/>
          <w:szCs w:val="21"/>
        </w:rPr>
      </w:pPr>
      <w:r w:rsidRPr="000F15E4">
        <w:rPr>
          <w:rFonts w:ascii="Segoe UI" w:eastAsia="Segoe UI" w:hAnsi="Segoe UI" w:cs="Segoe UI"/>
          <w:sz w:val="21"/>
          <w:szCs w:val="21"/>
        </w:rPr>
        <w:t xml:space="preserve">This month we went to Brothers.  </w:t>
      </w:r>
      <w:r w:rsidR="004B607F" w:rsidRPr="000F15E4">
        <w:rPr>
          <w:rFonts w:ascii="Segoe UI" w:eastAsia="Segoe UI" w:hAnsi="Segoe UI" w:cs="Segoe UI"/>
          <w:sz w:val="21"/>
          <w:szCs w:val="21"/>
        </w:rPr>
        <w:t xml:space="preserve">What can I say – it was extremely noisy!  Probably the time we went was very </w:t>
      </w:r>
      <w:r w:rsidR="00307262" w:rsidRPr="000F15E4">
        <w:rPr>
          <w:rFonts w:ascii="Segoe UI" w:eastAsia="Segoe UI" w:hAnsi="Segoe UI" w:cs="Segoe UI"/>
          <w:sz w:val="21"/>
          <w:szCs w:val="21"/>
        </w:rPr>
        <w:t xml:space="preserve">conducive to children </w:t>
      </w:r>
      <w:r w:rsidR="00B257FA" w:rsidRPr="000F15E4">
        <w:rPr>
          <w:rFonts w:ascii="Segoe UI" w:eastAsia="Segoe UI" w:hAnsi="Segoe UI" w:cs="Segoe UI"/>
          <w:sz w:val="21"/>
          <w:szCs w:val="21"/>
        </w:rPr>
        <w:t>so maybe our fault in that regard.  Michael had a nice discussion with management! (Not)……</w:t>
      </w:r>
      <w:r w:rsidR="0009079D" w:rsidRPr="000F15E4">
        <w:rPr>
          <w:rFonts w:ascii="Segoe UI" w:eastAsia="Segoe UI" w:hAnsi="Segoe UI" w:cs="Segoe UI"/>
          <w:sz w:val="21"/>
          <w:szCs w:val="21"/>
        </w:rPr>
        <w:t xml:space="preserve">  The food was great and we had a healthy discussion regarding our upcoming show at Cotters Market.  Jo and Evonne are running an Easter </w:t>
      </w:r>
      <w:r w:rsidR="007F30CD" w:rsidRPr="000F15E4">
        <w:rPr>
          <w:rFonts w:ascii="Segoe UI" w:eastAsia="Segoe UI" w:hAnsi="Segoe UI" w:cs="Segoe UI"/>
          <w:sz w:val="21"/>
          <w:szCs w:val="21"/>
        </w:rPr>
        <w:t>?raffle? more of a guess the number of eggs in a jar</w:t>
      </w:r>
      <w:r w:rsidR="00134659" w:rsidRPr="000F15E4">
        <w:rPr>
          <w:rFonts w:ascii="Segoe UI" w:eastAsia="Segoe UI" w:hAnsi="Segoe UI" w:cs="Segoe UI"/>
          <w:sz w:val="21"/>
          <w:szCs w:val="21"/>
        </w:rPr>
        <w:t xml:space="preserve"> with the jar of eggs being the prize</w:t>
      </w:r>
      <w:r w:rsidR="007F30CD" w:rsidRPr="000F15E4">
        <w:rPr>
          <w:rFonts w:ascii="Segoe UI" w:eastAsia="Segoe UI" w:hAnsi="Segoe UI" w:cs="Segoe UI"/>
          <w:sz w:val="21"/>
          <w:szCs w:val="21"/>
        </w:rPr>
        <w:t xml:space="preserve">.  Will </w:t>
      </w:r>
      <w:r w:rsidR="00134659" w:rsidRPr="000F15E4">
        <w:rPr>
          <w:rFonts w:ascii="Segoe UI" w:eastAsia="Segoe UI" w:hAnsi="Segoe UI" w:cs="Segoe UI"/>
          <w:sz w:val="21"/>
          <w:szCs w:val="21"/>
        </w:rPr>
        <w:t>discuss that further in the newsletter.</w:t>
      </w:r>
    </w:p>
    <w:p w14:paraId="24C9E184" w14:textId="357C7621" w:rsidR="004B607F" w:rsidRPr="000F15E4" w:rsidRDefault="00484F4B" w:rsidP="00484F4B">
      <w:pPr>
        <w:spacing w:before="210" w:after="210" w:line="240" w:lineRule="auto"/>
        <w:rPr>
          <w:rFonts w:ascii="Segoe UI" w:eastAsia="Segoe UI" w:hAnsi="Segoe UI" w:cs="Segoe UI"/>
          <w:sz w:val="21"/>
          <w:szCs w:val="21"/>
        </w:rPr>
      </w:pPr>
      <w:r w:rsidRPr="000F15E4">
        <w:rPr>
          <w:rFonts w:ascii="Segoe UI" w:eastAsia="Segoe UI" w:hAnsi="Segoe UI" w:cs="Segoe UI"/>
          <w:sz w:val="21"/>
          <w:szCs w:val="21"/>
        </w:rPr>
        <w:drawing>
          <wp:inline distT="0" distB="0" distL="0" distR="0" wp14:anchorId="21EE1BA3" wp14:editId="3262E479">
            <wp:extent cx="1932940" cy="1449705"/>
            <wp:effectExtent l="0" t="6033" r="4128" b="4127"/>
            <wp:docPr id="2138715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15585" name="Picture 2138715585"/>
                    <pic:cNvPicPr/>
                  </pic:nvPicPr>
                  <pic:blipFill>
                    <a:blip r:embed="rId8"/>
                    <a:stretch>
                      <a:fillRect/>
                    </a:stretch>
                  </pic:blipFill>
                  <pic:spPr>
                    <a:xfrm rot="5400000">
                      <a:off x="0" y="0"/>
                      <a:ext cx="1932940" cy="1449705"/>
                    </a:xfrm>
                    <a:prstGeom prst="rect">
                      <a:avLst/>
                    </a:prstGeom>
                  </pic:spPr>
                </pic:pic>
              </a:graphicData>
            </a:graphic>
          </wp:inline>
        </w:drawing>
      </w:r>
      <w:r w:rsidRPr="000F15E4">
        <w:rPr>
          <w:rFonts w:ascii="Segoe UI" w:eastAsia="Segoe UI" w:hAnsi="Segoe UI" w:cs="Segoe UI"/>
          <w:sz w:val="21"/>
          <w:szCs w:val="21"/>
        </w:rPr>
        <w:t xml:space="preserve">                                                                </w:t>
      </w:r>
      <w:r w:rsidRPr="000F15E4">
        <w:rPr>
          <w:rFonts w:ascii="Segoe UI" w:eastAsia="Segoe UI" w:hAnsi="Segoe UI" w:cs="Segoe UI"/>
          <w:sz w:val="21"/>
          <w:szCs w:val="21"/>
        </w:rPr>
        <w:drawing>
          <wp:inline distT="0" distB="0" distL="0" distR="0" wp14:anchorId="1FBC2304" wp14:editId="5E7F5373">
            <wp:extent cx="1971039" cy="1478280"/>
            <wp:effectExtent l="0" t="1587" r="9207" b="9208"/>
            <wp:docPr id="263042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42262" name="Picture 263042262"/>
                    <pic:cNvPicPr/>
                  </pic:nvPicPr>
                  <pic:blipFill>
                    <a:blip r:embed="rId9"/>
                    <a:stretch>
                      <a:fillRect/>
                    </a:stretch>
                  </pic:blipFill>
                  <pic:spPr>
                    <a:xfrm rot="5400000">
                      <a:off x="0" y="0"/>
                      <a:ext cx="1996435" cy="1497327"/>
                    </a:xfrm>
                    <a:prstGeom prst="rect">
                      <a:avLst/>
                    </a:prstGeom>
                  </pic:spPr>
                </pic:pic>
              </a:graphicData>
            </a:graphic>
          </wp:inline>
        </w:drawing>
      </w:r>
    </w:p>
    <w:p w14:paraId="60B30578" w14:textId="0BD10241" w:rsidR="00E40E40" w:rsidRPr="000F15E4" w:rsidRDefault="00CF4A6B" w:rsidP="00054288">
      <w:pPr>
        <w:spacing w:before="210" w:after="210" w:line="240" w:lineRule="auto"/>
        <w:rPr>
          <w:rFonts w:ascii="Segoe UI" w:eastAsia="Segoe UI" w:hAnsi="Segoe UI" w:cs="Segoe UI"/>
          <w:b/>
          <w:bCs/>
          <w:sz w:val="21"/>
          <w:szCs w:val="21"/>
        </w:rPr>
      </w:pPr>
      <w:r w:rsidRPr="000F15E4">
        <w:rPr>
          <w:rFonts w:ascii="Segoe UI" w:eastAsia="Segoe UI" w:hAnsi="Segoe UI" w:cs="Segoe UI"/>
          <w:b/>
          <w:bCs/>
          <w:sz w:val="21"/>
          <w:szCs w:val="21"/>
        </w:rPr>
        <w:lastRenderedPageBreak/>
        <w:t>M</w:t>
      </w:r>
      <w:r w:rsidR="00A9401B" w:rsidRPr="000F15E4">
        <w:rPr>
          <w:rFonts w:ascii="Segoe UI" w:eastAsia="Segoe UI" w:hAnsi="Segoe UI" w:cs="Segoe UI"/>
          <w:b/>
          <w:bCs/>
          <w:sz w:val="21"/>
          <w:szCs w:val="21"/>
        </w:rPr>
        <w:t>id-Week</w:t>
      </w:r>
      <w:r w:rsidR="2F5D0951" w:rsidRPr="000F15E4">
        <w:rPr>
          <w:rFonts w:ascii="Segoe UI" w:eastAsia="Segoe UI" w:hAnsi="Segoe UI" w:cs="Segoe UI"/>
          <w:b/>
          <w:bCs/>
          <w:sz w:val="21"/>
          <w:szCs w:val="21"/>
        </w:rPr>
        <w:t xml:space="preserve"> Drive – </w:t>
      </w:r>
      <w:r w:rsidR="00BF54B8" w:rsidRPr="000F15E4">
        <w:rPr>
          <w:rFonts w:ascii="Segoe UI" w:eastAsia="Segoe UI" w:hAnsi="Segoe UI" w:cs="Segoe UI"/>
          <w:b/>
          <w:bCs/>
          <w:sz w:val="21"/>
          <w:szCs w:val="21"/>
        </w:rPr>
        <w:t xml:space="preserve">11 </w:t>
      </w:r>
      <w:r w:rsidR="00B6215E" w:rsidRPr="000F15E4">
        <w:rPr>
          <w:rFonts w:ascii="Segoe UI" w:eastAsia="Segoe UI" w:hAnsi="Segoe UI" w:cs="Segoe UI"/>
          <w:b/>
          <w:bCs/>
          <w:sz w:val="21"/>
          <w:szCs w:val="21"/>
        </w:rPr>
        <w:t>March</w:t>
      </w:r>
    </w:p>
    <w:p w14:paraId="0FF84332" w14:textId="439B6263" w:rsidR="00B6215E" w:rsidRPr="000F15E4" w:rsidRDefault="00B03694" w:rsidP="00054288">
      <w:pPr>
        <w:spacing w:before="210" w:after="210" w:line="240" w:lineRule="auto"/>
        <w:rPr>
          <w:rFonts w:ascii="Segoe UI" w:eastAsia="Segoe UI" w:hAnsi="Segoe UI" w:cs="Segoe UI"/>
          <w:sz w:val="21"/>
          <w:szCs w:val="21"/>
        </w:rPr>
      </w:pPr>
      <w:r w:rsidRPr="000F15E4">
        <w:rPr>
          <w:rFonts w:ascii="Segoe UI" w:eastAsia="Segoe UI" w:hAnsi="Segoe UI" w:cs="Segoe UI"/>
          <w:sz w:val="21"/>
          <w:szCs w:val="21"/>
        </w:rPr>
        <w:t>After a lovely drive around town we headed to the Railway Café for morning tea.</w:t>
      </w:r>
      <w:r w:rsidR="00CF4A6B" w:rsidRPr="000F15E4">
        <w:rPr>
          <w:rFonts w:ascii="Segoe UI" w:eastAsia="Segoe UI" w:hAnsi="Segoe UI" w:cs="Segoe UI"/>
          <w:sz w:val="21"/>
          <w:szCs w:val="21"/>
        </w:rPr>
        <w:t xml:space="preserve"> The day started off a bit wet </w:t>
      </w:r>
      <w:r w:rsidR="001109A0" w:rsidRPr="000F15E4">
        <w:rPr>
          <w:rFonts w:ascii="Segoe UI" w:eastAsia="Segoe UI" w:hAnsi="Segoe UI" w:cs="Segoe UI"/>
          <w:sz w:val="21"/>
          <w:szCs w:val="21"/>
        </w:rPr>
        <w:t>but the sun eventually shone (for something different).</w:t>
      </w:r>
    </w:p>
    <w:p w14:paraId="1877DAF6" w14:textId="00C36D78" w:rsidR="00054288" w:rsidRPr="000F15E4" w:rsidRDefault="00760D99" w:rsidP="00054288">
      <w:pPr>
        <w:spacing w:before="210" w:after="210" w:line="240" w:lineRule="auto"/>
        <w:rPr>
          <w:rFonts w:ascii="Segoe UI" w:eastAsia="Segoe UI" w:hAnsi="Segoe UI" w:cs="Segoe UI"/>
          <w:b/>
          <w:bCs/>
          <w:sz w:val="21"/>
          <w:szCs w:val="21"/>
        </w:rPr>
      </w:pPr>
      <w:r w:rsidRPr="000F15E4">
        <w:rPr>
          <w:rFonts w:ascii="Segoe UI" w:eastAsia="Segoe UI" w:hAnsi="Segoe UI" w:cs="Segoe UI"/>
          <w:b/>
          <w:bCs/>
          <w:sz w:val="21"/>
          <w:szCs w:val="21"/>
        </w:rPr>
        <w:t>March Club Drive – 22 March</w:t>
      </w:r>
    </w:p>
    <w:p w14:paraId="44007510" w14:textId="12E6C072" w:rsidR="00E2265C" w:rsidRPr="000F15E4" w:rsidRDefault="00436B96" w:rsidP="00054288">
      <w:pPr>
        <w:spacing w:before="210" w:after="210" w:line="240" w:lineRule="auto"/>
        <w:rPr>
          <w:rFonts w:ascii="Segoe UI" w:eastAsia="Segoe UI" w:hAnsi="Segoe UI" w:cs="Segoe UI"/>
          <w:sz w:val="21"/>
          <w:szCs w:val="21"/>
        </w:rPr>
      </w:pPr>
      <w:r w:rsidRPr="000F15E4">
        <w:rPr>
          <w:rFonts w:ascii="Segoe UI" w:eastAsia="Segoe UI" w:hAnsi="Segoe UI" w:cs="Segoe UI"/>
          <w:sz w:val="21"/>
          <w:szCs w:val="21"/>
        </w:rPr>
        <w:t xml:space="preserve">Dismal turnout really with only 8 of us off for breakfast at </w:t>
      </w:r>
      <w:r w:rsidR="00346B8F" w:rsidRPr="000F15E4">
        <w:rPr>
          <w:rFonts w:ascii="Segoe UI" w:eastAsia="Segoe UI" w:hAnsi="Segoe UI" w:cs="Segoe UI"/>
          <w:sz w:val="21"/>
          <w:szCs w:val="21"/>
        </w:rPr>
        <w:t>Happy</w:t>
      </w:r>
      <w:r w:rsidRPr="000F15E4">
        <w:rPr>
          <w:rFonts w:ascii="Segoe UI" w:eastAsia="Segoe UI" w:hAnsi="Segoe UI" w:cs="Segoe UI"/>
          <w:sz w:val="21"/>
          <w:szCs w:val="21"/>
        </w:rPr>
        <w:t xml:space="preserve"> Place Café.  What can I say </w:t>
      </w:r>
      <w:r w:rsidR="00F95406" w:rsidRPr="000F15E4">
        <w:rPr>
          <w:rFonts w:ascii="Segoe UI" w:eastAsia="Segoe UI" w:hAnsi="Segoe UI" w:cs="Segoe UI"/>
          <w:sz w:val="21"/>
          <w:szCs w:val="21"/>
        </w:rPr>
        <w:t xml:space="preserve">– delicious food, excellent service and very efficient.  The place was packed and we only waited 15 minutes from being served to getting our food.  </w:t>
      </w:r>
      <w:r w:rsidR="00346B8F" w:rsidRPr="000F15E4">
        <w:rPr>
          <w:rFonts w:ascii="Segoe UI" w:eastAsia="Segoe UI" w:hAnsi="Segoe UI" w:cs="Segoe UI"/>
          <w:sz w:val="21"/>
          <w:szCs w:val="21"/>
        </w:rPr>
        <w:t xml:space="preserve">For those of you that didn’t come – you missed a really great morning.  </w:t>
      </w:r>
      <w:r w:rsidR="00191490" w:rsidRPr="000F15E4">
        <w:rPr>
          <w:rFonts w:ascii="Segoe UI" w:eastAsia="Segoe UI" w:hAnsi="Segoe UI" w:cs="Segoe UI"/>
          <w:sz w:val="21"/>
          <w:szCs w:val="21"/>
        </w:rPr>
        <w:t>Michael led the drive to breakfast and took us through the ‘burbs down to the Strand.</w:t>
      </w:r>
      <w:r w:rsidR="00E2265C" w:rsidRPr="000F15E4">
        <w:rPr>
          <w:rFonts w:ascii="Segoe UI" w:eastAsia="Segoe UI" w:hAnsi="Segoe UI" w:cs="Segoe UI"/>
          <w:sz w:val="21"/>
          <w:szCs w:val="21"/>
        </w:rPr>
        <w:t xml:space="preserve">                                  </w:t>
      </w:r>
    </w:p>
    <w:p w14:paraId="2EF08855" w14:textId="65712112" w:rsidR="00BF54B8" w:rsidRPr="000F15E4" w:rsidRDefault="00BF54B8" w:rsidP="00BF54B8">
      <w:pPr>
        <w:spacing w:before="210" w:after="210" w:line="240" w:lineRule="auto"/>
        <w:rPr>
          <w:rFonts w:ascii="Segoe UI" w:eastAsia="Segoe UI" w:hAnsi="Segoe UI" w:cs="Segoe UI"/>
          <w:b/>
          <w:bCs/>
          <w:sz w:val="21"/>
          <w:szCs w:val="21"/>
        </w:rPr>
      </w:pPr>
      <w:r w:rsidRPr="000F15E4">
        <w:rPr>
          <w:rFonts w:ascii="Segoe UI" w:eastAsia="Segoe UI" w:hAnsi="Segoe UI" w:cs="Segoe UI"/>
          <w:b/>
          <w:bCs/>
          <w:sz w:val="21"/>
          <w:szCs w:val="21"/>
        </w:rPr>
        <w:t xml:space="preserve">Mid-Week Drive – 25 </w:t>
      </w:r>
      <w:r w:rsidR="00760D99" w:rsidRPr="000F15E4">
        <w:rPr>
          <w:rFonts w:ascii="Segoe UI" w:eastAsia="Segoe UI" w:hAnsi="Segoe UI" w:cs="Segoe UI"/>
          <w:b/>
          <w:bCs/>
          <w:sz w:val="21"/>
          <w:szCs w:val="21"/>
        </w:rPr>
        <w:t>March</w:t>
      </w:r>
    </w:p>
    <w:p w14:paraId="6410607D" w14:textId="53D4B487" w:rsidR="00851C10" w:rsidRPr="000F15E4" w:rsidRDefault="00A311DA" w:rsidP="00054288">
      <w:pPr>
        <w:spacing w:before="210" w:after="210" w:line="240" w:lineRule="auto"/>
        <w:rPr>
          <w:rFonts w:ascii="Segoe UI" w:eastAsia="Segoe UI" w:hAnsi="Segoe UI" w:cs="Segoe UI"/>
          <w:sz w:val="21"/>
          <w:szCs w:val="21"/>
        </w:rPr>
      </w:pPr>
      <w:r w:rsidRPr="000F15E4">
        <w:rPr>
          <w:rFonts w:ascii="Segoe UI" w:eastAsia="Segoe UI" w:hAnsi="Segoe UI" w:cs="Segoe UI"/>
          <w:sz w:val="21"/>
          <w:szCs w:val="21"/>
        </w:rPr>
        <w:t xml:space="preserve">The usual crowd turned up for </w:t>
      </w:r>
      <w:r w:rsidR="006761DB" w:rsidRPr="000F15E4">
        <w:rPr>
          <w:rFonts w:ascii="Segoe UI" w:eastAsia="Segoe UI" w:hAnsi="Segoe UI" w:cs="Segoe UI"/>
          <w:sz w:val="21"/>
          <w:szCs w:val="21"/>
        </w:rPr>
        <w:t>Wednesday’s drive which was up to the dam to have a look at all the water.  We then headed out to Brothers League’s Club for morning tea and another chat.  Great morning had by all.</w:t>
      </w:r>
      <w:r w:rsidR="00851C10" w:rsidRPr="000F15E4">
        <w:rPr>
          <w:rFonts w:ascii="Segoe UI" w:eastAsia="Segoe UI" w:hAnsi="Segoe UI" w:cs="Segoe UI"/>
          <w:sz w:val="21"/>
          <w:szCs w:val="21"/>
        </w:rPr>
        <w:t xml:space="preserve">                            </w:t>
      </w:r>
    </w:p>
    <w:p w14:paraId="3A34FE3C" w14:textId="6D7C7FD1" w:rsidR="00080338" w:rsidRPr="000F15E4" w:rsidRDefault="2F5D0951" w:rsidP="54AAAAF0">
      <w:pPr>
        <w:pStyle w:val="Heading2"/>
        <w:spacing w:before="261" w:after="261" w:line="300" w:lineRule="auto"/>
        <w:rPr>
          <w:rFonts w:ascii="Segoe UI" w:eastAsia="Segoe UI" w:hAnsi="Segoe UI" w:cs="Segoe UI"/>
          <w:sz w:val="31"/>
          <w:szCs w:val="31"/>
        </w:rPr>
      </w:pPr>
      <w:r w:rsidRPr="000F15E4">
        <w:rPr>
          <w:rFonts w:ascii="Segoe UI" w:eastAsia="Segoe UI" w:hAnsi="Segoe UI" w:cs="Segoe UI"/>
          <w:sz w:val="31"/>
          <w:szCs w:val="31"/>
        </w:rPr>
        <w:t>📢 Club Announcements</w:t>
      </w:r>
    </w:p>
    <w:p w14:paraId="652903D7" w14:textId="77777777" w:rsidR="00DD4D57" w:rsidRPr="000F15E4" w:rsidRDefault="00DD4D57" w:rsidP="00DD4D57">
      <w:pPr>
        <w:pStyle w:val="Heading3"/>
        <w:spacing w:before="246" w:after="246" w:line="300" w:lineRule="auto"/>
        <w:rPr>
          <w:rFonts w:ascii="Segoe UI" w:hAnsi="Segoe UI" w:cs="Segoe UI"/>
          <w:b w:val="0"/>
          <w:bCs w:val="0"/>
          <w:color w:val="auto"/>
        </w:rPr>
      </w:pPr>
      <w:r w:rsidRPr="000F15E4">
        <w:rPr>
          <w:rFonts w:ascii="Segoe UI" w:hAnsi="Segoe UI" w:cs="Segoe UI"/>
          <w:b w:val="0"/>
          <w:bCs w:val="0"/>
          <w:color w:val="auto"/>
        </w:rPr>
        <w:t xml:space="preserve">A huge thank you to Cheapa Auto Spares for their generous support of our club! </w:t>
      </w:r>
      <w:r w:rsidRPr="000F15E4">
        <w:rPr>
          <w:rFonts w:ascii="Segoe UI Emoji" w:hAnsi="Segoe UI Emoji" w:cs="Segoe UI Emoji"/>
          <w:b w:val="0"/>
          <w:bCs w:val="0"/>
          <w:color w:val="auto"/>
        </w:rPr>
        <w:t>🙌</w:t>
      </w:r>
    </w:p>
    <w:p w14:paraId="71852904" w14:textId="77777777" w:rsidR="00DD4D57" w:rsidRPr="000F15E4" w:rsidRDefault="00DD4D57" w:rsidP="00DD4D57">
      <w:pPr>
        <w:pStyle w:val="Heading3"/>
        <w:spacing w:before="246" w:after="246" w:line="300" w:lineRule="auto"/>
        <w:rPr>
          <w:rFonts w:ascii="Segoe UI" w:hAnsi="Segoe UI" w:cs="Segoe UI"/>
          <w:b w:val="0"/>
          <w:bCs w:val="0"/>
          <w:color w:val="auto"/>
        </w:rPr>
      </w:pPr>
      <w:r w:rsidRPr="000F15E4">
        <w:rPr>
          <w:rFonts w:ascii="Segoe UI" w:hAnsi="Segoe UI" w:cs="Segoe UI"/>
          <w:b w:val="0"/>
          <w:bCs w:val="0"/>
          <w:color w:val="auto"/>
        </w:rPr>
        <w:t>Thanks to their sponsorship, we were able to purchase transponders for our Sprint Series, helping us improve timing and enhance our race events for all competitors.</w:t>
      </w:r>
    </w:p>
    <w:p w14:paraId="1C837D76" w14:textId="77777777" w:rsidR="00DD4D57" w:rsidRPr="000F15E4" w:rsidRDefault="00DD4D57" w:rsidP="00DD4D57">
      <w:pPr>
        <w:pStyle w:val="Heading3"/>
        <w:spacing w:before="246" w:after="246" w:line="300" w:lineRule="auto"/>
        <w:rPr>
          <w:rFonts w:ascii="Segoe UI" w:hAnsi="Segoe UI" w:cs="Segoe UI"/>
          <w:b w:val="0"/>
          <w:bCs w:val="0"/>
          <w:color w:val="auto"/>
        </w:rPr>
      </w:pPr>
      <w:r w:rsidRPr="000F15E4">
        <w:rPr>
          <w:rFonts w:ascii="Segoe UI" w:hAnsi="Segoe UI" w:cs="Segoe UI"/>
          <w:b w:val="0"/>
          <w:bCs w:val="0"/>
          <w:color w:val="auto"/>
        </w:rPr>
        <w:t xml:space="preserve">We really appreciate Cheapa Auto Spares supporting grassroots motorsport and our club community. Please support the businesses that support our sport! </w:t>
      </w:r>
      <w:r w:rsidRPr="000F15E4">
        <w:rPr>
          <w:rFonts w:ascii="Segoe UI Emoji" w:hAnsi="Segoe UI Emoji" w:cs="Segoe UI Emoji"/>
          <w:b w:val="0"/>
          <w:bCs w:val="0"/>
          <w:color w:val="auto"/>
        </w:rPr>
        <w:t>🏁🚗</w:t>
      </w:r>
    </w:p>
    <w:p w14:paraId="0DC9EF20" w14:textId="3108C837" w:rsidR="00080338" w:rsidRPr="000F15E4" w:rsidRDefault="0077266C" w:rsidP="54AAAAF0">
      <w:pPr>
        <w:pStyle w:val="Heading3"/>
        <w:spacing w:before="246" w:after="246" w:line="300" w:lineRule="auto"/>
        <w:rPr>
          <w:rFonts w:ascii="Segoe UI" w:eastAsia="Segoe UI" w:hAnsi="Segoe UI" w:cs="Segoe UI"/>
          <w:sz w:val="24"/>
          <w:szCs w:val="24"/>
        </w:rPr>
      </w:pPr>
      <w:r w:rsidRPr="000F15E4">
        <w:rPr>
          <w:rFonts w:ascii="Segoe UI" w:eastAsia="Segoe UI" w:hAnsi="Segoe UI" w:cs="Segoe UI"/>
          <w:sz w:val="24"/>
          <w:szCs w:val="24"/>
        </w:rPr>
        <w:t xml:space="preserve">Membership </w:t>
      </w:r>
      <w:r w:rsidR="000F1A96" w:rsidRPr="000F15E4">
        <w:rPr>
          <w:rFonts w:ascii="Segoe UI" w:eastAsia="Segoe UI" w:hAnsi="Segoe UI" w:cs="Segoe UI"/>
          <w:sz w:val="24"/>
          <w:szCs w:val="24"/>
        </w:rPr>
        <w:t>Due 1.2.26</w:t>
      </w:r>
      <w:r w:rsidR="2F5D0951" w:rsidRPr="000F15E4">
        <w:rPr>
          <w:rFonts w:ascii="Segoe UI" w:eastAsia="Segoe UI" w:hAnsi="Segoe UI" w:cs="Segoe UI"/>
          <w:sz w:val="24"/>
          <w:szCs w:val="24"/>
        </w:rPr>
        <w:t>!</w:t>
      </w:r>
    </w:p>
    <w:p w14:paraId="50C2FE0D" w14:textId="00C3DAD7" w:rsidR="00BE2ADA" w:rsidRPr="000F15E4" w:rsidRDefault="00810A7E" w:rsidP="00BE2ADA">
      <w:pPr>
        <w:spacing w:before="210" w:after="210" w:line="300" w:lineRule="auto"/>
        <w:rPr>
          <w:rFonts w:ascii="Segoe UI" w:eastAsia="Segoe UI" w:hAnsi="Segoe UI" w:cs="Segoe UI"/>
        </w:rPr>
      </w:pPr>
      <w:r w:rsidRPr="000F15E4">
        <w:rPr>
          <w:rFonts w:ascii="Segoe UI" w:eastAsia="Segoe UI" w:hAnsi="Segoe UI" w:cs="Segoe UI"/>
        </w:rPr>
        <w:t xml:space="preserve">Membership fees </w:t>
      </w:r>
      <w:r w:rsidR="003E7029" w:rsidRPr="000F15E4">
        <w:rPr>
          <w:rFonts w:ascii="Segoe UI" w:eastAsia="Segoe UI" w:hAnsi="Segoe UI" w:cs="Segoe UI"/>
        </w:rPr>
        <w:t>were</w:t>
      </w:r>
      <w:r w:rsidRPr="000F15E4">
        <w:rPr>
          <w:rFonts w:ascii="Segoe UI" w:eastAsia="Segoe UI" w:hAnsi="Segoe UI" w:cs="Segoe UI"/>
        </w:rPr>
        <w:t xml:space="preserve"> due</w:t>
      </w:r>
      <w:r w:rsidR="00513C7A" w:rsidRPr="000F15E4">
        <w:rPr>
          <w:rFonts w:ascii="Segoe UI" w:eastAsia="Segoe UI" w:hAnsi="Segoe UI" w:cs="Segoe UI"/>
        </w:rPr>
        <w:t xml:space="preserve"> by 01.02.2026.  $40.00 per year for a family – over </w:t>
      </w:r>
      <w:r w:rsidR="00536BC5" w:rsidRPr="000F15E4">
        <w:rPr>
          <w:rFonts w:ascii="Segoe UI" w:eastAsia="Segoe UI" w:hAnsi="Segoe UI" w:cs="Segoe UI"/>
        </w:rPr>
        <w:t>18-year-olds</w:t>
      </w:r>
      <w:r w:rsidR="008165D4" w:rsidRPr="000F15E4">
        <w:rPr>
          <w:rFonts w:ascii="Segoe UI" w:eastAsia="Segoe UI" w:hAnsi="Segoe UI" w:cs="Segoe UI"/>
        </w:rPr>
        <w:t xml:space="preserve"> require their own membership.  This year everyone will receive a digital card that can be saved to your mobile phone</w:t>
      </w:r>
      <w:r w:rsidR="0077266C" w:rsidRPr="000F15E4">
        <w:rPr>
          <w:rFonts w:ascii="Segoe UI" w:eastAsia="Segoe UI" w:hAnsi="Segoe UI" w:cs="Segoe UI"/>
        </w:rPr>
        <w:t xml:space="preserve"> as a photo, in your card file (Klarna) or in your Samsung wallet.  </w:t>
      </w:r>
      <w:r w:rsidR="00536BC5" w:rsidRPr="000F15E4">
        <w:rPr>
          <w:rFonts w:ascii="Segoe UI" w:eastAsia="Segoe UI" w:hAnsi="Segoe UI" w:cs="Segoe UI"/>
        </w:rPr>
        <w:t>Unfortunately,</w:t>
      </w:r>
      <w:r w:rsidR="0077266C" w:rsidRPr="000F15E4">
        <w:rPr>
          <w:rFonts w:ascii="Segoe UI" w:eastAsia="Segoe UI" w:hAnsi="Segoe UI" w:cs="Segoe UI"/>
        </w:rPr>
        <w:t xml:space="preserve"> </w:t>
      </w:r>
      <w:r w:rsidR="006C4910" w:rsidRPr="000F15E4">
        <w:rPr>
          <w:rFonts w:ascii="Segoe UI" w:eastAsia="Segoe UI" w:hAnsi="Segoe UI" w:cs="Segoe UI"/>
        </w:rPr>
        <w:t>it’s</w:t>
      </w:r>
      <w:r w:rsidR="0077266C" w:rsidRPr="000F15E4">
        <w:rPr>
          <w:rFonts w:ascii="Segoe UI" w:eastAsia="Segoe UI" w:hAnsi="Segoe UI" w:cs="Segoe UI"/>
        </w:rPr>
        <w:t xml:space="preserve"> not able to be saved into an Apple Wallet.  </w:t>
      </w:r>
      <w:r w:rsidR="00920AAA" w:rsidRPr="000F15E4">
        <w:rPr>
          <w:rFonts w:ascii="Segoe UI" w:eastAsia="Segoe UI" w:hAnsi="Segoe UI" w:cs="Segoe UI"/>
        </w:rPr>
        <w:t xml:space="preserve">You will need to send in a completed membership form </w:t>
      </w:r>
      <w:r w:rsidR="002808C4" w:rsidRPr="000F15E4">
        <w:rPr>
          <w:rFonts w:ascii="Segoe UI" w:eastAsia="Segoe UI" w:hAnsi="Segoe UI" w:cs="Segoe UI"/>
        </w:rPr>
        <w:t>(</w:t>
      </w:r>
      <w:hyperlink r:id="rId10" w:history="1">
        <w:r w:rsidR="00E05C23" w:rsidRPr="000F15E4">
          <w:rPr>
            <w:rStyle w:val="Hyperlink"/>
            <w:rFonts w:ascii="Segoe UI" w:eastAsia="Segoe UI" w:hAnsi="Segoe UI" w:cs="Segoe UI"/>
          </w:rPr>
          <w:t>https://marquenq.com.au/membership</w:t>
        </w:r>
      </w:hyperlink>
      <w:r w:rsidR="00E05C23" w:rsidRPr="000F15E4">
        <w:rPr>
          <w:rFonts w:ascii="Segoe UI" w:eastAsia="Segoe UI" w:hAnsi="Segoe UI" w:cs="Segoe UI"/>
        </w:rPr>
        <w:t xml:space="preserve">) </w:t>
      </w:r>
      <w:r w:rsidR="00920AAA" w:rsidRPr="000F15E4">
        <w:rPr>
          <w:rFonts w:ascii="Segoe UI" w:eastAsia="Segoe UI" w:hAnsi="Segoe UI" w:cs="Segoe UI"/>
        </w:rPr>
        <w:t xml:space="preserve">or complete our online membership form:  </w:t>
      </w:r>
      <w:hyperlink r:id="rId11" w:history="1">
        <w:r w:rsidR="00BE2ADA" w:rsidRPr="000F15E4">
          <w:rPr>
            <w:rStyle w:val="Hyperlink"/>
            <w:rFonts w:ascii="Segoe UI" w:eastAsia="Segoe UI" w:hAnsi="Segoe UI" w:cs="Segoe UI"/>
          </w:rPr>
          <w:t>Membership Form for the Marque Sports Car Register Nth Qld Inc. – Fill out form</w:t>
        </w:r>
      </w:hyperlink>
      <w:r w:rsidR="007927BD" w:rsidRPr="000F15E4">
        <w:rPr>
          <w:rFonts w:ascii="Segoe UI" w:hAnsi="Segoe UI" w:cs="Segoe UI"/>
        </w:rPr>
        <w:t xml:space="preserve"> </w:t>
      </w:r>
      <w:r w:rsidR="007927BD" w:rsidRPr="000F15E4">
        <w:rPr>
          <w:rFonts w:ascii="Segoe UI" w:eastAsia="Segoe UI" w:hAnsi="Segoe UI" w:cs="Segoe UI"/>
        </w:rPr>
        <w:t>along with your payment.</w:t>
      </w:r>
    </w:p>
    <w:p w14:paraId="0B0AC073" w14:textId="63990872" w:rsidR="00080338" w:rsidRPr="000F15E4" w:rsidRDefault="00080338" w:rsidP="0077266C">
      <w:pPr>
        <w:spacing w:before="210" w:after="210" w:line="300" w:lineRule="auto"/>
        <w:rPr>
          <w:rFonts w:ascii="Segoe UI" w:eastAsia="Segoe UI" w:hAnsi="Segoe UI" w:cs="Segoe UI"/>
        </w:rPr>
      </w:pPr>
    </w:p>
    <w:p w14:paraId="7CB2AF5F" w14:textId="3D1DCEC2" w:rsidR="00063E33" w:rsidRPr="000F15E4" w:rsidRDefault="00DD33E9" w:rsidP="00DD33E9">
      <w:pPr>
        <w:spacing w:before="210" w:after="210" w:line="300" w:lineRule="auto"/>
        <w:jc w:val="center"/>
      </w:pPr>
      <w:r w:rsidRPr="000F15E4">
        <w:lastRenderedPageBreak/>
        <w:drawing>
          <wp:inline distT="0" distB="0" distL="0" distR="0" wp14:anchorId="3B91C1CB" wp14:editId="4BEE6297">
            <wp:extent cx="4983480" cy="2990088"/>
            <wp:effectExtent l="0" t="0" r="7620" b="1270"/>
            <wp:docPr id="156681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1811" name="Picture 156681811"/>
                    <pic:cNvPicPr/>
                  </pic:nvPicPr>
                  <pic:blipFill>
                    <a:blip r:embed="rId12"/>
                    <a:stretch>
                      <a:fillRect/>
                    </a:stretch>
                  </pic:blipFill>
                  <pic:spPr>
                    <a:xfrm>
                      <a:off x="0" y="0"/>
                      <a:ext cx="4985022" cy="2991013"/>
                    </a:xfrm>
                    <a:prstGeom prst="rect">
                      <a:avLst/>
                    </a:prstGeom>
                  </pic:spPr>
                </pic:pic>
              </a:graphicData>
            </a:graphic>
          </wp:inline>
        </w:drawing>
      </w:r>
    </w:p>
    <w:p w14:paraId="38B8A29C" w14:textId="7C5B439E" w:rsidR="001B72EE" w:rsidRPr="000F15E4" w:rsidRDefault="001B72EE" w:rsidP="001B72EE">
      <w:pPr>
        <w:spacing w:before="210" w:after="210" w:line="240" w:lineRule="auto"/>
        <w:rPr>
          <w:rFonts w:ascii="Segoe UI" w:hAnsi="Segoe UI" w:cs="Segoe UI"/>
          <w:b/>
          <w:bCs/>
        </w:rPr>
      </w:pPr>
      <w:r w:rsidRPr="000F15E4">
        <w:rPr>
          <w:rFonts w:ascii="Segoe UI" w:hAnsi="Segoe UI" w:cs="Segoe UI"/>
          <w:b/>
          <w:bCs/>
        </w:rPr>
        <w:t xml:space="preserve">This is important as we need your CURRENT information for our database and to email membership cards. </w:t>
      </w:r>
    </w:p>
    <w:p w14:paraId="1E431CE8"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Direct Deposit details are below.</w:t>
      </w:r>
    </w:p>
    <w:p w14:paraId="0FB8A8C8"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Direct deposit membership fee into Bank of Qld account:</w:t>
      </w:r>
    </w:p>
    <w:p w14:paraId="3A2FB27C"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Marque Sports Car Register North Queensland Inc</w:t>
      </w:r>
    </w:p>
    <w:p w14:paraId="52DF10DE"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BSB 124055 Account No. 20369426</w:t>
      </w:r>
    </w:p>
    <w:p w14:paraId="5296FBF9"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Bank Reference: NAME</w:t>
      </w:r>
    </w:p>
    <w:p w14:paraId="054D6BCF"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 xml:space="preserve">Past and present, new and old members welcome. </w:t>
      </w:r>
    </w:p>
    <w:p w14:paraId="062D8A57"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As per our website:</w:t>
      </w:r>
    </w:p>
    <w:p w14:paraId="36B8BC2B" w14:textId="718085B0" w:rsidR="001B72EE" w:rsidRPr="000F15E4" w:rsidRDefault="001B72EE" w:rsidP="001B72EE">
      <w:pPr>
        <w:spacing w:before="210" w:after="210" w:line="240" w:lineRule="auto"/>
        <w:rPr>
          <w:rFonts w:ascii="Segoe UI" w:hAnsi="Segoe UI" w:cs="Segoe UI"/>
        </w:rPr>
      </w:pPr>
      <w:r w:rsidRPr="000F15E4">
        <w:rPr>
          <w:rFonts w:ascii="Segoe UI" w:hAnsi="Segoe UI" w:cs="Segoe UI"/>
        </w:rPr>
        <w:t>The MSCR is an active car club, that covers all car enthusiasts from racers, show and shiners, and even those who just enjoy driving their special car.</w:t>
      </w:r>
      <w:r w:rsidR="00F07955" w:rsidRPr="000F15E4">
        <w:rPr>
          <w:rFonts w:ascii="Segoe UI" w:hAnsi="Segoe UI" w:cs="Segoe UI"/>
        </w:rPr>
        <w:t xml:space="preserve"> </w:t>
      </w:r>
      <w:r w:rsidRPr="000F15E4">
        <w:rPr>
          <w:rFonts w:ascii="Segoe UI" w:hAnsi="Segoe UI" w:cs="Segoe UI"/>
        </w:rPr>
        <w:t>To put your car on Club Registration, you must be an ACTIVE member of an affiliated car club.</w:t>
      </w:r>
    </w:p>
    <w:p w14:paraId="681795E2"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For SIV registrations the club has been notified of the following:</w:t>
      </w:r>
    </w:p>
    <w:p w14:paraId="3E6FE6D2" w14:textId="3B88AC03" w:rsidR="001B72EE" w:rsidRPr="000F15E4" w:rsidRDefault="001B72EE" w:rsidP="001B72EE">
      <w:pPr>
        <w:spacing w:before="210" w:after="210" w:line="240" w:lineRule="auto"/>
        <w:rPr>
          <w:rFonts w:ascii="Segoe UI" w:hAnsi="Segoe UI" w:cs="Segoe UI"/>
        </w:rPr>
      </w:pPr>
      <w:r w:rsidRPr="000F15E4">
        <w:rPr>
          <w:rFonts w:ascii="Segoe UI" w:hAnsi="Segoe UI" w:cs="Segoe UI"/>
        </w:rPr>
        <w:t>Q.H.M.C.</w:t>
      </w:r>
      <w:r w:rsidR="00F07955" w:rsidRPr="000F15E4">
        <w:rPr>
          <w:rFonts w:ascii="Segoe UI" w:hAnsi="Segoe UI" w:cs="Segoe UI"/>
        </w:rPr>
        <w:t xml:space="preserve"> </w:t>
      </w:r>
      <w:r w:rsidRPr="000F15E4">
        <w:rPr>
          <w:rFonts w:ascii="Segoe UI" w:hAnsi="Segoe UI" w:cs="Segoe UI"/>
        </w:rPr>
        <w:t>have been advised that Qld Police Service is checking Special Interest Vehicle drivers, for membership card or receipts of a membership club. Advise to carry event ratification with you when on a club event.</w:t>
      </w:r>
      <w:r w:rsidR="00F07955" w:rsidRPr="000F15E4">
        <w:rPr>
          <w:rFonts w:ascii="Segoe UI" w:hAnsi="Segoe UI" w:cs="Segoe UI"/>
        </w:rPr>
        <w:t xml:space="preserve">  </w:t>
      </w:r>
      <w:r w:rsidRPr="000F15E4">
        <w:rPr>
          <w:rFonts w:ascii="Segoe UI" w:hAnsi="Segoe UI" w:cs="Segoe UI"/>
        </w:rPr>
        <w:t>Please be aware that you can be stopped, and you must be able to prove current membership of a car club that issues Dating Certificates, or risk losing your right to SIV registration.</w:t>
      </w:r>
    </w:p>
    <w:p w14:paraId="65F6CCA5"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For Racing members: as per AASA rules and your sub-reg docs:</w:t>
      </w:r>
    </w:p>
    <w:p w14:paraId="4815C549" w14:textId="053BC27D" w:rsidR="001B72EE" w:rsidRPr="000F15E4" w:rsidRDefault="001B72EE" w:rsidP="001B72EE">
      <w:pPr>
        <w:spacing w:before="210" w:after="210" w:line="240" w:lineRule="auto"/>
        <w:rPr>
          <w:rFonts w:ascii="Segoe UI" w:hAnsi="Segoe UI" w:cs="Segoe UI"/>
        </w:rPr>
      </w:pPr>
      <w:r w:rsidRPr="000F15E4">
        <w:rPr>
          <w:rFonts w:ascii="Segoe UI" w:hAnsi="Segoe UI" w:cs="Segoe UI"/>
        </w:rPr>
        <w:lastRenderedPageBreak/>
        <w:t>Competitors must produce a valid and current AASA Competition Licence and a Club Membership Card</w:t>
      </w:r>
      <w:r w:rsidR="00F07955" w:rsidRPr="000F15E4">
        <w:rPr>
          <w:rFonts w:ascii="Segoe UI" w:hAnsi="Segoe UI" w:cs="Segoe UI"/>
        </w:rPr>
        <w:t>.</w:t>
      </w:r>
      <w:r w:rsidRPr="000F15E4">
        <w:rPr>
          <w:rFonts w:ascii="Segoe UI" w:hAnsi="Segoe UI" w:cs="Segoe UI"/>
        </w:rPr>
        <w:t xml:space="preserve"> </w:t>
      </w:r>
    </w:p>
    <w:p w14:paraId="063E5837" w14:textId="77777777" w:rsidR="001B72EE" w:rsidRPr="000F15E4" w:rsidRDefault="001B72EE" w:rsidP="001B72EE">
      <w:pPr>
        <w:spacing w:before="210" w:after="210" w:line="240" w:lineRule="auto"/>
        <w:rPr>
          <w:rFonts w:ascii="Segoe UI" w:hAnsi="Segoe UI" w:cs="Segoe UI"/>
        </w:rPr>
      </w:pPr>
      <w:r w:rsidRPr="000F15E4">
        <w:rPr>
          <w:rFonts w:ascii="Segoe UI" w:hAnsi="Segoe UI" w:cs="Segoe UI"/>
        </w:rPr>
        <w:t>The above will be enforced in 2026 and we will need to sight a current membership card.</w:t>
      </w:r>
    </w:p>
    <w:p w14:paraId="37A1BD72" w14:textId="3E2A25E8" w:rsidR="00871AC2" w:rsidRPr="000F15E4" w:rsidRDefault="00871AC2" w:rsidP="001B72EE">
      <w:pPr>
        <w:spacing w:before="210" w:after="210" w:line="240" w:lineRule="auto"/>
        <w:rPr>
          <w:rFonts w:ascii="Segoe UI" w:hAnsi="Segoe UI" w:cs="Segoe UI"/>
        </w:rPr>
      </w:pPr>
      <w:r w:rsidRPr="000F15E4">
        <w:rPr>
          <w:rFonts w:ascii="Segoe UI" w:hAnsi="Segoe UI" w:cs="Segoe UI"/>
        </w:rPr>
        <w:t>**********************************************************************************************</w:t>
      </w:r>
    </w:p>
    <w:p w14:paraId="1A8D0C06" w14:textId="6CF2C7FA" w:rsidR="00080338" w:rsidRPr="000F15E4" w:rsidRDefault="2F5D0951" w:rsidP="54AAAAF0">
      <w:pPr>
        <w:pStyle w:val="Heading2"/>
        <w:spacing w:before="261" w:after="261" w:line="300" w:lineRule="auto"/>
      </w:pPr>
      <w:r w:rsidRPr="000F15E4">
        <w:rPr>
          <w:rFonts w:ascii="Segoe UI" w:eastAsia="Segoe UI" w:hAnsi="Segoe UI" w:cs="Segoe UI"/>
          <w:sz w:val="31"/>
          <w:szCs w:val="31"/>
        </w:rPr>
        <w:t xml:space="preserve">🗓️ </w:t>
      </w:r>
      <w:r w:rsidR="00C14F42" w:rsidRPr="000F15E4">
        <w:rPr>
          <w:rFonts w:ascii="Segoe UI" w:eastAsia="Segoe UI" w:hAnsi="Segoe UI" w:cs="Segoe UI"/>
          <w:sz w:val="31"/>
          <w:szCs w:val="31"/>
        </w:rPr>
        <w:t>April</w:t>
      </w:r>
      <w:r w:rsidRPr="000F15E4">
        <w:rPr>
          <w:rFonts w:ascii="Segoe UI" w:eastAsia="Segoe UI" w:hAnsi="Segoe UI" w:cs="Segoe UI"/>
          <w:sz w:val="31"/>
          <w:szCs w:val="31"/>
        </w:rPr>
        <w:t xml:space="preserve"> 202</w:t>
      </w:r>
      <w:r w:rsidR="000051D8" w:rsidRPr="000F15E4">
        <w:rPr>
          <w:rFonts w:ascii="Segoe UI" w:eastAsia="Segoe UI" w:hAnsi="Segoe UI" w:cs="Segoe UI"/>
          <w:sz w:val="31"/>
          <w:szCs w:val="31"/>
        </w:rPr>
        <w:t>6</w:t>
      </w:r>
      <w:r w:rsidRPr="000F15E4">
        <w:rPr>
          <w:rFonts w:ascii="Segoe UI" w:eastAsia="Segoe UI" w:hAnsi="Segoe UI" w:cs="Segoe UI"/>
          <w:sz w:val="31"/>
          <w:szCs w:val="31"/>
        </w:rPr>
        <w:t xml:space="preserve"> Events</w:t>
      </w:r>
    </w:p>
    <w:p w14:paraId="22E5648E" w14:textId="54AED21A" w:rsidR="000C2A2A" w:rsidRPr="000F15E4" w:rsidRDefault="00C14F42" w:rsidP="000C2A2A">
      <w:pPr>
        <w:pStyle w:val="ListParagraph"/>
        <w:numPr>
          <w:ilvl w:val="0"/>
          <w:numId w:val="3"/>
        </w:numPr>
        <w:spacing w:after="0" w:line="300" w:lineRule="auto"/>
        <w:rPr>
          <w:rFonts w:ascii="Segoe UI" w:eastAsia="Segoe UI" w:hAnsi="Segoe UI" w:cs="Segoe UI"/>
        </w:rPr>
      </w:pPr>
      <w:r w:rsidRPr="000F15E4">
        <w:rPr>
          <w:rFonts w:ascii="Segoe UI" w:eastAsia="Segoe UI" w:hAnsi="Segoe UI" w:cs="Segoe UI"/>
          <w:b/>
          <w:bCs/>
        </w:rPr>
        <w:t xml:space="preserve">4 </w:t>
      </w:r>
      <w:r w:rsidR="000C2A2A" w:rsidRPr="000F15E4">
        <w:rPr>
          <w:rFonts w:ascii="Segoe UI" w:eastAsia="Segoe UI" w:hAnsi="Segoe UI" w:cs="Segoe UI"/>
          <w:b/>
          <w:bCs/>
        </w:rPr>
        <w:t xml:space="preserve">&amp; 5 </w:t>
      </w:r>
      <w:r w:rsidRPr="000F15E4">
        <w:rPr>
          <w:rFonts w:ascii="Segoe UI" w:eastAsia="Segoe UI" w:hAnsi="Segoe UI" w:cs="Segoe UI"/>
          <w:b/>
          <w:bCs/>
        </w:rPr>
        <w:t>April</w:t>
      </w:r>
      <w:r w:rsidR="00F0495F" w:rsidRPr="000F15E4">
        <w:rPr>
          <w:rFonts w:ascii="Segoe UI" w:eastAsia="Segoe UI" w:hAnsi="Segoe UI" w:cs="Segoe UI"/>
          <w:b/>
          <w:bCs/>
        </w:rPr>
        <w:t>:</w:t>
      </w:r>
      <w:r w:rsidR="00F0495F" w:rsidRPr="000F15E4">
        <w:rPr>
          <w:rFonts w:ascii="Segoe UI" w:eastAsia="Segoe UI" w:hAnsi="Segoe UI" w:cs="Segoe UI"/>
        </w:rPr>
        <w:t xml:space="preserve"> </w:t>
      </w:r>
      <w:r w:rsidR="000C2A2A" w:rsidRPr="000F15E4">
        <w:rPr>
          <w:rFonts w:ascii="Segoe UI" w:eastAsia="Segoe UI" w:hAnsi="Segoe UI" w:cs="Segoe UI"/>
        </w:rPr>
        <w:t>Round 2 Cheapa Auto Spares Sprint Event – Manton Park</w:t>
      </w:r>
    </w:p>
    <w:p w14:paraId="76410AC0" w14:textId="554F66E3" w:rsidR="00F13741" w:rsidRPr="000F15E4" w:rsidRDefault="000C2A2A" w:rsidP="00FA221C">
      <w:pPr>
        <w:pStyle w:val="ListParagraph"/>
        <w:numPr>
          <w:ilvl w:val="0"/>
          <w:numId w:val="3"/>
        </w:numPr>
        <w:spacing w:after="0" w:line="300" w:lineRule="auto"/>
        <w:rPr>
          <w:rFonts w:ascii="Segoe UI" w:eastAsia="Segoe UI" w:hAnsi="Segoe UI" w:cs="Segoe UI"/>
        </w:rPr>
      </w:pPr>
      <w:r w:rsidRPr="000F15E4">
        <w:rPr>
          <w:rFonts w:ascii="Segoe UI" w:eastAsia="Segoe UI" w:hAnsi="Segoe UI" w:cs="Segoe UI"/>
          <w:b/>
          <w:bCs/>
        </w:rPr>
        <w:t>8 April</w:t>
      </w:r>
      <w:r w:rsidR="00F13741" w:rsidRPr="000F15E4">
        <w:rPr>
          <w:rFonts w:ascii="Segoe UI" w:eastAsia="Segoe UI" w:hAnsi="Segoe UI" w:cs="Segoe UI"/>
          <w:b/>
          <w:bCs/>
        </w:rPr>
        <w:t>:</w:t>
      </w:r>
      <w:r w:rsidR="00F13741" w:rsidRPr="000F15E4">
        <w:rPr>
          <w:rFonts w:ascii="Segoe UI" w:eastAsia="Segoe UI" w:hAnsi="Segoe UI" w:cs="Segoe UI"/>
        </w:rPr>
        <w:t xml:space="preserve"> Mid-Week Drive</w:t>
      </w:r>
      <w:r w:rsidR="00334880" w:rsidRPr="000F15E4">
        <w:rPr>
          <w:rFonts w:ascii="Segoe UI" w:eastAsia="Segoe UI" w:hAnsi="Segoe UI" w:cs="Segoe UI"/>
        </w:rPr>
        <w:t xml:space="preserve"> - </w:t>
      </w:r>
      <w:r w:rsidR="00F13741" w:rsidRPr="000F15E4">
        <w:rPr>
          <w:rFonts w:ascii="Segoe UI" w:eastAsia="Segoe UI" w:hAnsi="Segoe UI" w:cs="Segoe UI"/>
        </w:rPr>
        <w:t>9:00 AM @ WildCatz Indoor Sports Arena</w:t>
      </w:r>
    </w:p>
    <w:p w14:paraId="37A06C8D" w14:textId="37E3E124" w:rsidR="00080338" w:rsidRPr="000F15E4" w:rsidRDefault="00F0495F" w:rsidP="54AAAAF0">
      <w:pPr>
        <w:pStyle w:val="ListParagraph"/>
        <w:numPr>
          <w:ilvl w:val="0"/>
          <w:numId w:val="3"/>
        </w:numPr>
        <w:spacing w:after="0" w:line="300" w:lineRule="auto"/>
        <w:rPr>
          <w:rFonts w:ascii="Segoe UI" w:eastAsia="Segoe UI" w:hAnsi="Segoe UI" w:cs="Segoe UI"/>
        </w:rPr>
      </w:pPr>
      <w:r w:rsidRPr="000F15E4">
        <w:rPr>
          <w:rFonts w:ascii="Segoe UI" w:eastAsia="Segoe UI" w:hAnsi="Segoe UI" w:cs="Segoe UI"/>
          <w:b/>
          <w:bCs/>
        </w:rPr>
        <w:t xml:space="preserve">14 </w:t>
      </w:r>
      <w:r w:rsidR="000C2A2A" w:rsidRPr="000F15E4">
        <w:rPr>
          <w:rFonts w:ascii="Segoe UI" w:eastAsia="Segoe UI" w:hAnsi="Segoe UI" w:cs="Segoe UI"/>
          <w:b/>
          <w:bCs/>
        </w:rPr>
        <w:t>April</w:t>
      </w:r>
      <w:r w:rsidR="2F5D0951" w:rsidRPr="000F15E4">
        <w:rPr>
          <w:rFonts w:ascii="Segoe UI" w:eastAsia="Segoe UI" w:hAnsi="Segoe UI" w:cs="Segoe UI"/>
          <w:b/>
          <w:bCs/>
        </w:rPr>
        <w:t>:</w:t>
      </w:r>
      <w:r w:rsidR="2F5D0951" w:rsidRPr="000F15E4">
        <w:rPr>
          <w:rFonts w:ascii="Segoe UI" w:eastAsia="Segoe UI" w:hAnsi="Segoe UI" w:cs="Segoe UI"/>
        </w:rPr>
        <w:t xml:space="preserve"> </w:t>
      </w:r>
      <w:r w:rsidR="000C2A2A" w:rsidRPr="000F15E4">
        <w:rPr>
          <w:rFonts w:ascii="Segoe UI" w:eastAsia="Segoe UI" w:hAnsi="Segoe UI" w:cs="Segoe UI"/>
        </w:rPr>
        <w:t>Club Meeting</w:t>
      </w:r>
    </w:p>
    <w:p w14:paraId="2FB1CC88" w14:textId="5B05855E" w:rsidR="00080338" w:rsidRPr="000F15E4" w:rsidRDefault="000C2A2A" w:rsidP="54AAAAF0">
      <w:pPr>
        <w:pStyle w:val="ListParagraph"/>
        <w:numPr>
          <w:ilvl w:val="0"/>
          <w:numId w:val="3"/>
        </w:numPr>
        <w:spacing w:after="0" w:line="300" w:lineRule="auto"/>
        <w:rPr>
          <w:rFonts w:ascii="Segoe UI" w:eastAsia="Segoe UI" w:hAnsi="Segoe UI" w:cs="Segoe UI"/>
        </w:rPr>
      </w:pPr>
      <w:r w:rsidRPr="000F15E4">
        <w:rPr>
          <w:rFonts w:ascii="Segoe UI" w:eastAsia="Segoe UI" w:hAnsi="Segoe UI" w:cs="Segoe UI"/>
          <w:b/>
          <w:bCs/>
        </w:rPr>
        <w:t>18 April</w:t>
      </w:r>
      <w:r w:rsidR="00FB3ADB" w:rsidRPr="000F15E4">
        <w:rPr>
          <w:rFonts w:ascii="Segoe UI" w:eastAsia="Segoe UI" w:hAnsi="Segoe UI" w:cs="Segoe UI"/>
          <w:b/>
          <w:bCs/>
        </w:rPr>
        <w:t xml:space="preserve">: </w:t>
      </w:r>
      <w:r w:rsidR="006C489E" w:rsidRPr="000F15E4">
        <w:rPr>
          <w:rFonts w:ascii="Segoe UI" w:eastAsia="Segoe UI" w:hAnsi="Segoe UI" w:cs="Segoe UI"/>
        </w:rPr>
        <w:t>Monthly Drive</w:t>
      </w:r>
    </w:p>
    <w:p w14:paraId="40F7F8E4" w14:textId="184D6E03" w:rsidR="00334880" w:rsidRPr="000F15E4" w:rsidRDefault="00665196" w:rsidP="54AAAAF0">
      <w:pPr>
        <w:pStyle w:val="ListParagraph"/>
        <w:numPr>
          <w:ilvl w:val="0"/>
          <w:numId w:val="3"/>
        </w:numPr>
        <w:spacing w:after="0" w:line="300" w:lineRule="auto"/>
        <w:rPr>
          <w:rFonts w:ascii="Segoe UI" w:eastAsia="Segoe UI" w:hAnsi="Segoe UI" w:cs="Segoe UI"/>
        </w:rPr>
      </w:pPr>
      <w:r w:rsidRPr="000F15E4">
        <w:rPr>
          <w:rFonts w:ascii="Segoe UI" w:eastAsia="Segoe UI" w:hAnsi="Segoe UI" w:cs="Segoe UI"/>
          <w:b/>
          <w:bCs/>
        </w:rPr>
        <w:t>23 April</w:t>
      </w:r>
      <w:r w:rsidR="0036410E" w:rsidRPr="000F15E4">
        <w:rPr>
          <w:rFonts w:ascii="Segoe UI" w:eastAsia="Segoe UI" w:hAnsi="Segoe UI" w:cs="Segoe UI"/>
          <w:b/>
          <w:bCs/>
        </w:rPr>
        <w:t>:</w:t>
      </w:r>
      <w:r w:rsidR="0036410E" w:rsidRPr="000F15E4">
        <w:rPr>
          <w:rFonts w:ascii="Segoe UI" w:eastAsia="Segoe UI" w:hAnsi="Segoe UI" w:cs="Segoe UI"/>
        </w:rPr>
        <w:t xml:space="preserve"> </w:t>
      </w:r>
      <w:r w:rsidRPr="000F15E4">
        <w:rPr>
          <w:rFonts w:ascii="Segoe UI" w:eastAsia="Segoe UI" w:hAnsi="Segoe UI" w:cs="Segoe UI"/>
        </w:rPr>
        <w:t>Club Dinner</w:t>
      </w:r>
    </w:p>
    <w:p w14:paraId="2A74D82C" w14:textId="77777777" w:rsidR="00AE3669" w:rsidRPr="000F15E4" w:rsidRDefault="2F5D0951" w:rsidP="54AAAAF0">
      <w:pPr>
        <w:spacing w:before="210" w:after="210" w:line="300" w:lineRule="auto"/>
        <w:rPr>
          <w:rFonts w:ascii="Segoe UI" w:eastAsia="Segoe UI" w:hAnsi="Segoe UI" w:cs="Segoe UI"/>
        </w:rPr>
      </w:pPr>
      <w:r w:rsidRPr="000F15E4">
        <w:rPr>
          <w:rFonts w:ascii="Segoe UI" w:eastAsia="Segoe UI" w:hAnsi="Segoe UI" w:cs="Segoe UI"/>
          <w:b/>
          <w:bCs/>
        </w:rPr>
        <w:t>FNQ Chapter:</w:t>
      </w:r>
      <w:r w:rsidRPr="000F15E4">
        <w:rPr>
          <w:rFonts w:ascii="Segoe UI" w:eastAsia="Segoe UI" w:hAnsi="Segoe UI" w:cs="Segoe UI"/>
        </w:rPr>
        <w:t xml:space="preserve"> Weekly drives every Wednesday, 9:00 AM @ Tolga Pub.</w:t>
      </w:r>
    </w:p>
    <w:p w14:paraId="5393A76F" w14:textId="7D6BDEF8" w:rsidR="00080338" w:rsidRPr="000F15E4" w:rsidRDefault="2F5D0951" w:rsidP="54AAAAF0">
      <w:pPr>
        <w:spacing w:before="210" w:after="210" w:line="300" w:lineRule="auto"/>
      </w:pPr>
      <w:r w:rsidRPr="000F15E4">
        <w:rPr>
          <w:rFonts w:ascii="Segoe UI" w:eastAsia="Segoe UI" w:hAnsi="Segoe UI" w:cs="Segoe UI"/>
          <w:b/>
          <w:bCs/>
        </w:rPr>
        <w:t>Sunday Drives:</w:t>
      </w:r>
      <w:r w:rsidRPr="000F15E4">
        <w:rPr>
          <w:rFonts w:ascii="Segoe UI" w:eastAsia="Segoe UI" w:hAnsi="Segoe UI" w:cs="Segoe UI"/>
        </w:rPr>
        <w:t xml:space="preserve"> </w:t>
      </w:r>
      <w:r w:rsidR="0036410E" w:rsidRPr="000F15E4">
        <w:rPr>
          <w:rFonts w:ascii="Segoe UI" w:eastAsia="Segoe UI" w:hAnsi="Segoe UI" w:cs="Segoe UI"/>
        </w:rPr>
        <w:t>Meet at</w:t>
      </w:r>
      <w:r w:rsidRPr="000F15E4">
        <w:rPr>
          <w:rFonts w:ascii="Segoe UI" w:eastAsia="Segoe UI" w:hAnsi="Segoe UI" w:cs="Segoe UI"/>
        </w:rPr>
        <w:t xml:space="preserve"> 9:00 AM @ Sk8way—destination decided on the day. All SIV drivers welcome!</w:t>
      </w:r>
    </w:p>
    <w:p w14:paraId="219DF08D" w14:textId="77777777" w:rsidR="00D36688" w:rsidRPr="000F15E4" w:rsidRDefault="006C489E" w:rsidP="54AAAAF0">
      <w:pPr>
        <w:pStyle w:val="Heading2"/>
        <w:spacing w:before="261" w:after="261" w:line="300" w:lineRule="auto"/>
        <w:rPr>
          <w:rFonts w:ascii="Segoe UI" w:eastAsia="Segoe UI" w:hAnsi="Segoe UI" w:cs="Segoe UI"/>
          <w:sz w:val="31"/>
          <w:szCs w:val="31"/>
        </w:rPr>
      </w:pPr>
      <w:r w:rsidRPr="000F15E4">
        <w:rPr>
          <w:rFonts w:ascii="Segoe UI" w:eastAsia="Segoe UI" w:hAnsi="Segoe UI" w:cs="Segoe UI"/>
          <w:sz w:val="31"/>
          <w:szCs w:val="31"/>
        </w:rPr>
        <w:t>Car of the month</w:t>
      </w:r>
    </w:p>
    <w:p w14:paraId="49EC079B" w14:textId="77777777" w:rsidR="001D1E0F" w:rsidRPr="000F15E4" w:rsidRDefault="001D1E0F" w:rsidP="001D1E0F">
      <w:pPr>
        <w:jc w:val="center"/>
        <w:rPr>
          <w:rFonts w:ascii="Segoe UI" w:hAnsi="Segoe UI" w:cs="Segoe UI"/>
          <w:b/>
          <w:bCs/>
        </w:rPr>
      </w:pPr>
      <w:r w:rsidRPr="000F15E4">
        <w:rPr>
          <w:rFonts w:ascii="Segoe UI" w:hAnsi="Segoe UI" w:cs="Segoe UI"/>
          <w:b/>
          <w:bCs/>
        </w:rPr>
        <w:t>MY FIRST CAR – Austin A30</w:t>
      </w:r>
    </w:p>
    <w:p w14:paraId="7EECAB48" w14:textId="77777777" w:rsidR="001D1E0F" w:rsidRPr="000F15E4" w:rsidRDefault="001D1E0F" w:rsidP="001D1E0F">
      <w:pPr>
        <w:jc w:val="center"/>
        <w:rPr>
          <w:rFonts w:ascii="Segoe UI" w:hAnsi="Segoe UI" w:cs="Segoe UI"/>
          <w:b/>
          <w:bCs/>
        </w:rPr>
      </w:pPr>
      <w:r w:rsidRPr="000F15E4">
        <w:rPr>
          <w:rFonts w:ascii="Segoe UI" w:hAnsi="Segoe UI" w:cs="Segoe UI"/>
          <w:b/>
          <w:bCs/>
        </w:rPr>
        <w:t>STORY BY SKIMMO</w:t>
      </w:r>
    </w:p>
    <w:p w14:paraId="5873F186" w14:textId="659D4E89" w:rsidR="001D1E0F" w:rsidRPr="000F15E4" w:rsidRDefault="001D1E0F" w:rsidP="001D1E0F">
      <w:pPr>
        <w:rPr>
          <w:rFonts w:ascii="Segoe UI" w:hAnsi="Segoe UI" w:cs="Segoe UI"/>
        </w:rPr>
      </w:pPr>
      <w:r w:rsidRPr="000F15E4">
        <w:rPr>
          <w:rFonts w:ascii="Segoe UI" w:hAnsi="Segoe UI" w:cs="Segoe UI"/>
        </w:rPr>
        <w:t xml:space="preserve">My father brought his first new car in 1952 in Toowoomba.  It was an Austin A30 “made in England” from the local dealer. We loved it painted in a light cream body </w:t>
      </w:r>
      <w:r w:rsidR="000F15E4" w:rsidRPr="000F15E4">
        <w:rPr>
          <w:rFonts w:ascii="Segoe UI" w:hAnsi="Segoe UI" w:cs="Segoe UI"/>
        </w:rPr>
        <w:t>colour</w:t>
      </w:r>
      <w:r w:rsidRPr="000F15E4">
        <w:rPr>
          <w:rFonts w:ascii="Segoe UI" w:hAnsi="Segoe UI" w:cs="Segoe UI"/>
        </w:rPr>
        <w:t xml:space="preserve"> with bright red trim. It certainly did look great for the era.</w:t>
      </w:r>
    </w:p>
    <w:p w14:paraId="730591FF" w14:textId="3220CFA1" w:rsidR="001D1E0F" w:rsidRPr="000F15E4" w:rsidRDefault="001D1E0F" w:rsidP="001D1E0F">
      <w:pPr>
        <w:rPr>
          <w:rFonts w:ascii="Segoe UI" w:hAnsi="Segoe UI" w:cs="Segoe UI"/>
        </w:rPr>
      </w:pPr>
      <w:r w:rsidRPr="000F15E4">
        <w:rPr>
          <w:rFonts w:ascii="Segoe UI" w:hAnsi="Segoe UI" w:cs="Segoe UI"/>
        </w:rPr>
        <w:t xml:space="preserve">We then moved to Canberra in 1959 with the A30 to live where I completed my education. In 1962 Dad traded the A30 in on new Fiat 1100 and the A30 was offered to me to buy for 100 pounds. The deal was done and I soon had my </w:t>
      </w:r>
      <w:r w:rsidR="000F15E4" w:rsidRPr="000F15E4">
        <w:rPr>
          <w:rFonts w:ascii="Segoe UI" w:hAnsi="Segoe UI" w:cs="Segoe UI"/>
        </w:rPr>
        <w:t>Driver’s</w:t>
      </w:r>
      <w:r w:rsidRPr="000F15E4">
        <w:rPr>
          <w:rFonts w:ascii="Segoe UI" w:hAnsi="Segoe UI" w:cs="Segoe UI"/>
        </w:rPr>
        <w:t xml:space="preserve"> </w:t>
      </w:r>
      <w:r w:rsidR="00F44BAA" w:rsidRPr="000F15E4">
        <w:rPr>
          <w:rFonts w:ascii="Segoe UI" w:hAnsi="Segoe UI" w:cs="Segoe UI"/>
        </w:rPr>
        <w:t>License</w:t>
      </w:r>
      <w:r w:rsidRPr="000F15E4">
        <w:rPr>
          <w:rFonts w:ascii="Segoe UI" w:hAnsi="Segoe UI" w:cs="Segoe UI"/>
        </w:rPr>
        <w:t xml:space="preserve"> in it at 17 years old.</w:t>
      </w:r>
    </w:p>
    <w:p w14:paraId="37BEC831" w14:textId="6E0FC503" w:rsidR="001D1E0F" w:rsidRPr="000F15E4" w:rsidRDefault="001D1E0F" w:rsidP="001D1E0F">
      <w:pPr>
        <w:rPr>
          <w:rFonts w:ascii="Segoe UI" w:hAnsi="Segoe UI" w:cs="Segoe UI"/>
        </w:rPr>
      </w:pPr>
      <w:r w:rsidRPr="000F15E4">
        <w:rPr>
          <w:rFonts w:ascii="Segoe UI" w:hAnsi="Segoe UI" w:cs="Segoe UI"/>
        </w:rPr>
        <w:t>I joined a local motorsport club intending to do some events in the A30 being a smart-arse intent on being competitive in it with little respect of how fragile it was in my hands. The original 848cc. engine was the first thing with a problem [loud knocking noise that wasn’t there earlier]</w:t>
      </w:r>
      <w:r w:rsidR="00A27B5A" w:rsidRPr="000F15E4">
        <w:rPr>
          <w:rFonts w:ascii="Segoe UI" w:hAnsi="Segoe UI" w:cs="Segoe UI"/>
        </w:rPr>
        <w:t>, most</w:t>
      </w:r>
      <w:r w:rsidRPr="000F15E4">
        <w:rPr>
          <w:rFonts w:ascii="Segoe UI" w:hAnsi="Segoe UI" w:cs="Segoe UI"/>
        </w:rPr>
        <w:t xml:space="preserve"> likely from being </w:t>
      </w:r>
      <w:r w:rsidR="00A27B5A" w:rsidRPr="000F15E4">
        <w:rPr>
          <w:rFonts w:ascii="Segoe UI" w:hAnsi="Segoe UI" w:cs="Segoe UI"/>
        </w:rPr>
        <w:t>revved</w:t>
      </w:r>
      <w:r w:rsidRPr="000F15E4">
        <w:rPr>
          <w:rFonts w:ascii="Segoe UI" w:hAnsi="Segoe UI" w:cs="Segoe UI"/>
        </w:rPr>
        <w:t xml:space="preserve"> way too hard. It was soon replaced with a second hand 998cc engine. I had been doing </w:t>
      </w:r>
      <w:r w:rsidR="000F15E4" w:rsidRPr="000F15E4">
        <w:rPr>
          <w:rFonts w:ascii="Segoe UI" w:hAnsi="Segoe UI" w:cs="Segoe UI"/>
        </w:rPr>
        <w:t>motorkhana’s</w:t>
      </w:r>
      <w:r w:rsidRPr="000F15E4">
        <w:rPr>
          <w:rFonts w:ascii="Segoe UI" w:hAnsi="Segoe UI" w:cs="Segoe UI"/>
        </w:rPr>
        <w:t xml:space="preserve">, a few </w:t>
      </w:r>
      <w:r w:rsidR="00A27B5A" w:rsidRPr="000F15E4">
        <w:rPr>
          <w:rFonts w:ascii="Segoe UI" w:hAnsi="Segoe UI" w:cs="Segoe UI"/>
        </w:rPr>
        <w:t>rallies</w:t>
      </w:r>
      <w:r w:rsidRPr="000F15E4">
        <w:rPr>
          <w:rFonts w:ascii="Segoe UI" w:hAnsi="Segoe UI" w:cs="Segoe UI"/>
        </w:rPr>
        <w:t xml:space="preserve"> and other </w:t>
      </w:r>
      <w:r w:rsidRPr="000F15E4">
        <w:rPr>
          <w:rFonts w:ascii="Segoe UI" w:hAnsi="Segoe UI" w:cs="Segoe UI"/>
        </w:rPr>
        <w:lastRenderedPageBreak/>
        <w:t>skids at a local dirt track. My father was not pleased with the abuse I was giving it and that brought on a shift to a friend’s spare garage nearby with plenty of tools.</w:t>
      </w:r>
    </w:p>
    <w:p w14:paraId="2D12D0A6" w14:textId="5EB01374" w:rsidR="001D1E0F" w:rsidRPr="000F15E4" w:rsidRDefault="001D1E0F" w:rsidP="001D1E0F">
      <w:pPr>
        <w:rPr>
          <w:rFonts w:ascii="Segoe UI" w:hAnsi="Segoe UI" w:cs="Segoe UI"/>
        </w:rPr>
      </w:pPr>
      <w:r w:rsidRPr="000F15E4">
        <w:rPr>
          <w:rFonts w:ascii="Segoe UI" w:hAnsi="Segoe UI" w:cs="Segoe UI"/>
        </w:rPr>
        <w:t xml:space="preserve">We then embarked on a list of things we could do to make it more competitive. We wanted to make it lighter so most of the original trim was discarded. The bodywork was then attacked by drilling lots of large holes wherever we could with a 3inch drill thing we found at a building site. These were covered with flyscreen mesh and painted with </w:t>
      </w:r>
      <w:r w:rsidR="000460EC" w:rsidRPr="000F15E4">
        <w:rPr>
          <w:rFonts w:ascii="Segoe UI" w:hAnsi="Segoe UI" w:cs="Segoe UI"/>
        </w:rPr>
        <w:t xml:space="preserve">a </w:t>
      </w:r>
      <w:r w:rsidRPr="000F15E4">
        <w:rPr>
          <w:rFonts w:ascii="Segoe UI" w:hAnsi="Segoe UI" w:cs="Segoe UI"/>
        </w:rPr>
        <w:t xml:space="preserve">very light coat of something black like we would now call epoxy resin. Our attempt to make the bonnet, boot lid, and door skins using the same stuff was ugly so the outside bodywork got a coat of dark green paint brushed on. The main last job done was to install a Peugeot203 [1300cc] engine and gearbox. Our lightening project had worked as we had saved almost 180lbs off the original weight – then lighter than a current Mini850. </w:t>
      </w:r>
      <w:r w:rsidR="007C493F" w:rsidRPr="000F15E4">
        <w:rPr>
          <w:rFonts w:ascii="Segoe UI" w:hAnsi="Segoe UI" w:cs="Segoe UI"/>
        </w:rPr>
        <w:t>Obviously,</w:t>
      </w:r>
      <w:r w:rsidRPr="000F15E4">
        <w:rPr>
          <w:rFonts w:ascii="Segoe UI" w:hAnsi="Segoe UI" w:cs="Segoe UI"/>
        </w:rPr>
        <w:t xml:space="preserve"> it could never be registered in this state in </w:t>
      </w:r>
      <w:r w:rsidR="000F15E4" w:rsidRPr="000F15E4">
        <w:rPr>
          <w:rFonts w:ascii="Segoe UI" w:hAnsi="Segoe UI" w:cs="Segoe UI"/>
        </w:rPr>
        <w:t>Canberra,</w:t>
      </w:r>
      <w:r w:rsidRPr="000F15E4">
        <w:rPr>
          <w:rFonts w:ascii="Segoe UI" w:hAnsi="Segoe UI" w:cs="Segoe UI"/>
        </w:rPr>
        <w:t xml:space="preserve"> so it only ever ventured out of the garage for a couple of drives and a blast at the local dirt track. </w:t>
      </w:r>
      <w:r w:rsidR="007C493F" w:rsidRPr="000F15E4">
        <w:rPr>
          <w:rFonts w:ascii="Segoe UI" w:hAnsi="Segoe UI" w:cs="Segoe UI"/>
        </w:rPr>
        <w:t>So,</w:t>
      </w:r>
      <w:r w:rsidRPr="000F15E4">
        <w:rPr>
          <w:rFonts w:ascii="Segoe UI" w:hAnsi="Segoe UI" w:cs="Segoe UI"/>
        </w:rPr>
        <w:t xml:space="preserve"> this car’s residence in that garage was to be a long one – from 1963 to 1967.</w:t>
      </w:r>
    </w:p>
    <w:p w14:paraId="45DB49C5" w14:textId="3E986C91" w:rsidR="001D1E0F" w:rsidRPr="000F15E4" w:rsidRDefault="001D1E0F" w:rsidP="001D1E0F">
      <w:pPr>
        <w:rPr>
          <w:rFonts w:ascii="Segoe UI" w:hAnsi="Segoe UI" w:cs="Segoe UI"/>
        </w:rPr>
      </w:pPr>
      <w:r w:rsidRPr="000F15E4">
        <w:rPr>
          <w:rFonts w:ascii="Segoe UI" w:hAnsi="Segoe UI" w:cs="Segoe UI"/>
        </w:rPr>
        <w:t>In 1965 I moved [</w:t>
      </w:r>
      <w:r w:rsidR="007C493F" w:rsidRPr="000F15E4">
        <w:rPr>
          <w:rFonts w:ascii="Segoe UI" w:hAnsi="Segoe UI" w:cs="Segoe UI"/>
        </w:rPr>
        <w:t>hitchhiked</w:t>
      </w:r>
      <w:r w:rsidRPr="000F15E4">
        <w:rPr>
          <w:rFonts w:ascii="Segoe UI" w:hAnsi="Segoe UI" w:cs="Segoe UI"/>
        </w:rPr>
        <w:t>] to Townsville with very few possessions on my own for reasons too long a story to tell. I got a job eventually at Hollis Hopkins after knocking on lots of doors, wore out two pair of shoes trying, being told everywhere I was “</w:t>
      </w:r>
      <w:r w:rsidR="009023FE" w:rsidRPr="000F15E4">
        <w:rPr>
          <w:rFonts w:ascii="Segoe UI" w:hAnsi="Segoe UI" w:cs="Segoe UI"/>
        </w:rPr>
        <w:t>overqualified</w:t>
      </w:r>
      <w:r w:rsidRPr="000F15E4">
        <w:rPr>
          <w:rFonts w:ascii="Segoe UI" w:hAnsi="Segoe UI" w:cs="Segoe UI"/>
        </w:rPr>
        <w:t xml:space="preserve">” because of my partial university education. </w:t>
      </w:r>
    </w:p>
    <w:p w14:paraId="08A9DFC3" w14:textId="5A2268D9" w:rsidR="001D1E0F" w:rsidRPr="000F15E4" w:rsidRDefault="001D1E0F" w:rsidP="001D1E0F">
      <w:pPr>
        <w:rPr>
          <w:rFonts w:ascii="Segoe UI" w:hAnsi="Segoe UI" w:cs="Segoe UI"/>
        </w:rPr>
      </w:pPr>
      <w:r w:rsidRPr="000F15E4">
        <w:rPr>
          <w:rFonts w:ascii="Segoe UI" w:hAnsi="Segoe UI" w:cs="Segoe UI"/>
        </w:rPr>
        <w:t xml:space="preserve">Two years later while still in Townsville with the approaching Christmas in 1967 - I drove to Canberra in my “new” car for a holiday to see my </w:t>
      </w:r>
      <w:r w:rsidR="009023FE" w:rsidRPr="000F15E4">
        <w:rPr>
          <w:rFonts w:ascii="Segoe UI" w:hAnsi="Segoe UI" w:cs="Segoe UI"/>
        </w:rPr>
        <w:t>dad</w:t>
      </w:r>
      <w:r w:rsidRPr="000F15E4">
        <w:rPr>
          <w:rFonts w:ascii="Segoe UI" w:hAnsi="Segoe UI" w:cs="Segoe UI"/>
        </w:rPr>
        <w:t xml:space="preserve"> and catch up with any friends still about down there. Photo of this car below [a highly modified early Holden] – I had brought from Keith Goodall Used Cars was my drive car to go to Canberra and back. </w:t>
      </w:r>
    </w:p>
    <w:p w14:paraId="77FA0378" w14:textId="77777777" w:rsidR="001D1E0F" w:rsidRPr="000F15E4" w:rsidRDefault="001D1E0F" w:rsidP="001D1E0F">
      <w:pPr>
        <w:jc w:val="center"/>
        <w:rPr>
          <w:rFonts w:ascii="Segoe UI" w:hAnsi="Segoe UI" w:cs="Segoe UI"/>
        </w:rPr>
      </w:pPr>
      <w:r w:rsidRPr="000F15E4">
        <w:rPr>
          <w:rFonts w:ascii="Segoe UI" w:hAnsi="Segoe UI" w:cs="Segoe UI"/>
        </w:rPr>
        <w:drawing>
          <wp:inline distT="0" distB="0" distL="0" distR="0" wp14:anchorId="4DB7BE50" wp14:editId="02847811">
            <wp:extent cx="3680460" cy="2521116"/>
            <wp:effectExtent l="0" t="0" r="0" b="0"/>
            <wp:docPr id="1732482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82801" name="Picture 1732482801"/>
                    <pic:cNvPicPr/>
                  </pic:nvPicPr>
                  <pic:blipFill>
                    <a:blip r:embed="rId13">
                      <a:extLst>
                        <a:ext uri="{28A0092B-C50C-407E-A947-70E740481C1C}">
                          <a14:useLocalDpi xmlns:a14="http://schemas.microsoft.com/office/drawing/2010/main" val="0"/>
                        </a:ext>
                      </a:extLst>
                    </a:blip>
                    <a:stretch>
                      <a:fillRect/>
                    </a:stretch>
                  </pic:blipFill>
                  <pic:spPr>
                    <a:xfrm>
                      <a:off x="0" y="0"/>
                      <a:ext cx="3701076" cy="2535238"/>
                    </a:xfrm>
                    <a:prstGeom prst="rect">
                      <a:avLst/>
                    </a:prstGeom>
                  </pic:spPr>
                </pic:pic>
              </a:graphicData>
            </a:graphic>
          </wp:inline>
        </w:drawing>
      </w:r>
    </w:p>
    <w:p w14:paraId="4D64054F" w14:textId="724DAB62" w:rsidR="001D1E0F" w:rsidRPr="000F15E4" w:rsidRDefault="001D1E0F" w:rsidP="001D1E0F">
      <w:pPr>
        <w:rPr>
          <w:rFonts w:ascii="Segoe UI" w:hAnsi="Segoe UI" w:cs="Segoe UI"/>
        </w:rPr>
      </w:pPr>
      <w:r w:rsidRPr="000F15E4">
        <w:rPr>
          <w:rFonts w:ascii="Segoe UI" w:hAnsi="Segoe UI" w:cs="Segoe UI"/>
        </w:rPr>
        <w:lastRenderedPageBreak/>
        <w:t xml:space="preserve">Whilst there I called on my friend who had my A30 still in his garage. Got it started easily and drove it around the block. He then told me of a race meeting coming up near Albury on Boxing Day. A few phone calls to people I still knew in the loop about what were my chances of getting a start. I still had my race </w:t>
      </w:r>
      <w:r w:rsidR="000F15E4" w:rsidRPr="000F15E4">
        <w:rPr>
          <w:rFonts w:ascii="Segoe UI" w:hAnsi="Segoe UI" w:cs="Segoe UI"/>
        </w:rPr>
        <w:t>license,</w:t>
      </w:r>
      <w:r w:rsidRPr="000F15E4">
        <w:rPr>
          <w:rFonts w:ascii="Segoe UI" w:hAnsi="Segoe UI" w:cs="Segoe UI"/>
        </w:rPr>
        <w:t xml:space="preserve"> so I drove my A30 </w:t>
      </w:r>
      <w:r w:rsidR="0096029E" w:rsidRPr="000F15E4">
        <w:rPr>
          <w:rFonts w:ascii="Segoe UI" w:hAnsi="Segoe UI" w:cs="Segoe UI"/>
        </w:rPr>
        <w:t>(</w:t>
      </w:r>
      <w:r w:rsidR="009023FE" w:rsidRPr="000F15E4">
        <w:rPr>
          <w:rFonts w:ascii="Segoe UI" w:hAnsi="Segoe UI" w:cs="Segoe UI"/>
        </w:rPr>
        <w:t>unregistered</w:t>
      </w:r>
      <w:r w:rsidRPr="000F15E4">
        <w:rPr>
          <w:rFonts w:ascii="Segoe UI" w:hAnsi="Segoe UI" w:cs="Segoe UI"/>
        </w:rPr>
        <w:t xml:space="preserve"> but still had the plates</w:t>
      </w:r>
      <w:r w:rsidR="0096029E" w:rsidRPr="000F15E4">
        <w:rPr>
          <w:rFonts w:ascii="Segoe UI" w:hAnsi="Segoe UI" w:cs="Segoe UI"/>
        </w:rPr>
        <w:t>)</w:t>
      </w:r>
      <w:r w:rsidRPr="000F15E4">
        <w:rPr>
          <w:rFonts w:ascii="Segoe UI" w:hAnsi="Segoe UI" w:cs="Segoe UI"/>
        </w:rPr>
        <w:t xml:space="preserve"> down to the Hume Weir Race Track.</w:t>
      </w:r>
    </w:p>
    <w:p w14:paraId="112C8523" w14:textId="2651E983" w:rsidR="001D1E0F" w:rsidRPr="000F15E4" w:rsidRDefault="001D1E0F" w:rsidP="001D1E0F">
      <w:pPr>
        <w:rPr>
          <w:rFonts w:ascii="Segoe UI" w:hAnsi="Segoe UI" w:cs="Segoe UI"/>
        </w:rPr>
      </w:pPr>
      <w:r w:rsidRPr="000F15E4">
        <w:rPr>
          <w:rFonts w:ascii="Segoe UI" w:hAnsi="Segoe UI" w:cs="Segoe UI"/>
        </w:rPr>
        <w:t xml:space="preserve"> My entry was accepted to race as a “P Plater” in my highly modified but very scruffy A30. In the pits I was parked next to a young bloke who was also racing an Austin A30 and also on a “P Plate”. We chatted on lots subjects about our scruffy A30s, his holden engined A30, his and my “Nasho” Military “call-up”, the fact that it was at his first ever race meeting after entering month earlier at Winton that was a disaster mechanically and he didn’t get to race, Hume Weir was to be was my second go at the bitumen as well, and the fact that our birth dates were only weeks apart. We were both entered on the same class “Sports Racing Closed” which eventually became known as Sports Sedans today. All our races were on a handicap basis, fastest start last which worked out that I started near the first lot off and his A30 near last to start. In our three races I got caught up with and passed by the other A30. His car was very unpredictable and he had several spins – two I saw just as he went past me. I asked him about his </w:t>
      </w:r>
      <w:r w:rsidR="000F15E4" w:rsidRPr="000F15E4">
        <w:rPr>
          <w:rFonts w:ascii="Segoe UI" w:hAnsi="Segoe UI" w:cs="Segoe UI"/>
        </w:rPr>
        <w:t>spins,</w:t>
      </w:r>
      <w:r w:rsidRPr="000F15E4">
        <w:rPr>
          <w:rFonts w:ascii="Segoe UI" w:hAnsi="Segoe UI" w:cs="Segoe UI"/>
        </w:rPr>
        <w:t xml:space="preserve"> and he said his car was very unstable and no time had been spent on set-up. His words in describing what his very fast A30 was like to drive – “terrifying” were his words to cover it.   </w:t>
      </w:r>
    </w:p>
    <w:p w14:paraId="73FC5698" w14:textId="4A2BCA16" w:rsidR="001D1E0F" w:rsidRPr="000F15E4" w:rsidRDefault="001D1E0F" w:rsidP="001D1E0F">
      <w:pPr>
        <w:rPr>
          <w:rFonts w:ascii="Segoe UI" w:hAnsi="Segoe UI" w:cs="Segoe UI"/>
        </w:rPr>
      </w:pPr>
      <w:r w:rsidRPr="000F15E4">
        <w:rPr>
          <w:rFonts w:ascii="Segoe UI" w:hAnsi="Segoe UI" w:cs="Segoe UI"/>
        </w:rPr>
        <w:t xml:space="preserve">When my day was </w:t>
      </w:r>
      <w:r w:rsidR="002729FA" w:rsidRPr="000F15E4">
        <w:rPr>
          <w:rFonts w:ascii="Segoe UI" w:hAnsi="Segoe UI" w:cs="Segoe UI"/>
        </w:rPr>
        <w:t>over,</w:t>
      </w:r>
      <w:r w:rsidRPr="000F15E4">
        <w:rPr>
          <w:rFonts w:ascii="Segoe UI" w:hAnsi="Segoe UI" w:cs="Segoe UI"/>
        </w:rPr>
        <w:t xml:space="preserve"> I sold my A30 there in the pits for 50 pounds and left it where it was at the Hume Weir </w:t>
      </w:r>
      <w:r w:rsidR="002729FA" w:rsidRPr="000F15E4">
        <w:rPr>
          <w:rFonts w:ascii="Segoe UI" w:hAnsi="Segoe UI" w:cs="Segoe UI"/>
        </w:rPr>
        <w:t>Racetrack</w:t>
      </w:r>
      <w:r w:rsidRPr="000F15E4">
        <w:rPr>
          <w:rFonts w:ascii="Segoe UI" w:hAnsi="Segoe UI" w:cs="Segoe UI"/>
        </w:rPr>
        <w:t>- got a lift back to Canberra and then drove my modified Holden back to Townsville a few days later.</w:t>
      </w:r>
    </w:p>
    <w:p w14:paraId="3292FEFA" w14:textId="1868E601" w:rsidR="001D1E0F" w:rsidRPr="000F15E4" w:rsidRDefault="001D1E0F" w:rsidP="001D1E0F">
      <w:pPr>
        <w:rPr>
          <w:rFonts w:ascii="Segoe UI" w:hAnsi="Segoe UI" w:cs="Segoe UI"/>
        </w:rPr>
      </w:pPr>
      <w:r w:rsidRPr="000F15E4">
        <w:rPr>
          <w:rFonts w:ascii="Segoe UI" w:hAnsi="Segoe UI" w:cs="Segoe UI"/>
        </w:rPr>
        <w:t xml:space="preserve">What is amazing is this other unheard of young bloke driving his very fast A30 became an absolute legend in a matter of the next few months when the media wrote him up from race meetings mainly at Oran Park Circuit in Sydney. His very fast foul handling Holden powered A30 blitzed everyone else with his talent in the Sports Racing Closed category complete with spins, power slides and many brave passing </w:t>
      </w:r>
      <w:r w:rsidR="000F15E4" w:rsidRPr="000F15E4">
        <w:rPr>
          <w:rFonts w:ascii="Segoe UI" w:hAnsi="Segoe UI" w:cs="Segoe UI"/>
        </w:rPr>
        <w:t>manoeuvres</w:t>
      </w:r>
      <w:r w:rsidRPr="000F15E4">
        <w:rPr>
          <w:rFonts w:ascii="Segoe UI" w:hAnsi="Segoe UI" w:cs="Segoe UI"/>
        </w:rPr>
        <w:t xml:space="preserve"> without hitting anything. He was featured in Racing Car News, most of the other motor magazines and national newspapers with most of the photos being credited to a Lance Ruting Photography. </w:t>
      </w:r>
    </w:p>
    <w:p w14:paraId="4C4C9D1A" w14:textId="77777777" w:rsidR="001D1E0F" w:rsidRPr="000F15E4" w:rsidRDefault="001D1E0F" w:rsidP="001D1E0F">
      <w:pPr>
        <w:rPr>
          <w:rFonts w:ascii="Segoe UI" w:hAnsi="Segoe UI" w:cs="Segoe UI"/>
        </w:rPr>
      </w:pPr>
      <w:r w:rsidRPr="000F15E4">
        <w:rPr>
          <w:rFonts w:ascii="Segoe UI" w:hAnsi="Segoe UI" w:cs="Segoe UI"/>
        </w:rPr>
        <w:t>From all that print media coverage in 1968 - the name of PETER BROCK became famous and is still number1 in many people’s minds in motor racing. Remember that there wasn’t much TV support back then – the ABC only did some.</w:t>
      </w:r>
    </w:p>
    <w:p w14:paraId="3233D7F2" w14:textId="03C20F5E" w:rsidR="001D1E0F" w:rsidRPr="000F15E4" w:rsidRDefault="001D1E0F" w:rsidP="001D1E0F">
      <w:pPr>
        <w:rPr>
          <w:rFonts w:ascii="Segoe UI" w:hAnsi="Segoe UI" w:cs="Segoe UI"/>
        </w:rPr>
      </w:pPr>
      <w:r w:rsidRPr="000F15E4">
        <w:rPr>
          <w:rFonts w:ascii="Segoe UI" w:hAnsi="Segoe UI" w:cs="Segoe UI"/>
        </w:rPr>
        <w:t xml:space="preserve">Months later back in Townsville - I did contact Lance Ruting Photography to see if he had any photos of Peter Brock’s A30 at the earlier Hume Weir race meeting or even </w:t>
      </w:r>
      <w:r w:rsidRPr="000F15E4">
        <w:rPr>
          <w:rFonts w:ascii="Segoe UI" w:hAnsi="Segoe UI" w:cs="Segoe UI"/>
        </w:rPr>
        <w:lastRenderedPageBreak/>
        <w:t>perhaps my A30 there as well. Lance was sure there was none and sold me the photo below of Peter’s A30 at Oran Park dated Sept.1968 – it was his first race meeting at Oran Park after Hume Weir Dec.1967. It is one of the many photos of Peter and A30 to help make PETER BROCK a legend.</w:t>
      </w:r>
    </w:p>
    <w:p w14:paraId="09F02F2A" w14:textId="77777777" w:rsidR="001D1E0F" w:rsidRPr="000F15E4" w:rsidRDefault="001D1E0F" w:rsidP="001D1E0F">
      <w:pPr>
        <w:jc w:val="center"/>
        <w:rPr>
          <w:rFonts w:ascii="Segoe UI" w:hAnsi="Segoe UI" w:cs="Segoe UI"/>
        </w:rPr>
      </w:pPr>
      <w:r w:rsidRPr="000F15E4">
        <w:rPr>
          <w:rFonts w:ascii="Segoe UI" w:hAnsi="Segoe UI" w:cs="Segoe UI"/>
        </w:rPr>
        <w:t xml:space="preserve"> </w:t>
      </w:r>
      <w:r w:rsidRPr="000F15E4">
        <w:rPr>
          <w:rFonts w:ascii="Segoe UI" w:hAnsi="Segoe UI" w:cs="Segoe UI"/>
        </w:rPr>
        <w:drawing>
          <wp:inline distT="0" distB="0" distL="0" distR="0" wp14:anchorId="12A88E67" wp14:editId="5856162A">
            <wp:extent cx="3642360" cy="2712265"/>
            <wp:effectExtent l="0" t="0" r="0" b="0"/>
            <wp:docPr id="100841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126" name="Picture 1008411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4898" cy="2736495"/>
                    </a:xfrm>
                    <a:prstGeom prst="rect">
                      <a:avLst/>
                    </a:prstGeom>
                  </pic:spPr>
                </pic:pic>
              </a:graphicData>
            </a:graphic>
          </wp:inline>
        </w:drawing>
      </w:r>
    </w:p>
    <w:p w14:paraId="7721A767" w14:textId="77777777" w:rsidR="001D1E0F" w:rsidRPr="00F041A5" w:rsidRDefault="001D1E0F" w:rsidP="001D1E0F">
      <w:pPr>
        <w:jc w:val="center"/>
        <w:rPr>
          <w:rFonts w:ascii="Segoe UI" w:hAnsi="Segoe UI" w:cs="Segoe UI"/>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041A5">
        <w:rPr>
          <w:rFonts w:ascii="Segoe UI" w:hAnsi="Segoe UI" w:cs="Segoe UI"/>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MORE ABOUT AUSTIN A30s</w:t>
      </w:r>
    </w:p>
    <w:p w14:paraId="6120056A" w14:textId="77777777" w:rsidR="001D1E0F" w:rsidRPr="000F15E4" w:rsidRDefault="001D1E0F" w:rsidP="001D1E0F">
      <w:pPr>
        <w:rPr>
          <w:rFonts w:ascii="Segoe UI" w:hAnsi="Segoe UI" w:cs="Segoe UI"/>
        </w:rPr>
      </w:pPr>
      <w:r w:rsidRPr="000F15E4">
        <w:rPr>
          <w:rFonts w:ascii="Segoe UI" w:hAnsi="Segoe UI" w:cs="Segoe UI"/>
        </w:rPr>
        <w:t>Back in Townsville, Savanna Speedway – a track I like to claim as my doing, was still just starting up and I couldn’t resist the temptation of building a “Saloon Car” to go racing there. It took me over 24 months to get my car [no surprise to see it is another A30] ready to race. Help came from a couple of mates to build the roll cage, workshop space at Jack’s Mullers Tyres, a good BMC engine slightly bigger than the original 1000cc and with engineering from Neil Faggerstrom.</w:t>
      </w:r>
    </w:p>
    <w:p w14:paraId="085496AF" w14:textId="77777777" w:rsidR="00D04D94" w:rsidRDefault="001D1E0F" w:rsidP="00D04D94">
      <w:pPr>
        <w:jc w:val="center"/>
        <w:rPr>
          <w:rFonts w:ascii="Segoe UI" w:hAnsi="Segoe UI" w:cs="Segoe UI"/>
        </w:rPr>
      </w:pPr>
      <w:r w:rsidRPr="000F15E4">
        <w:rPr>
          <w:rFonts w:ascii="Segoe UI" w:hAnsi="Segoe UI" w:cs="Segoe UI"/>
        </w:rPr>
        <w:t>Below are a couple of photos of my A30s at Savanna Speedway</w:t>
      </w:r>
    </w:p>
    <w:p w14:paraId="5B7AC7A8" w14:textId="7AC590E5" w:rsidR="001D1E0F" w:rsidRPr="000F15E4" w:rsidRDefault="001D1E0F" w:rsidP="00D04D94">
      <w:pPr>
        <w:jc w:val="center"/>
        <w:rPr>
          <w:rFonts w:ascii="Segoe UI" w:hAnsi="Segoe UI" w:cs="Segoe UI"/>
        </w:rPr>
      </w:pPr>
      <w:r w:rsidRPr="000F15E4">
        <w:rPr>
          <w:rFonts w:ascii="Segoe UI" w:hAnsi="Segoe UI" w:cs="Segoe UI"/>
        </w:rPr>
        <w:drawing>
          <wp:inline distT="0" distB="0" distL="0" distR="0" wp14:anchorId="2ACEF8CC" wp14:editId="276C249E">
            <wp:extent cx="3124200" cy="1935085"/>
            <wp:effectExtent l="0" t="0" r="0" b="8255"/>
            <wp:docPr id="1496867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67640" name="Picture 14968676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8269" cy="1993350"/>
                    </a:xfrm>
                    <a:prstGeom prst="rect">
                      <a:avLst/>
                    </a:prstGeom>
                  </pic:spPr>
                </pic:pic>
              </a:graphicData>
            </a:graphic>
          </wp:inline>
        </w:drawing>
      </w:r>
    </w:p>
    <w:p w14:paraId="104A4F53" w14:textId="77777777" w:rsidR="001D1E0F" w:rsidRPr="000F15E4" w:rsidRDefault="001D1E0F" w:rsidP="001D1E0F">
      <w:pPr>
        <w:jc w:val="center"/>
        <w:rPr>
          <w:rFonts w:ascii="Segoe UI" w:hAnsi="Segoe UI" w:cs="Segoe UI"/>
        </w:rPr>
      </w:pPr>
      <w:r w:rsidRPr="000F15E4">
        <w:rPr>
          <w:rFonts w:ascii="Segoe UI" w:hAnsi="Segoe UI" w:cs="Segoe UI"/>
        </w:rPr>
        <w:lastRenderedPageBreak/>
        <w:drawing>
          <wp:inline distT="0" distB="0" distL="0" distR="0" wp14:anchorId="593EC351" wp14:editId="2422A7EC">
            <wp:extent cx="3467100" cy="2503924"/>
            <wp:effectExtent l="0" t="0" r="0" b="0"/>
            <wp:docPr id="2002082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82000" name="Picture 20020820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3613" cy="2515850"/>
                    </a:xfrm>
                    <a:prstGeom prst="rect">
                      <a:avLst/>
                    </a:prstGeom>
                  </pic:spPr>
                </pic:pic>
              </a:graphicData>
            </a:graphic>
          </wp:inline>
        </w:drawing>
      </w:r>
    </w:p>
    <w:p w14:paraId="0DD1EE16" w14:textId="77777777" w:rsidR="001D1E0F" w:rsidRPr="000F15E4" w:rsidRDefault="001D1E0F" w:rsidP="001D1E0F">
      <w:pPr>
        <w:jc w:val="center"/>
        <w:rPr>
          <w:rFonts w:ascii="Segoe UI" w:hAnsi="Segoe UI" w:cs="Segoe UI"/>
        </w:rPr>
      </w:pPr>
    </w:p>
    <w:p w14:paraId="49A767AE" w14:textId="1C3C7842" w:rsidR="001D1E0F" w:rsidRPr="000F15E4" w:rsidRDefault="001D1E0F" w:rsidP="001D1E0F">
      <w:pPr>
        <w:rPr>
          <w:rFonts w:ascii="Segoe UI" w:hAnsi="Segoe UI" w:cs="Segoe UI"/>
        </w:rPr>
      </w:pPr>
      <w:r w:rsidRPr="000F15E4">
        <w:rPr>
          <w:rFonts w:ascii="Segoe UI" w:hAnsi="Segoe UI" w:cs="Segoe UI"/>
        </w:rPr>
        <w:t xml:space="preserve">The photo above is my A30 at Savanna Speedway this time driven by a friend, John Millican, who had racing experience in his own modified Mini Cooper S, not at speedway but wanted a drive in my A30. This photo, taken by the track photographer, Ces Rohdes, and made the front cover of several publications. </w:t>
      </w:r>
      <w:r w:rsidR="00033FA7" w:rsidRPr="000F15E4">
        <w:rPr>
          <w:rFonts w:ascii="Segoe UI" w:hAnsi="Segoe UI" w:cs="Segoe UI"/>
        </w:rPr>
        <w:t>Unfortunately,</w:t>
      </w:r>
      <w:r w:rsidRPr="000F15E4">
        <w:rPr>
          <w:rFonts w:ascii="Segoe UI" w:hAnsi="Segoe UI" w:cs="Segoe UI"/>
        </w:rPr>
        <w:t xml:space="preserve"> the car was totally destroyed in the rollover and thankfully John was OK. </w:t>
      </w:r>
    </w:p>
    <w:p w14:paraId="36416610" w14:textId="24AD80D7" w:rsidR="001D1E0F" w:rsidRPr="000F15E4" w:rsidRDefault="00033FA7" w:rsidP="001D1E0F">
      <w:pPr>
        <w:rPr>
          <w:rFonts w:ascii="Segoe UI" w:hAnsi="Segoe UI" w:cs="Segoe UI"/>
        </w:rPr>
      </w:pPr>
      <w:r w:rsidRPr="000F15E4">
        <w:rPr>
          <w:rFonts w:ascii="Segoe UI" w:hAnsi="Segoe UI" w:cs="Segoe UI"/>
        </w:rPr>
        <w:t>So,</w:t>
      </w:r>
      <w:r w:rsidR="001D1E0F" w:rsidRPr="000F15E4">
        <w:rPr>
          <w:rFonts w:ascii="Segoe UI" w:hAnsi="Segoe UI" w:cs="Segoe UI"/>
        </w:rPr>
        <w:t xml:space="preserve"> after that A30s demise - I built a different car for speedway – it was a mini – with help again from Jack’s Mullers Tyres, Neil Faggerstrom and Gracie Signs and the photo below is of me driving it at Savanna.</w:t>
      </w:r>
    </w:p>
    <w:p w14:paraId="05F54437" w14:textId="77777777" w:rsidR="001D1E0F" w:rsidRPr="000F15E4" w:rsidRDefault="001D1E0F" w:rsidP="001D1E0F">
      <w:pPr>
        <w:jc w:val="center"/>
        <w:rPr>
          <w:rFonts w:ascii="Segoe UI" w:hAnsi="Segoe UI" w:cs="Segoe UI"/>
        </w:rPr>
      </w:pPr>
      <w:r w:rsidRPr="000F15E4">
        <w:rPr>
          <w:rFonts w:ascii="Segoe UI" w:hAnsi="Segoe UI" w:cs="Segoe UI"/>
        </w:rPr>
        <w:drawing>
          <wp:inline distT="0" distB="0" distL="0" distR="0" wp14:anchorId="0EE87B84" wp14:editId="177BDE8F">
            <wp:extent cx="3990508" cy="2659380"/>
            <wp:effectExtent l="0" t="0" r="0" b="7620"/>
            <wp:docPr id="183261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13252" name="Picture 18326132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8902" cy="2678303"/>
                    </a:xfrm>
                    <a:prstGeom prst="rect">
                      <a:avLst/>
                    </a:prstGeom>
                  </pic:spPr>
                </pic:pic>
              </a:graphicData>
            </a:graphic>
          </wp:inline>
        </w:drawing>
      </w:r>
    </w:p>
    <w:p w14:paraId="2D46A1A3" w14:textId="1075E566" w:rsidR="001D1E0F" w:rsidRPr="000F15E4" w:rsidRDefault="001D1E0F" w:rsidP="001D1E0F">
      <w:pPr>
        <w:rPr>
          <w:rFonts w:ascii="Segoe UI" w:hAnsi="Segoe UI" w:cs="Segoe UI"/>
        </w:rPr>
      </w:pPr>
      <w:r w:rsidRPr="000F15E4">
        <w:rPr>
          <w:rFonts w:ascii="Segoe UI" w:hAnsi="Segoe UI" w:cs="Segoe UI"/>
        </w:rPr>
        <w:t xml:space="preserve"> This car’s life was ended at the 1972 Australian Saloon Car Championships at Liverpool in Sydney whilst jostling for 4</w:t>
      </w:r>
      <w:r w:rsidRPr="000F15E4">
        <w:rPr>
          <w:rFonts w:ascii="Segoe UI" w:hAnsi="Segoe UI" w:cs="Segoe UI"/>
          <w:vertAlign w:val="superscript"/>
        </w:rPr>
        <w:t>th</w:t>
      </w:r>
      <w:r w:rsidRPr="000F15E4">
        <w:rPr>
          <w:rFonts w:ascii="Segoe UI" w:hAnsi="Segoe UI" w:cs="Segoe UI"/>
        </w:rPr>
        <w:t xml:space="preserve"> outright near the end of the </w:t>
      </w:r>
      <w:r w:rsidR="00033FA7" w:rsidRPr="000F15E4">
        <w:rPr>
          <w:rFonts w:ascii="Segoe UI" w:hAnsi="Segoe UI" w:cs="Segoe UI"/>
        </w:rPr>
        <w:t>50-lap</w:t>
      </w:r>
      <w:r w:rsidRPr="000F15E4">
        <w:rPr>
          <w:rFonts w:ascii="Segoe UI" w:hAnsi="Segoe UI" w:cs="Segoe UI"/>
        </w:rPr>
        <w:t xml:space="preserve"> final. Whilst lapping a </w:t>
      </w:r>
      <w:r w:rsidRPr="000F15E4">
        <w:rPr>
          <w:rFonts w:ascii="Segoe UI" w:hAnsi="Segoe UI" w:cs="Segoe UI"/>
        </w:rPr>
        <w:lastRenderedPageBreak/>
        <w:t xml:space="preserve">V8 Falcon it clipped the rear of my Mini and was then driven into the fence by the Falcon. </w:t>
      </w:r>
    </w:p>
    <w:p w14:paraId="0C2728D1" w14:textId="12EE1D33" w:rsidR="00080338" w:rsidRPr="000F15E4" w:rsidRDefault="2F5D0951" w:rsidP="54AAAAF0">
      <w:pPr>
        <w:pStyle w:val="Heading2"/>
        <w:spacing w:before="261" w:after="261" w:line="300" w:lineRule="auto"/>
      </w:pPr>
      <w:r w:rsidRPr="000F15E4">
        <w:rPr>
          <w:rFonts w:ascii="Segoe UI" w:eastAsia="Segoe UI" w:hAnsi="Segoe UI" w:cs="Segoe UI"/>
          <w:sz w:val="31"/>
          <w:szCs w:val="31"/>
        </w:rPr>
        <w:t>😂 Jokes of the Month</w:t>
      </w:r>
    </w:p>
    <w:p w14:paraId="30E07182" w14:textId="77777777" w:rsidR="00B36D44" w:rsidRPr="000F15E4" w:rsidRDefault="00B36D44" w:rsidP="00B36D44">
      <w:pPr>
        <w:pStyle w:val="NormalWeb"/>
        <w:rPr>
          <w:rFonts w:ascii="Segoe UI" w:hAnsi="Segoe UI" w:cs="Segoe UI"/>
          <w:color w:val="3E3E3E"/>
        </w:rPr>
      </w:pPr>
      <w:r w:rsidRPr="000F15E4">
        <w:rPr>
          <w:rFonts w:ascii="Segoe UI" w:hAnsi="Segoe UI" w:cs="Segoe UI"/>
          <w:color w:val="3E3E3E"/>
        </w:rPr>
        <w:t>Want to hear a joke about a balloon?</w:t>
      </w:r>
    </w:p>
    <w:p w14:paraId="6E36A046" w14:textId="36630852" w:rsidR="00162DE6" w:rsidRPr="000F15E4" w:rsidRDefault="00B36D44" w:rsidP="00162DE6">
      <w:pPr>
        <w:pStyle w:val="NormalWeb"/>
        <w:rPr>
          <w:rFonts w:ascii="Segoe UI" w:hAnsi="Segoe UI" w:cs="Segoe UI"/>
          <w:color w:val="3E3E3E"/>
        </w:rPr>
      </w:pPr>
      <w:r w:rsidRPr="000F15E4">
        <w:rPr>
          <w:rFonts w:ascii="Segoe UI" w:hAnsi="Segoe UI" w:cs="Segoe UI"/>
          <w:b/>
          <w:bCs/>
          <w:color w:val="3E3E3E"/>
        </w:rPr>
        <w:t>Answer:</w:t>
      </w:r>
      <w:r w:rsidRPr="000F15E4">
        <w:rPr>
          <w:rFonts w:ascii="Segoe UI" w:hAnsi="Segoe UI" w:cs="Segoe UI"/>
          <w:color w:val="3E3E3E"/>
        </w:rPr>
        <w:t xml:space="preserve"> Oh wait, it just got away from me! </w:t>
      </w:r>
      <w:r w:rsidR="007C2990" w:rsidRPr="000F15E4">
        <w:rPr>
          <mc:AlternateContent>
            <mc:Choice Requires="w16se">
              <w:rFonts w:ascii="Segoe UI" w:hAnsi="Segoe UI" w:cs="Segoe UI"/>
            </mc:Choice>
            <mc:Fallback>
              <w:rFonts w:ascii="Segoe UI Emoji" w:eastAsia="Segoe UI Emoji" w:hAnsi="Segoe UI Emoji" w:cs="Segoe UI Emoji"/>
            </mc:Fallback>
          </mc:AlternateContent>
          <w:b/>
          <w:bCs/>
          <w:color w:val="3E3E3E"/>
          <w:sz w:val="21"/>
          <w:szCs w:val="21"/>
        </w:rPr>
        <mc:AlternateContent>
          <mc:Choice Requires="w16se">
            <w16se:symEx w16se:font="Segoe UI Emoji" w16se:char="1F60A"/>
          </mc:Choice>
          <mc:Fallback>
            <w:t>😊</w:t>
          </mc:Fallback>
        </mc:AlternateContent>
      </w:r>
    </w:p>
    <w:p w14:paraId="58FE04ED" w14:textId="77777777" w:rsidR="00740790" w:rsidRPr="000F15E4" w:rsidRDefault="00740790" w:rsidP="00740790">
      <w:pPr>
        <w:pStyle w:val="NormalWeb"/>
        <w:shd w:val="clear" w:color="auto" w:fill="FFFFFF"/>
        <w:rPr>
          <w:rFonts w:ascii="Segoe UI" w:hAnsi="Segoe UI" w:cs="Segoe UI"/>
          <w:color w:val="3E3E3E"/>
        </w:rPr>
      </w:pPr>
      <w:r w:rsidRPr="000F15E4">
        <w:rPr>
          <w:rFonts w:ascii="Segoe UI" w:hAnsi="Segoe UI" w:cs="Segoe UI"/>
          <w:color w:val="3E3E3E"/>
        </w:rPr>
        <w:t>What did the needle say to the balloon?</w:t>
      </w:r>
    </w:p>
    <w:p w14:paraId="73960D40" w14:textId="18D6DBED" w:rsidR="00516E8C" w:rsidRPr="000F15E4" w:rsidRDefault="00740790" w:rsidP="00740790">
      <w:pPr>
        <w:pStyle w:val="NormalWeb"/>
        <w:rPr>
          <w:rFonts w:ascii="Segoe UI" w:hAnsi="Segoe UI" w:cs="Segoe UI"/>
          <w:color w:val="3E3E3E"/>
        </w:rPr>
      </w:pPr>
      <w:r w:rsidRPr="000F15E4">
        <w:rPr>
          <w:rFonts w:ascii="Segoe UI" w:hAnsi="Segoe UI" w:cs="Segoe UI"/>
          <w:b/>
          <w:bCs/>
          <w:color w:val="3E3E3E"/>
        </w:rPr>
        <w:t>Answer:</w:t>
      </w:r>
      <w:r w:rsidRPr="000F15E4">
        <w:rPr>
          <w:rFonts w:ascii="Segoe UI" w:hAnsi="Segoe UI" w:cs="Segoe UI"/>
          <w:color w:val="3E3E3E"/>
        </w:rPr>
        <w:t> I am the king of pop.</w:t>
      </w:r>
      <w:r w:rsidR="007C2990" w:rsidRPr="000F15E4">
        <w:rPr>
          <w:rFonts w:ascii="Segoe UI" w:hAnsi="Segoe UI" w:cs="Segoe UI"/>
          <w:b/>
          <w:bCs/>
          <w:color w:val="3E3E3E"/>
          <w:sz w:val="21"/>
          <w:szCs w:val="21"/>
        </w:rPr>
        <w:t xml:space="preserve">  </w:t>
      </w:r>
      <w:r w:rsidR="007C2990" w:rsidRPr="000F15E4">
        <w:rPr>
          <mc:AlternateContent>
            <mc:Choice Requires="w16se">
              <w:rFonts w:ascii="Segoe UI" w:hAnsi="Segoe UI" w:cs="Segoe UI"/>
            </mc:Choice>
            <mc:Fallback>
              <w:rFonts w:ascii="Segoe UI Emoji" w:eastAsia="Segoe UI Emoji" w:hAnsi="Segoe UI Emoji" w:cs="Segoe UI Emoji"/>
            </mc:Fallback>
          </mc:AlternateContent>
          <w:b/>
          <w:bCs/>
          <w:color w:val="3E3E3E"/>
          <w:sz w:val="21"/>
          <w:szCs w:val="21"/>
        </w:rPr>
        <mc:AlternateContent>
          <mc:Choice Requires="w16se">
            <w16se:symEx w16se:font="Segoe UI Emoji" w16se:char="1F60A"/>
          </mc:Choice>
          <mc:Fallback>
            <w:t>😊</w:t>
          </mc:Fallback>
        </mc:AlternateContent>
      </w:r>
    </w:p>
    <w:p w14:paraId="741753DB" w14:textId="77777777" w:rsidR="008A7640" w:rsidRPr="000F15E4" w:rsidRDefault="008A7640" w:rsidP="008A7640">
      <w:pPr>
        <w:pStyle w:val="NormalWeb"/>
        <w:shd w:val="clear" w:color="auto" w:fill="FFFFFF"/>
        <w:rPr>
          <w:rFonts w:ascii="Segoe UI" w:hAnsi="Segoe UI" w:cs="Segoe UI"/>
          <w:color w:val="3E3E3E"/>
        </w:rPr>
      </w:pPr>
      <w:r w:rsidRPr="000F15E4">
        <w:rPr>
          <w:rFonts w:ascii="Segoe UI" w:hAnsi="Segoe UI" w:cs="Segoe UI"/>
          <w:color w:val="3E3E3E"/>
        </w:rPr>
        <w:t>What did the needle say to the balloon?</w:t>
      </w:r>
    </w:p>
    <w:p w14:paraId="214FE011" w14:textId="1B0594DC" w:rsidR="008A3980" w:rsidRPr="000F15E4" w:rsidRDefault="008A7640" w:rsidP="008A7640">
      <w:pPr>
        <w:pStyle w:val="NormalWeb"/>
        <w:rPr>
          <w:rFonts w:ascii="Segoe UI" w:hAnsi="Segoe UI" w:cs="Segoe UI"/>
          <w:color w:val="3E3E3E"/>
        </w:rPr>
      </w:pPr>
      <w:r w:rsidRPr="000F15E4">
        <w:rPr>
          <w:rFonts w:ascii="Segoe UI" w:hAnsi="Segoe UI" w:cs="Segoe UI"/>
          <w:b/>
          <w:bCs/>
          <w:color w:val="3E3E3E"/>
        </w:rPr>
        <w:t>Answer:</w:t>
      </w:r>
      <w:r w:rsidRPr="000F15E4">
        <w:rPr>
          <w:rFonts w:ascii="Segoe UI" w:hAnsi="Segoe UI" w:cs="Segoe UI"/>
          <w:color w:val="3E3E3E"/>
        </w:rPr>
        <w:t> I am the king of pop.</w:t>
      </w:r>
      <w:r w:rsidR="007C2990" w:rsidRPr="000F15E4">
        <w:rPr>
          <mc:AlternateContent>
            <mc:Choice Requires="w16se">
              <w:rFonts w:ascii="Segoe UI" w:hAnsi="Segoe UI" w:cs="Segoe UI"/>
            </mc:Choice>
            <mc:Fallback>
              <w:rFonts w:ascii="Segoe UI Emoji" w:eastAsia="Segoe UI Emoji" w:hAnsi="Segoe UI Emoji" w:cs="Segoe UI Emoji"/>
            </mc:Fallback>
          </mc:AlternateContent>
          <w:b/>
          <w:bCs/>
          <w:color w:val="3E3E3E"/>
          <w:sz w:val="21"/>
          <w:szCs w:val="21"/>
        </w:rPr>
        <mc:AlternateContent>
          <mc:Choice Requires="w16se">
            <w16se:symEx w16se:font="Segoe UI Emoji" w16se:char="1F60A"/>
          </mc:Choice>
          <mc:Fallback>
            <w:t>😊</w:t>
          </mc:Fallback>
        </mc:AlternateContent>
      </w:r>
    </w:p>
    <w:p w14:paraId="36175F47" w14:textId="077AF34D" w:rsidR="00080338" w:rsidRPr="000F15E4" w:rsidRDefault="2F5D0951" w:rsidP="54AAAAF0">
      <w:pPr>
        <w:pStyle w:val="Heading2"/>
        <w:spacing w:before="261" w:after="261" w:line="300" w:lineRule="auto"/>
      </w:pPr>
      <w:r w:rsidRPr="000F15E4">
        <w:rPr>
          <w:rFonts w:ascii="Segoe UI Emoji" w:eastAsia="Segoe UI" w:hAnsi="Segoe UI Emoji" w:cs="Segoe UI Emoji"/>
          <w:sz w:val="31"/>
          <w:szCs w:val="31"/>
        </w:rPr>
        <w:t>🏍️</w:t>
      </w:r>
      <w:r w:rsidRPr="000F15E4">
        <w:rPr>
          <w:rFonts w:ascii="Segoe UI" w:eastAsia="Segoe UI" w:hAnsi="Segoe UI" w:cs="Segoe UI"/>
          <w:sz w:val="31"/>
          <w:szCs w:val="31"/>
        </w:rPr>
        <w:t xml:space="preserve"> Fun Fact</w:t>
      </w:r>
    </w:p>
    <w:p w14:paraId="7F49452E" w14:textId="6DA700D8" w:rsidR="00E53392" w:rsidRPr="000F15E4" w:rsidRDefault="00E53392" w:rsidP="54AAAAF0">
      <w:pPr>
        <w:pStyle w:val="Heading2"/>
        <w:spacing w:before="261" w:after="261" w:line="300" w:lineRule="auto"/>
        <w:rPr>
          <w:rFonts w:ascii="Segoe UI" w:eastAsia="Segoe UI" w:hAnsi="Segoe UI" w:cs="Segoe UI"/>
          <w:b w:val="0"/>
          <w:bCs w:val="0"/>
          <w:color w:val="auto"/>
          <w:sz w:val="22"/>
          <w:szCs w:val="22"/>
        </w:rPr>
      </w:pPr>
      <w:r w:rsidRPr="000F15E4">
        <w:rPr>
          <w:rFonts w:ascii="Segoe UI" w:eastAsia="Segoe UI" w:hAnsi="Segoe UI" w:cs="Segoe UI"/>
          <w:b w:val="0"/>
          <w:bCs w:val="0"/>
          <w:color w:val="auto"/>
          <w:sz w:val="22"/>
          <w:szCs w:val="22"/>
        </w:rPr>
        <w:t>Hot air balloons, the oldest successful human flight technology (1783), work by heating air inside a nylon "envelope" to create lift, as warmer air is less dense than colder, surrounding air. The first passengers were a sheep, a duck, and a rooster. They are incredibly safe, and can reach staggering altitudes over 68,000 feet</w:t>
      </w:r>
      <w:r w:rsidR="00B97972" w:rsidRPr="000F15E4">
        <w:rPr>
          <w:rFonts w:ascii="Segoe UI" w:eastAsia="Segoe UI" w:hAnsi="Segoe UI" w:cs="Segoe UI"/>
          <w:b w:val="0"/>
          <w:bCs w:val="0"/>
          <w:color w:val="auto"/>
          <w:sz w:val="22"/>
          <w:szCs w:val="22"/>
        </w:rPr>
        <w:t>.</w:t>
      </w:r>
    </w:p>
    <w:p w14:paraId="5A23C9AE" w14:textId="77777777" w:rsidR="00B97972" w:rsidRPr="000F15E4" w:rsidRDefault="00B97972" w:rsidP="00B97972">
      <w:r w:rsidRPr="000F15E4">
        <w:rPr>
          <w:b/>
          <w:bCs/>
        </w:rPr>
        <w:t>Champagne Tradition:</w:t>
      </w:r>
      <w:r w:rsidRPr="000F15E4">
        <w:t> It is a traditional custom to share a bottle of champagne after landing, dating back to early flights to appease farmers whose land they landed on.</w:t>
      </w:r>
    </w:p>
    <w:p w14:paraId="13F10864" w14:textId="2804325B" w:rsidR="00080338" w:rsidRPr="000F15E4" w:rsidRDefault="2F5D0951" w:rsidP="54AAAAF0">
      <w:pPr>
        <w:pStyle w:val="Heading2"/>
        <w:spacing w:before="261" w:after="261" w:line="300" w:lineRule="auto"/>
      </w:pPr>
      <w:r w:rsidRPr="000F15E4">
        <w:rPr>
          <w:rFonts w:ascii="Segoe UI" w:eastAsia="Segoe UI" w:hAnsi="Segoe UI" w:cs="Segoe UI"/>
          <w:sz w:val="31"/>
          <w:szCs w:val="31"/>
        </w:rPr>
        <w:t>🏆 Sponsor Shoutout</w:t>
      </w:r>
    </w:p>
    <w:p w14:paraId="508C025E" w14:textId="77777777" w:rsidR="00A20691" w:rsidRPr="000F15E4"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15E4">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OUR PLATINUM SPONSOR IS:</w:t>
      </w:r>
    </w:p>
    <w:p w14:paraId="10721755" w14:textId="77777777" w:rsidR="00A20691" w:rsidRPr="000F15E4" w:rsidRDefault="00A20691" w:rsidP="00C664B2">
      <w:r w:rsidRPr="000F15E4">
        <w:drawing>
          <wp:inline distT="0" distB="0" distL="0" distR="0" wp14:anchorId="6CB76683" wp14:editId="52E4AC0B">
            <wp:extent cx="5944235" cy="1579245"/>
            <wp:effectExtent l="0" t="0" r="0" b="1905"/>
            <wp:docPr id="879655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1579245"/>
                    </a:xfrm>
                    <a:prstGeom prst="rect">
                      <a:avLst/>
                    </a:prstGeom>
                    <a:noFill/>
                  </pic:spPr>
                </pic:pic>
              </a:graphicData>
            </a:graphic>
          </wp:inline>
        </w:drawing>
      </w:r>
    </w:p>
    <w:p w14:paraId="03F5C0A5" w14:textId="77777777" w:rsidR="00A20691" w:rsidRPr="000F15E4" w:rsidRDefault="00A20691" w:rsidP="00C664B2"/>
    <w:p w14:paraId="05EC263A" w14:textId="77777777" w:rsidR="00A20691" w:rsidRPr="000F15E4"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15E4">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REMEMBER TO SUPPORT THOSE THAT SUPPORT US.</w:t>
      </w:r>
    </w:p>
    <w:p w14:paraId="4F833FF5" w14:textId="77777777" w:rsidR="00A20691" w:rsidRPr="000F15E4" w:rsidRDefault="00A20691" w:rsidP="00A20691">
      <w:pPr>
        <w:pStyle w:val="Normal1"/>
        <w:jc w:val="center"/>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F15E4">
        <w:rPr>
          <w:rFonts w:ascii="Verdana" w:hAnsi="Verdana" w:cs="Cavolini"/>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LET THEM KNOW YOU ARE WITH THE MSCRNQ TO </w:t>
      </w:r>
    </w:p>
    <w:p w14:paraId="6AFAACA1" w14:textId="7B477A93" w:rsidR="00C664B2" w:rsidRDefault="00A20691" w:rsidP="000A00CB">
      <w:pPr>
        <w:pStyle w:val="Normal1"/>
        <w:jc w:val="center"/>
      </w:pPr>
      <w:r w:rsidRPr="000F15E4">
        <w:rPr>
          <w:rFonts w:ascii="Verdana" w:hAnsi="Verdana" w:cs="Cavolini"/>
          <w:b/>
          <w:bCs/>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RECEIVE A DISCOUNT!</w:t>
      </w:r>
    </w:p>
    <w:sectPr w:rsidR="00C664B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D5CE1E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B852666"/>
    <w:multiLevelType w:val="hybridMultilevel"/>
    <w:tmpl w:val="FE000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29F451"/>
    <w:multiLevelType w:val="hybridMultilevel"/>
    <w:tmpl w:val="FFFFFFFF"/>
    <w:lvl w:ilvl="0" w:tplc="9B825D40">
      <w:start w:val="1"/>
      <w:numFmt w:val="bullet"/>
      <w:lvlText w:val=""/>
      <w:lvlJc w:val="left"/>
      <w:pPr>
        <w:ind w:left="720" w:hanging="360"/>
      </w:pPr>
      <w:rPr>
        <w:rFonts w:ascii="Symbol" w:hAnsi="Symbol" w:hint="default"/>
      </w:rPr>
    </w:lvl>
    <w:lvl w:ilvl="1" w:tplc="CA28D69E">
      <w:start w:val="1"/>
      <w:numFmt w:val="bullet"/>
      <w:lvlText w:val="o"/>
      <w:lvlJc w:val="left"/>
      <w:pPr>
        <w:ind w:left="1440" w:hanging="360"/>
      </w:pPr>
      <w:rPr>
        <w:rFonts w:ascii="Courier New" w:hAnsi="Courier New" w:hint="default"/>
      </w:rPr>
    </w:lvl>
    <w:lvl w:ilvl="2" w:tplc="1C208066">
      <w:start w:val="1"/>
      <w:numFmt w:val="bullet"/>
      <w:lvlText w:val=""/>
      <w:lvlJc w:val="left"/>
      <w:pPr>
        <w:ind w:left="2160" w:hanging="360"/>
      </w:pPr>
      <w:rPr>
        <w:rFonts w:ascii="Wingdings" w:hAnsi="Wingdings" w:hint="default"/>
      </w:rPr>
    </w:lvl>
    <w:lvl w:ilvl="3" w:tplc="3B1033C8">
      <w:start w:val="1"/>
      <w:numFmt w:val="bullet"/>
      <w:lvlText w:val=""/>
      <w:lvlJc w:val="left"/>
      <w:pPr>
        <w:ind w:left="2880" w:hanging="360"/>
      </w:pPr>
      <w:rPr>
        <w:rFonts w:ascii="Symbol" w:hAnsi="Symbol" w:hint="default"/>
      </w:rPr>
    </w:lvl>
    <w:lvl w:ilvl="4" w:tplc="0CF0AD5A">
      <w:start w:val="1"/>
      <w:numFmt w:val="bullet"/>
      <w:lvlText w:val="o"/>
      <w:lvlJc w:val="left"/>
      <w:pPr>
        <w:ind w:left="3600" w:hanging="360"/>
      </w:pPr>
      <w:rPr>
        <w:rFonts w:ascii="Courier New" w:hAnsi="Courier New" w:hint="default"/>
      </w:rPr>
    </w:lvl>
    <w:lvl w:ilvl="5" w:tplc="024EED58">
      <w:start w:val="1"/>
      <w:numFmt w:val="bullet"/>
      <w:lvlText w:val=""/>
      <w:lvlJc w:val="left"/>
      <w:pPr>
        <w:ind w:left="4320" w:hanging="360"/>
      </w:pPr>
      <w:rPr>
        <w:rFonts w:ascii="Wingdings" w:hAnsi="Wingdings" w:hint="default"/>
      </w:rPr>
    </w:lvl>
    <w:lvl w:ilvl="6" w:tplc="D620091C">
      <w:start w:val="1"/>
      <w:numFmt w:val="bullet"/>
      <w:lvlText w:val=""/>
      <w:lvlJc w:val="left"/>
      <w:pPr>
        <w:ind w:left="5040" w:hanging="360"/>
      </w:pPr>
      <w:rPr>
        <w:rFonts w:ascii="Symbol" w:hAnsi="Symbol" w:hint="default"/>
      </w:rPr>
    </w:lvl>
    <w:lvl w:ilvl="7" w:tplc="EFBA4FCA">
      <w:start w:val="1"/>
      <w:numFmt w:val="bullet"/>
      <w:lvlText w:val="o"/>
      <w:lvlJc w:val="left"/>
      <w:pPr>
        <w:ind w:left="5760" w:hanging="360"/>
      </w:pPr>
      <w:rPr>
        <w:rFonts w:ascii="Courier New" w:hAnsi="Courier New" w:hint="default"/>
      </w:rPr>
    </w:lvl>
    <w:lvl w:ilvl="8" w:tplc="796EFE88">
      <w:start w:val="1"/>
      <w:numFmt w:val="bullet"/>
      <w:lvlText w:val=""/>
      <w:lvlJc w:val="left"/>
      <w:pPr>
        <w:ind w:left="6480" w:hanging="360"/>
      </w:pPr>
      <w:rPr>
        <w:rFonts w:ascii="Wingdings" w:hAnsi="Wingdings" w:hint="default"/>
      </w:rPr>
    </w:lvl>
  </w:abstractNum>
  <w:abstractNum w:abstractNumId="11" w15:restartNumberingAfterBreak="0">
    <w:nsid w:val="2D9147CE"/>
    <w:multiLevelType w:val="hybridMultilevel"/>
    <w:tmpl w:val="FF0631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D85340"/>
    <w:multiLevelType w:val="multilevel"/>
    <w:tmpl w:val="119E4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937DC6"/>
    <w:multiLevelType w:val="multilevel"/>
    <w:tmpl w:val="ED4A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31BA4"/>
    <w:multiLevelType w:val="multilevel"/>
    <w:tmpl w:val="1B24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D0715F"/>
    <w:multiLevelType w:val="multilevel"/>
    <w:tmpl w:val="52E47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2E4C08"/>
    <w:multiLevelType w:val="multilevel"/>
    <w:tmpl w:val="3690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38AAB0"/>
    <w:multiLevelType w:val="hybridMultilevel"/>
    <w:tmpl w:val="FFFFFFFF"/>
    <w:lvl w:ilvl="0" w:tplc="623278FE">
      <w:start w:val="1"/>
      <w:numFmt w:val="bullet"/>
      <w:lvlText w:val=""/>
      <w:lvlJc w:val="left"/>
      <w:pPr>
        <w:ind w:left="720" w:hanging="360"/>
      </w:pPr>
      <w:rPr>
        <w:rFonts w:ascii="Symbol" w:hAnsi="Symbol" w:hint="default"/>
      </w:rPr>
    </w:lvl>
    <w:lvl w:ilvl="1" w:tplc="036A344E">
      <w:start w:val="1"/>
      <w:numFmt w:val="bullet"/>
      <w:lvlText w:val="o"/>
      <w:lvlJc w:val="left"/>
      <w:pPr>
        <w:ind w:left="1440" w:hanging="360"/>
      </w:pPr>
      <w:rPr>
        <w:rFonts w:ascii="Courier New" w:hAnsi="Courier New" w:hint="default"/>
      </w:rPr>
    </w:lvl>
    <w:lvl w:ilvl="2" w:tplc="126E491E">
      <w:start w:val="1"/>
      <w:numFmt w:val="bullet"/>
      <w:lvlText w:val=""/>
      <w:lvlJc w:val="left"/>
      <w:pPr>
        <w:ind w:left="2160" w:hanging="360"/>
      </w:pPr>
      <w:rPr>
        <w:rFonts w:ascii="Wingdings" w:hAnsi="Wingdings" w:hint="default"/>
      </w:rPr>
    </w:lvl>
    <w:lvl w:ilvl="3" w:tplc="5F604304">
      <w:start w:val="1"/>
      <w:numFmt w:val="bullet"/>
      <w:lvlText w:val=""/>
      <w:lvlJc w:val="left"/>
      <w:pPr>
        <w:ind w:left="2880" w:hanging="360"/>
      </w:pPr>
      <w:rPr>
        <w:rFonts w:ascii="Symbol" w:hAnsi="Symbol" w:hint="default"/>
      </w:rPr>
    </w:lvl>
    <w:lvl w:ilvl="4" w:tplc="5284EA98">
      <w:start w:val="1"/>
      <w:numFmt w:val="bullet"/>
      <w:lvlText w:val="o"/>
      <w:lvlJc w:val="left"/>
      <w:pPr>
        <w:ind w:left="3600" w:hanging="360"/>
      </w:pPr>
      <w:rPr>
        <w:rFonts w:ascii="Courier New" w:hAnsi="Courier New" w:hint="default"/>
      </w:rPr>
    </w:lvl>
    <w:lvl w:ilvl="5" w:tplc="6B808ADE">
      <w:start w:val="1"/>
      <w:numFmt w:val="bullet"/>
      <w:lvlText w:val=""/>
      <w:lvlJc w:val="left"/>
      <w:pPr>
        <w:ind w:left="4320" w:hanging="360"/>
      </w:pPr>
      <w:rPr>
        <w:rFonts w:ascii="Wingdings" w:hAnsi="Wingdings" w:hint="default"/>
      </w:rPr>
    </w:lvl>
    <w:lvl w:ilvl="6" w:tplc="CED41A88">
      <w:start w:val="1"/>
      <w:numFmt w:val="bullet"/>
      <w:lvlText w:val=""/>
      <w:lvlJc w:val="left"/>
      <w:pPr>
        <w:ind w:left="5040" w:hanging="360"/>
      </w:pPr>
      <w:rPr>
        <w:rFonts w:ascii="Symbol" w:hAnsi="Symbol" w:hint="default"/>
      </w:rPr>
    </w:lvl>
    <w:lvl w:ilvl="7" w:tplc="52E0BA78">
      <w:start w:val="1"/>
      <w:numFmt w:val="bullet"/>
      <w:lvlText w:val="o"/>
      <w:lvlJc w:val="left"/>
      <w:pPr>
        <w:ind w:left="5760" w:hanging="360"/>
      </w:pPr>
      <w:rPr>
        <w:rFonts w:ascii="Courier New" w:hAnsi="Courier New" w:hint="default"/>
      </w:rPr>
    </w:lvl>
    <w:lvl w:ilvl="8" w:tplc="231A05E2">
      <w:start w:val="1"/>
      <w:numFmt w:val="bullet"/>
      <w:lvlText w:val=""/>
      <w:lvlJc w:val="left"/>
      <w:pPr>
        <w:ind w:left="6480" w:hanging="360"/>
      </w:pPr>
      <w:rPr>
        <w:rFonts w:ascii="Wingdings" w:hAnsi="Wingdings" w:hint="default"/>
      </w:rPr>
    </w:lvl>
  </w:abstractNum>
  <w:abstractNum w:abstractNumId="18" w15:restartNumberingAfterBreak="0">
    <w:nsid w:val="698B3DC9"/>
    <w:multiLevelType w:val="multilevel"/>
    <w:tmpl w:val="F94E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AD4F48"/>
    <w:multiLevelType w:val="hybridMultilevel"/>
    <w:tmpl w:val="FFFFFFFF"/>
    <w:lvl w:ilvl="0" w:tplc="676E5D88">
      <w:start w:val="1"/>
      <w:numFmt w:val="bullet"/>
      <w:lvlText w:val=""/>
      <w:lvlJc w:val="left"/>
      <w:pPr>
        <w:ind w:left="720" w:hanging="360"/>
      </w:pPr>
      <w:rPr>
        <w:rFonts w:ascii="Symbol" w:hAnsi="Symbol" w:hint="default"/>
      </w:rPr>
    </w:lvl>
    <w:lvl w:ilvl="1" w:tplc="867230D4">
      <w:start w:val="1"/>
      <w:numFmt w:val="bullet"/>
      <w:lvlText w:val="o"/>
      <w:lvlJc w:val="left"/>
      <w:pPr>
        <w:ind w:left="1440" w:hanging="360"/>
      </w:pPr>
      <w:rPr>
        <w:rFonts w:ascii="Courier New" w:hAnsi="Courier New" w:hint="default"/>
      </w:rPr>
    </w:lvl>
    <w:lvl w:ilvl="2" w:tplc="B2DC5102">
      <w:start w:val="1"/>
      <w:numFmt w:val="bullet"/>
      <w:lvlText w:val=""/>
      <w:lvlJc w:val="left"/>
      <w:pPr>
        <w:ind w:left="2160" w:hanging="360"/>
      </w:pPr>
      <w:rPr>
        <w:rFonts w:ascii="Wingdings" w:hAnsi="Wingdings" w:hint="default"/>
      </w:rPr>
    </w:lvl>
    <w:lvl w:ilvl="3" w:tplc="2F369DFA">
      <w:start w:val="1"/>
      <w:numFmt w:val="bullet"/>
      <w:lvlText w:val=""/>
      <w:lvlJc w:val="left"/>
      <w:pPr>
        <w:ind w:left="2880" w:hanging="360"/>
      </w:pPr>
      <w:rPr>
        <w:rFonts w:ascii="Symbol" w:hAnsi="Symbol" w:hint="default"/>
      </w:rPr>
    </w:lvl>
    <w:lvl w:ilvl="4" w:tplc="EE4A0B24">
      <w:start w:val="1"/>
      <w:numFmt w:val="bullet"/>
      <w:lvlText w:val="o"/>
      <w:lvlJc w:val="left"/>
      <w:pPr>
        <w:ind w:left="3600" w:hanging="360"/>
      </w:pPr>
      <w:rPr>
        <w:rFonts w:ascii="Courier New" w:hAnsi="Courier New" w:hint="default"/>
      </w:rPr>
    </w:lvl>
    <w:lvl w:ilvl="5" w:tplc="A84018C0">
      <w:start w:val="1"/>
      <w:numFmt w:val="bullet"/>
      <w:lvlText w:val=""/>
      <w:lvlJc w:val="left"/>
      <w:pPr>
        <w:ind w:left="4320" w:hanging="360"/>
      </w:pPr>
      <w:rPr>
        <w:rFonts w:ascii="Wingdings" w:hAnsi="Wingdings" w:hint="default"/>
      </w:rPr>
    </w:lvl>
    <w:lvl w:ilvl="6" w:tplc="E0466626">
      <w:start w:val="1"/>
      <w:numFmt w:val="bullet"/>
      <w:lvlText w:val=""/>
      <w:lvlJc w:val="left"/>
      <w:pPr>
        <w:ind w:left="5040" w:hanging="360"/>
      </w:pPr>
      <w:rPr>
        <w:rFonts w:ascii="Symbol" w:hAnsi="Symbol" w:hint="default"/>
      </w:rPr>
    </w:lvl>
    <w:lvl w:ilvl="7" w:tplc="1BE0CEB8">
      <w:start w:val="1"/>
      <w:numFmt w:val="bullet"/>
      <w:lvlText w:val="o"/>
      <w:lvlJc w:val="left"/>
      <w:pPr>
        <w:ind w:left="5760" w:hanging="360"/>
      </w:pPr>
      <w:rPr>
        <w:rFonts w:ascii="Courier New" w:hAnsi="Courier New" w:hint="default"/>
      </w:rPr>
    </w:lvl>
    <w:lvl w:ilvl="8" w:tplc="12D020AE">
      <w:start w:val="1"/>
      <w:numFmt w:val="bullet"/>
      <w:lvlText w:val=""/>
      <w:lvlJc w:val="left"/>
      <w:pPr>
        <w:ind w:left="6480" w:hanging="360"/>
      </w:pPr>
      <w:rPr>
        <w:rFonts w:ascii="Wingdings" w:hAnsi="Wingdings" w:hint="default"/>
      </w:rPr>
    </w:lvl>
  </w:abstractNum>
  <w:abstractNum w:abstractNumId="20" w15:restartNumberingAfterBreak="0">
    <w:nsid w:val="6E7372CC"/>
    <w:multiLevelType w:val="multilevel"/>
    <w:tmpl w:val="A6D8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428430">
    <w:abstractNumId w:val="17"/>
  </w:num>
  <w:num w:numId="2" w16cid:durableId="1193377435">
    <w:abstractNumId w:val="19"/>
  </w:num>
  <w:num w:numId="3" w16cid:durableId="201405993">
    <w:abstractNumId w:val="10"/>
  </w:num>
  <w:num w:numId="4" w16cid:durableId="169955420">
    <w:abstractNumId w:val="8"/>
  </w:num>
  <w:num w:numId="5" w16cid:durableId="1443693079">
    <w:abstractNumId w:val="6"/>
  </w:num>
  <w:num w:numId="6" w16cid:durableId="1903518498">
    <w:abstractNumId w:val="5"/>
  </w:num>
  <w:num w:numId="7" w16cid:durableId="768503186">
    <w:abstractNumId w:val="4"/>
  </w:num>
  <w:num w:numId="8" w16cid:durableId="273481801">
    <w:abstractNumId w:val="7"/>
  </w:num>
  <w:num w:numId="9" w16cid:durableId="1927222494">
    <w:abstractNumId w:val="3"/>
  </w:num>
  <w:num w:numId="10" w16cid:durableId="2071616648">
    <w:abstractNumId w:val="2"/>
  </w:num>
  <w:num w:numId="11" w16cid:durableId="771516494">
    <w:abstractNumId w:val="1"/>
  </w:num>
  <w:num w:numId="12" w16cid:durableId="421682718">
    <w:abstractNumId w:val="0"/>
  </w:num>
  <w:num w:numId="13" w16cid:durableId="1077552143">
    <w:abstractNumId w:val="9"/>
  </w:num>
  <w:num w:numId="14" w16cid:durableId="1404180506">
    <w:abstractNumId w:val="20"/>
  </w:num>
  <w:num w:numId="15" w16cid:durableId="852106497">
    <w:abstractNumId w:val="14"/>
  </w:num>
  <w:num w:numId="16" w16cid:durableId="385302270">
    <w:abstractNumId w:val="16"/>
  </w:num>
  <w:num w:numId="17" w16cid:durableId="1154563606">
    <w:abstractNumId w:val="18"/>
  </w:num>
  <w:num w:numId="18" w16cid:durableId="672221972">
    <w:abstractNumId w:val="15"/>
  </w:num>
  <w:num w:numId="19" w16cid:durableId="1621258938">
    <w:abstractNumId w:val="12"/>
  </w:num>
  <w:num w:numId="20" w16cid:durableId="167406882">
    <w:abstractNumId w:val="11"/>
  </w:num>
  <w:num w:numId="21" w16cid:durableId="202207719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8A4"/>
    <w:rsid w:val="000051D8"/>
    <w:rsid w:val="0001558D"/>
    <w:rsid w:val="000168FE"/>
    <w:rsid w:val="00025858"/>
    <w:rsid w:val="00033FA7"/>
    <w:rsid w:val="00034616"/>
    <w:rsid w:val="00040B8C"/>
    <w:rsid w:val="00040CE2"/>
    <w:rsid w:val="00042BB6"/>
    <w:rsid w:val="00043B83"/>
    <w:rsid w:val="000460EC"/>
    <w:rsid w:val="00054288"/>
    <w:rsid w:val="0006063C"/>
    <w:rsid w:val="00063E33"/>
    <w:rsid w:val="00067D78"/>
    <w:rsid w:val="00080338"/>
    <w:rsid w:val="0009079D"/>
    <w:rsid w:val="000A00CB"/>
    <w:rsid w:val="000A0755"/>
    <w:rsid w:val="000B5867"/>
    <w:rsid w:val="000C2A2A"/>
    <w:rsid w:val="000C5707"/>
    <w:rsid w:val="000C5C5B"/>
    <w:rsid w:val="000E444A"/>
    <w:rsid w:val="000F15E4"/>
    <w:rsid w:val="000F1A96"/>
    <w:rsid w:val="000F2A60"/>
    <w:rsid w:val="000F599A"/>
    <w:rsid w:val="001109A0"/>
    <w:rsid w:val="00134659"/>
    <w:rsid w:val="00146FF2"/>
    <w:rsid w:val="0015074B"/>
    <w:rsid w:val="00162DE6"/>
    <w:rsid w:val="0017702B"/>
    <w:rsid w:val="00191490"/>
    <w:rsid w:val="001976D7"/>
    <w:rsid w:val="001A33E0"/>
    <w:rsid w:val="001B72EE"/>
    <w:rsid w:val="001C3782"/>
    <w:rsid w:val="001D1E0F"/>
    <w:rsid w:val="001D40D7"/>
    <w:rsid w:val="001E0D4D"/>
    <w:rsid w:val="001E14FD"/>
    <w:rsid w:val="001F65A0"/>
    <w:rsid w:val="00217099"/>
    <w:rsid w:val="00227D54"/>
    <w:rsid w:val="00245CE3"/>
    <w:rsid w:val="002514E4"/>
    <w:rsid w:val="002676BE"/>
    <w:rsid w:val="00271663"/>
    <w:rsid w:val="002729FA"/>
    <w:rsid w:val="002808C4"/>
    <w:rsid w:val="00290480"/>
    <w:rsid w:val="0029639D"/>
    <w:rsid w:val="002A3F77"/>
    <w:rsid w:val="002A4962"/>
    <w:rsid w:val="002C18D2"/>
    <w:rsid w:val="002F13B9"/>
    <w:rsid w:val="0030143D"/>
    <w:rsid w:val="003050FC"/>
    <w:rsid w:val="003057D9"/>
    <w:rsid w:val="00307262"/>
    <w:rsid w:val="003079A1"/>
    <w:rsid w:val="00322ABF"/>
    <w:rsid w:val="00326F90"/>
    <w:rsid w:val="00334880"/>
    <w:rsid w:val="00340950"/>
    <w:rsid w:val="00343267"/>
    <w:rsid w:val="00346B8F"/>
    <w:rsid w:val="0036410E"/>
    <w:rsid w:val="00374F12"/>
    <w:rsid w:val="00382B27"/>
    <w:rsid w:val="00387310"/>
    <w:rsid w:val="00390E86"/>
    <w:rsid w:val="003B4FF6"/>
    <w:rsid w:val="003D5FF3"/>
    <w:rsid w:val="003E2DC9"/>
    <w:rsid w:val="003E7029"/>
    <w:rsid w:val="003F7118"/>
    <w:rsid w:val="003F78A4"/>
    <w:rsid w:val="003F7E93"/>
    <w:rsid w:val="00423B12"/>
    <w:rsid w:val="00436B96"/>
    <w:rsid w:val="00481E39"/>
    <w:rsid w:val="00484F4B"/>
    <w:rsid w:val="004B607F"/>
    <w:rsid w:val="004D317E"/>
    <w:rsid w:val="004F2E03"/>
    <w:rsid w:val="00503005"/>
    <w:rsid w:val="005039AB"/>
    <w:rsid w:val="00505B1F"/>
    <w:rsid w:val="00506812"/>
    <w:rsid w:val="00511CFC"/>
    <w:rsid w:val="00513C7A"/>
    <w:rsid w:val="00516E8C"/>
    <w:rsid w:val="00523227"/>
    <w:rsid w:val="00531513"/>
    <w:rsid w:val="005328FB"/>
    <w:rsid w:val="00536BC5"/>
    <w:rsid w:val="00560231"/>
    <w:rsid w:val="005710EA"/>
    <w:rsid w:val="00571452"/>
    <w:rsid w:val="005727ED"/>
    <w:rsid w:val="005A514A"/>
    <w:rsid w:val="005A6DFA"/>
    <w:rsid w:val="005C0145"/>
    <w:rsid w:val="005C206F"/>
    <w:rsid w:val="005C38A4"/>
    <w:rsid w:val="005E4117"/>
    <w:rsid w:val="005F2210"/>
    <w:rsid w:val="00601AED"/>
    <w:rsid w:val="00610568"/>
    <w:rsid w:val="00626B9A"/>
    <w:rsid w:val="00636550"/>
    <w:rsid w:val="00665196"/>
    <w:rsid w:val="006761DB"/>
    <w:rsid w:val="00683483"/>
    <w:rsid w:val="00684350"/>
    <w:rsid w:val="006965FA"/>
    <w:rsid w:val="0069689F"/>
    <w:rsid w:val="00697443"/>
    <w:rsid w:val="006A278E"/>
    <w:rsid w:val="006C1D61"/>
    <w:rsid w:val="006C489E"/>
    <w:rsid w:val="006C4910"/>
    <w:rsid w:val="006C4D96"/>
    <w:rsid w:val="006D2663"/>
    <w:rsid w:val="0070032F"/>
    <w:rsid w:val="00703A25"/>
    <w:rsid w:val="00713B6E"/>
    <w:rsid w:val="007234B9"/>
    <w:rsid w:val="00737B1A"/>
    <w:rsid w:val="00740790"/>
    <w:rsid w:val="007578A3"/>
    <w:rsid w:val="00760D99"/>
    <w:rsid w:val="007707D9"/>
    <w:rsid w:val="0077266C"/>
    <w:rsid w:val="007726DF"/>
    <w:rsid w:val="0078151B"/>
    <w:rsid w:val="00782681"/>
    <w:rsid w:val="00787239"/>
    <w:rsid w:val="00790F40"/>
    <w:rsid w:val="007927BD"/>
    <w:rsid w:val="007C2990"/>
    <w:rsid w:val="007C493F"/>
    <w:rsid w:val="007D0575"/>
    <w:rsid w:val="007D13AE"/>
    <w:rsid w:val="007D2F44"/>
    <w:rsid w:val="007E1533"/>
    <w:rsid w:val="007E5D57"/>
    <w:rsid w:val="007E6854"/>
    <w:rsid w:val="007F30CD"/>
    <w:rsid w:val="00803763"/>
    <w:rsid w:val="00810A7E"/>
    <w:rsid w:val="008165D4"/>
    <w:rsid w:val="00831161"/>
    <w:rsid w:val="00851C10"/>
    <w:rsid w:val="00871AC2"/>
    <w:rsid w:val="00872375"/>
    <w:rsid w:val="00881F17"/>
    <w:rsid w:val="00883B01"/>
    <w:rsid w:val="0088430E"/>
    <w:rsid w:val="008A3980"/>
    <w:rsid w:val="008A7640"/>
    <w:rsid w:val="008B782F"/>
    <w:rsid w:val="008D6126"/>
    <w:rsid w:val="008E0398"/>
    <w:rsid w:val="008E0CE8"/>
    <w:rsid w:val="008E31A7"/>
    <w:rsid w:val="009023FE"/>
    <w:rsid w:val="009030D1"/>
    <w:rsid w:val="00903205"/>
    <w:rsid w:val="00920AAA"/>
    <w:rsid w:val="00937327"/>
    <w:rsid w:val="00954860"/>
    <w:rsid w:val="0096029E"/>
    <w:rsid w:val="00973CDA"/>
    <w:rsid w:val="0098216E"/>
    <w:rsid w:val="00997388"/>
    <w:rsid w:val="009A0192"/>
    <w:rsid w:val="009B1C8D"/>
    <w:rsid w:val="009C2EFE"/>
    <w:rsid w:val="009D0E0B"/>
    <w:rsid w:val="009D5FB7"/>
    <w:rsid w:val="009E1317"/>
    <w:rsid w:val="009F615B"/>
    <w:rsid w:val="009F78E2"/>
    <w:rsid w:val="00A02D68"/>
    <w:rsid w:val="00A03887"/>
    <w:rsid w:val="00A055BB"/>
    <w:rsid w:val="00A20691"/>
    <w:rsid w:val="00A26D45"/>
    <w:rsid w:val="00A27B5A"/>
    <w:rsid w:val="00A311DA"/>
    <w:rsid w:val="00A61EE4"/>
    <w:rsid w:val="00A746B1"/>
    <w:rsid w:val="00A773DB"/>
    <w:rsid w:val="00A92D3A"/>
    <w:rsid w:val="00A934A0"/>
    <w:rsid w:val="00A9401B"/>
    <w:rsid w:val="00A9520F"/>
    <w:rsid w:val="00A9721E"/>
    <w:rsid w:val="00AA1D8D"/>
    <w:rsid w:val="00AA78AF"/>
    <w:rsid w:val="00AB285A"/>
    <w:rsid w:val="00AD61A5"/>
    <w:rsid w:val="00AE3669"/>
    <w:rsid w:val="00AE53AC"/>
    <w:rsid w:val="00AF0E3A"/>
    <w:rsid w:val="00AF3EC2"/>
    <w:rsid w:val="00B03694"/>
    <w:rsid w:val="00B038C6"/>
    <w:rsid w:val="00B0461C"/>
    <w:rsid w:val="00B053F6"/>
    <w:rsid w:val="00B12959"/>
    <w:rsid w:val="00B16A64"/>
    <w:rsid w:val="00B17ECE"/>
    <w:rsid w:val="00B2032D"/>
    <w:rsid w:val="00B257FA"/>
    <w:rsid w:val="00B32B97"/>
    <w:rsid w:val="00B3608E"/>
    <w:rsid w:val="00B36D44"/>
    <w:rsid w:val="00B4120E"/>
    <w:rsid w:val="00B47730"/>
    <w:rsid w:val="00B6215E"/>
    <w:rsid w:val="00B7509D"/>
    <w:rsid w:val="00B853BA"/>
    <w:rsid w:val="00B97972"/>
    <w:rsid w:val="00BD2560"/>
    <w:rsid w:val="00BD607F"/>
    <w:rsid w:val="00BE2ADA"/>
    <w:rsid w:val="00BF54B8"/>
    <w:rsid w:val="00C14F42"/>
    <w:rsid w:val="00C25F08"/>
    <w:rsid w:val="00C33529"/>
    <w:rsid w:val="00C64E0F"/>
    <w:rsid w:val="00C664B2"/>
    <w:rsid w:val="00C734CB"/>
    <w:rsid w:val="00C74A52"/>
    <w:rsid w:val="00C82CD7"/>
    <w:rsid w:val="00CB0664"/>
    <w:rsid w:val="00CB57C8"/>
    <w:rsid w:val="00CD3D9F"/>
    <w:rsid w:val="00CF4A6B"/>
    <w:rsid w:val="00D04D94"/>
    <w:rsid w:val="00D14134"/>
    <w:rsid w:val="00D36688"/>
    <w:rsid w:val="00D573C9"/>
    <w:rsid w:val="00D662AD"/>
    <w:rsid w:val="00D7203E"/>
    <w:rsid w:val="00D76DA1"/>
    <w:rsid w:val="00D81686"/>
    <w:rsid w:val="00DC6623"/>
    <w:rsid w:val="00DD33E9"/>
    <w:rsid w:val="00DD4D57"/>
    <w:rsid w:val="00DD6EAC"/>
    <w:rsid w:val="00DE6751"/>
    <w:rsid w:val="00DE6D92"/>
    <w:rsid w:val="00DF6F13"/>
    <w:rsid w:val="00E04D2F"/>
    <w:rsid w:val="00E05C23"/>
    <w:rsid w:val="00E07578"/>
    <w:rsid w:val="00E10033"/>
    <w:rsid w:val="00E2265C"/>
    <w:rsid w:val="00E40E40"/>
    <w:rsid w:val="00E52F36"/>
    <w:rsid w:val="00E53392"/>
    <w:rsid w:val="00E84789"/>
    <w:rsid w:val="00E949DB"/>
    <w:rsid w:val="00E95B20"/>
    <w:rsid w:val="00EA12DE"/>
    <w:rsid w:val="00EB68E9"/>
    <w:rsid w:val="00ED42A3"/>
    <w:rsid w:val="00EE151C"/>
    <w:rsid w:val="00EE2974"/>
    <w:rsid w:val="00EE40DC"/>
    <w:rsid w:val="00EF31F6"/>
    <w:rsid w:val="00F041A5"/>
    <w:rsid w:val="00F0495F"/>
    <w:rsid w:val="00F07955"/>
    <w:rsid w:val="00F12CFD"/>
    <w:rsid w:val="00F13741"/>
    <w:rsid w:val="00F24680"/>
    <w:rsid w:val="00F44BAA"/>
    <w:rsid w:val="00F65FA4"/>
    <w:rsid w:val="00F67FB3"/>
    <w:rsid w:val="00F71440"/>
    <w:rsid w:val="00F800DD"/>
    <w:rsid w:val="00F818E3"/>
    <w:rsid w:val="00F917DB"/>
    <w:rsid w:val="00F95406"/>
    <w:rsid w:val="00F960C7"/>
    <w:rsid w:val="00F964D5"/>
    <w:rsid w:val="00FA157C"/>
    <w:rsid w:val="00FA4DA3"/>
    <w:rsid w:val="00FB3ADB"/>
    <w:rsid w:val="00FC693F"/>
    <w:rsid w:val="00FF59EC"/>
    <w:rsid w:val="2F5D0951"/>
    <w:rsid w:val="54AAAAF0"/>
    <w:rsid w:val="7E3F59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84C02E"/>
  <w14:defaultImageDpi w14:val="300"/>
  <w15:docId w15:val="{E5292A3E-8003-4418-84AF-4EDDF46C5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lang w:val="en-AU"/>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4"/>
      </w:numPr>
      <w:contextualSpacing/>
    </w:pPr>
  </w:style>
  <w:style w:type="paragraph" w:styleId="ListBullet2">
    <w:name w:val="List Bullet 2"/>
    <w:basedOn w:val="Normal"/>
    <w:uiPriority w:val="99"/>
    <w:unhideWhenUsed/>
    <w:rsid w:val="00326F90"/>
    <w:pPr>
      <w:numPr>
        <w:numId w:val="5"/>
      </w:numPr>
      <w:contextualSpacing/>
    </w:pPr>
  </w:style>
  <w:style w:type="paragraph" w:styleId="ListBullet3">
    <w:name w:val="List Bullet 3"/>
    <w:basedOn w:val="Normal"/>
    <w:uiPriority w:val="99"/>
    <w:unhideWhenUsed/>
    <w:rsid w:val="00326F90"/>
    <w:pPr>
      <w:numPr>
        <w:numId w:val="6"/>
      </w:numPr>
      <w:contextualSpacing/>
    </w:pPr>
  </w:style>
  <w:style w:type="paragraph" w:styleId="ListNumber">
    <w:name w:val="List Number"/>
    <w:basedOn w:val="Normal"/>
    <w:uiPriority w:val="99"/>
    <w:unhideWhenUsed/>
    <w:rsid w:val="00326F90"/>
    <w:pPr>
      <w:numPr>
        <w:numId w:val="8"/>
      </w:numPr>
      <w:contextualSpacing/>
    </w:pPr>
  </w:style>
  <w:style w:type="paragraph" w:styleId="ListNumber2">
    <w:name w:val="List Number 2"/>
    <w:basedOn w:val="Normal"/>
    <w:uiPriority w:val="99"/>
    <w:unhideWhenUsed/>
    <w:rsid w:val="0029639D"/>
    <w:pPr>
      <w:numPr>
        <w:numId w:val="9"/>
      </w:numPr>
      <w:contextualSpacing/>
    </w:pPr>
  </w:style>
  <w:style w:type="paragraph" w:styleId="ListNumber3">
    <w:name w:val="List Number 3"/>
    <w:basedOn w:val="Normal"/>
    <w:uiPriority w:val="99"/>
    <w:unhideWhenUsed/>
    <w:rsid w:val="0029639D"/>
    <w:pPr>
      <w:numPr>
        <w:numId w:val="10"/>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itle1">
    <w:name w:val="Title1"/>
    <w:basedOn w:val="Normal"/>
    <w:next w:val="Normal"/>
    <w:uiPriority w:val="1"/>
    <w:unhideWhenUsed/>
    <w:qFormat/>
    <w:rsid w:val="00080338"/>
    <w:pPr>
      <w:spacing w:after="160" w:line="240" w:lineRule="auto"/>
      <w:outlineLvl w:val="0"/>
    </w:pPr>
    <w:rPr>
      <w:rFonts w:ascii="Calibri Light"/>
      <w:kern w:val="2"/>
      <w:sz w:val="56"/>
      <w:szCs w:val="24"/>
      <w:lang w:eastAsia="en-AU"/>
      <w14:ligatures w14:val="standardContextual"/>
    </w:rPr>
  </w:style>
  <w:style w:type="character" w:customStyle="1" w:styleId="Strong1">
    <w:name w:val="Strong1"/>
    <w:uiPriority w:val="1"/>
    <w:unhideWhenUsed/>
    <w:qFormat/>
    <w:rsid w:val="00080338"/>
    <w:rPr>
      <w:rFonts w:ascii="Calibri"/>
      <w:b/>
    </w:rPr>
  </w:style>
  <w:style w:type="paragraph" w:customStyle="1" w:styleId="Normal1">
    <w:name w:val="Normal1"/>
    <w:basedOn w:val="Normal"/>
    <w:uiPriority w:val="1"/>
    <w:unhideWhenUsed/>
    <w:qFormat/>
    <w:rsid w:val="00080338"/>
    <w:pPr>
      <w:spacing w:after="160" w:line="278" w:lineRule="auto"/>
    </w:pPr>
    <w:rPr>
      <w:rFonts w:ascii="Calibri"/>
      <w:kern w:val="2"/>
      <w:sz w:val="24"/>
      <w:szCs w:val="24"/>
      <w:lang w:eastAsia="en-AU"/>
      <w14:ligatures w14:val="standardContextual"/>
    </w:rPr>
  </w:style>
  <w:style w:type="character" w:styleId="Hyperlink">
    <w:name w:val="Hyperlink"/>
    <w:basedOn w:val="DefaultParagraphFont"/>
    <w:uiPriority w:val="99"/>
    <w:unhideWhenUsed/>
    <w:rsid w:val="54AAAAF0"/>
    <w:rPr>
      <w:color w:val="0000FF"/>
      <w:u w:val="single"/>
    </w:rPr>
  </w:style>
  <w:style w:type="character" w:styleId="UnresolvedMention">
    <w:name w:val="Unresolved Mention"/>
    <w:basedOn w:val="DefaultParagraphFont"/>
    <w:uiPriority w:val="99"/>
    <w:semiHidden/>
    <w:unhideWhenUsed/>
    <w:rsid w:val="00A934A0"/>
    <w:rPr>
      <w:color w:val="605E5C"/>
      <w:shd w:val="clear" w:color="auto" w:fill="E1DFDD"/>
    </w:rPr>
  </w:style>
  <w:style w:type="paragraph" w:styleId="NormalWeb">
    <w:name w:val="Normal (Web)"/>
    <w:basedOn w:val="Normal"/>
    <w:uiPriority w:val="99"/>
    <w:semiHidden/>
    <w:unhideWhenUsed/>
    <w:rsid w:val="004F2E0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371958">
      <w:bodyDiv w:val="1"/>
      <w:marLeft w:val="0"/>
      <w:marRight w:val="0"/>
      <w:marTop w:val="0"/>
      <w:marBottom w:val="0"/>
      <w:divBdr>
        <w:top w:val="none" w:sz="0" w:space="0" w:color="auto"/>
        <w:left w:val="none" w:sz="0" w:space="0" w:color="auto"/>
        <w:bottom w:val="none" w:sz="0" w:space="0" w:color="auto"/>
        <w:right w:val="none" w:sz="0" w:space="0" w:color="auto"/>
      </w:divBdr>
    </w:div>
    <w:div w:id="1247570645">
      <w:bodyDiv w:val="1"/>
      <w:marLeft w:val="0"/>
      <w:marRight w:val="0"/>
      <w:marTop w:val="0"/>
      <w:marBottom w:val="0"/>
      <w:divBdr>
        <w:top w:val="none" w:sz="0" w:space="0" w:color="auto"/>
        <w:left w:val="none" w:sz="0" w:space="0" w:color="auto"/>
        <w:bottom w:val="none" w:sz="0" w:space="0" w:color="auto"/>
        <w:right w:val="none" w:sz="0" w:space="0" w:color="auto"/>
      </w:divBdr>
    </w:div>
    <w:div w:id="1297220983">
      <w:bodyDiv w:val="1"/>
      <w:marLeft w:val="0"/>
      <w:marRight w:val="0"/>
      <w:marTop w:val="0"/>
      <w:marBottom w:val="0"/>
      <w:divBdr>
        <w:top w:val="none" w:sz="0" w:space="0" w:color="auto"/>
        <w:left w:val="none" w:sz="0" w:space="0" w:color="auto"/>
        <w:bottom w:val="none" w:sz="0" w:space="0" w:color="auto"/>
        <w:right w:val="none" w:sz="0" w:space="0" w:color="auto"/>
      </w:divBdr>
    </w:div>
    <w:div w:id="1975677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forms.office.com/Pages/ResponsePage.aspx?id=DQSIkWdsW0yxEjajBLZtrQAAAAAAAAAAAAN__gXIBmBUQTBWWDY5WERQU1VKNTFMOUNOSFQ1WTYzNC4u" TargetMode="Externa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hyperlink" Target="https://marquenq.com.au/membershi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quenq\OneDrive\Desktop\Monthly%20New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Monthly Newsletter</Template>
  <TotalTime>263</TotalTime>
  <Pages>10</Pages>
  <Words>1937</Words>
  <Characters>11043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Marquenq</dc:creator>
  <cp:keywords/>
  <dc:description>generated by python-docx</dc:description>
  <cp:lastModifiedBy>Michele Fraser</cp:lastModifiedBy>
  <cp:revision>242</cp:revision>
  <cp:lastPrinted>2026-01-01T08:54:00Z</cp:lastPrinted>
  <dcterms:created xsi:type="dcterms:W3CDTF">2025-11-04T06:40:00Z</dcterms:created>
  <dcterms:modified xsi:type="dcterms:W3CDTF">2026-03-29T02:14:00Z</dcterms:modified>
  <cp:category/>
</cp:coreProperties>
</file>