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EA7E" w14:textId="68BC59E0" w:rsidR="00080338" w:rsidRPr="000F15E4" w:rsidRDefault="00080338" w:rsidP="0078151B">
      <w:pPr>
        <w:pStyle w:val="Heading1"/>
        <w:spacing w:before="0" w:line="300" w:lineRule="auto"/>
        <w:jc w:val="center"/>
      </w:pPr>
      <w:r w:rsidRPr="000F15E4">
        <w:rPr>
          <w:noProof/>
        </w:rPr>
        <w:drawing>
          <wp:inline distT="0" distB="0" distL="0" distR="0" wp14:anchorId="6AF8D34E" wp14:editId="03C3BC09">
            <wp:extent cx="4457700" cy="596391"/>
            <wp:effectExtent l="0" t="0" r="0" b="0"/>
            <wp:docPr id="777543415" name="Picture2" descr="Local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 cstate="print"/>
                    <a:stretch>
                      <a:fillRect/>
                    </a:stretch>
                  </pic:blipFill>
                  <pic:spPr>
                    <a:xfrm>
                      <a:off x="0" y="0"/>
                      <a:ext cx="4457700" cy="596391"/>
                    </a:xfrm>
                    <a:prstGeom prst="rect">
                      <a:avLst/>
                    </a:prstGeom>
                  </pic:spPr>
                </pic:pic>
              </a:graphicData>
            </a:graphic>
          </wp:inline>
        </w:drawing>
      </w:r>
    </w:p>
    <w:p w14:paraId="0C490A5B" w14:textId="1B037797" w:rsidR="00080338" w:rsidRPr="000F15E4" w:rsidRDefault="2F5D0951" w:rsidP="0078151B">
      <w:pPr>
        <w:pStyle w:val="Heading1"/>
        <w:spacing w:before="281" w:after="281" w:line="300" w:lineRule="auto"/>
        <w:jc w:val="center"/>
      </w:pPr>
      <w:r w:rsidRPr="000F15E4">
        <w:rPr>
          <w:rFonts w:ascii="Segoe UI" w:eastAsia="Segoe UI" w:hAnsi="Segoe UI" w:cs="Segoe UI"/>
          <w:sz w:val="42"/>
          <w:szCs w:val="42"/>
        </w:rPr>
        <w:t>MARQUE MONTHLY NEWSLETTER</w:t>
      </w:r>
    </w:p>
    <w:p w14:paraId="3DC08046" w14:textId="68C64058" w:rsidR="00080338" w:rsidRPr="000F15E4" w:rsidRDefault="00F40BCB" w:rsidP="00FA4DA3">
      <w:pPr>
        <w:pStyle w:val="Heading3"/>
        <w:spacing w:before="246" w:after="246" w:line="300" w:lineRule="auto"/>
        <w:jc w:val="center"/>
        <w:rPr>
          <w:sz w:val="36"/>
          <w:szCs w:val="36"/>
        </w:rPr>
      </w:pPr>
      <w:r>
        <w:rPr>
          <w:rFonts w:ascii="Segoe UI" w:eastAsia="Segoe UI" w:hAnsi="Segoe UI" w:cs="Segoe UI"/>
          <w:sz w:val="36"/>
          <w:szCs w:val="36"/>
        </w:rPr>
        <w:t xml:space="preserve">August </w:t>
      </w:r>
      <w:r w:rsidR="2F5D0951" w:rsidRPr="000F15E4">
        <w:rPr>
          <w:rFonts w:ascii="Segoe UI" w:eastAsia="Segoe UI" w:hAnsi="Segoe UI" w:cs="Segoe UI"/>
          <w:sz w:val="36"/>
          <w:szCs w:val="36"/>
        </w:rPr>
        <w:t>2026 Edition</w:t>
      </w:r>
    </w:p>
    <w:p w14:paraId="16B7538C" w14:textId="13C1BC81" w:rsidR="00080338" w:rsidRPr="000F15E4" w:rsidRDefault="009A3997" w:rsidP="00EE151C">
      <w:pPr>
        <w:spacing w:after="0" w:line="300" w:lineRule="auto"/>
        <w:jc w:val="center"/>
      </w:pPr>
      <w:r>
        <w:rPr>
          <w:noProof/>
        </w:rPr>
        <w:drawing>
          <wp:inline distT="0" distB="0" distL="0" distR="0" wp14:anchorId="0A69632E" wp14:editId="2B0EFD2E">
            <wp:extent cx="4000500" cy="2250281"/>
            <wp:effectExtent l="228600" t="228600" r="228600" b="226695"/>
            <wp:docPr id="151258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86281" name="Picture 1512586281"/>
                    <pic:cNvPicPr/>
                  </pic:nvPicPr>
                  <pic:blipFill>
                    <a:blip r:embed="rId7"/>
                    <a:stretch>
                      <a:fillRect/>
                    </a:stretch>
                  </pic:blipFill>
                  <pic:spPr>
                    <a:xfrm>
                      <a:off x="0" y="0"/>
                      <a:ext cx="4007778" cy="225437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7BB04E5D" w14:textId="59FE5EF6" w:rsidR="00080338" w:rsidRPr="000F15E4" w:rsidRDefault="2F5D0951" w:rsidP="54AAAAF0">
      <w:pPr>
        <w:pStyle w:val="Heading2"/>
        <w:spacing w:before="261" w:after="261" w:line="300" w:lineRule="auto"/>
      </w:pPr>
      <w:r w:rsidRPr="000F15E4">
        <w:rPr>
          <w:rFonts w:ascii="Segoe UI" w:eastAsia="Segoe UI" w:hAnsi="Segoe UI" w:cs="Segoe UI"/>
          <w:sz w:val="31"/>
          <w:szCs w:val="31"/>
        </w:rPr>
        <w:t>🚗 Event Recaps</w:t>
      </w:r>
    </w:p>
    <w:p w14:paraId="233AA30B" w14:textId="5C3504FB" w:rsidR="000B5867" w:rsidRDefault="000D7F4A" w:rsidP="00054288">
      <w:pPr>
        <w:spacing w:before="210" w:after="210" w:line="240" w:lineRule="auto"/>
        <w:rPr>
          <w:rFonts w:ascii="Segoe UI" w:eastAsia="Segoe UI" w:hAnsi="Segoe UI" w:cs="Segoe UI"/>
          <w:b/>
          <w:bCs/>
          <w:sz w:val="21"/>
          <w:szCs w:val="21"/>
        </w:rPr>
      </w:pPr>
      <w:r>
        <w:rPr>
          <w:rFonts w:ascii="Segoe UI" w:eastAsia="Segoe UI" w:hAnsi="Segoe UI" w:cs="Segoe UI"/>
          <w:b/>
          <w:bCs/>
          <w:sz w:val="21"/>
          <w:szCs w:val="21"/>
        </w:rPr>
        <w:t xml:space="preserve">Sprint Round </w:t>
      </w:r>
      <w:r w:rsidR="004211A9">
        <w:rPr>
          <w:rFonts w:ascii="Segoe UI" w:eastAsia="Segoe UI" w:hAnsi="Segoe UI" w:cs="Segoe UI"/>
          <w:b/>
          <w:bCs/>
          <w:sz w:val="21"/>
          <w:szCs w:val="21"/>
        </w:rPr>
        <w:t>5</w:t>
      </w:r>
      <w:r w:rsidR="009C31D2">
        <w:rPr>
          <w:rFonts w:ascii="Segoe UI" w:eastAsia="Segoe UI" w:hAnsi="Segoe UI" w:cs="Segoe UI"/>
          <w:b/>
          <w:bCs/>
          <w:sz w:val="21"/>
          <w:szCs w:val="21"/>
        </w:rPr>
        <w:t xml:space="preserve"> – </w:t>
      </w:r>
      <w:r w:rsidR="004211A9">
        <w:rPr>
          <w:rFonts w:ascii="Segoe UI" w:eastAsia="Segoe UI" w:hAnsi="Segoe UI" w:cs="Segoe UI"/>
          <w:b/>
          <w:bCs/>
          <w:sz w:val="21"/>
          <w:szCs w:val="21"/>
        </w:rPr>
        <w:t>18</w:t>
      </w:r>
      <w:r w:rsidR="004211A9" w:rsidRPr="004211A9">
        <w:rPr>
          <w:rFonts w:ascii="Segoe UI" w:eastAsia="Segoe UI" w:hAnsi="Segoe UI" w:cs="Segoe UI"/>
          <w:b/>
          <w:bCs/>
          <w:sz w:val="21"/>
          <w:szCs w:val="21"/>
          <w:vertAlign w:val="superscript"/>
        </w:rPr>
        <w:t>th</w:t>
      </w:r>
      <w:r w:rsidR="004211A9">
        <w:rPr>
          <w:rFonts w:ascii="Segoe UI" w:eastAsia="Segoe UI" w:hAnsi="Segoe UI" w:cs="Segoe UI"/>
          <w:b/>
          <w:bCs/>
          <w:sz w:val="21"/>
          <w:szCs w:val="21"/>
        </w:rPr>
        <w:t xml:space="preserve"> July</w:t>
      </w:r>
      <w:r w:rsidR="009C31D2">
        <w:rPr>
          <w:rFonts w:ascii="Segoe UI" w:eastAsia="Segoe UI" w:hAnsi="Segoe UI" w:cs="Segoe UI"/>
          <w:b/>
          <w:bCs/>
          <w:sz w:val="21"/>
          <w:szCs w:val="21"/>
        </w:rPr>
        <w:t xml:space="preserve"> 2026</w:t>
      </w:r>
    </w:p>
    <w:p w14:paraId="4EE68A76" w14:textId="56B50E7A" w:rsidR="009F6E44" w:rsidRDefault="00625209" w:rsidP="00054288">
      <w:pPr>
        <w:spacing w:before="210" w:after="210" w:line="240" w:lineRule="auto"/>
        <w:rPr>
          <w:rFonts w:ascii="Segoe UI" w:eastAsia="Segoe UI" w:hAnsi="Segoe UI" w:cs="Segoe UI"/>
          <w:sz w:val="21"/>
          <w:szCs w:val="21"/>
        </w:rPr>
      </w:pPr>
      <w:r>
        <w:rPr>
          <w:rFonts w:ascii="Segoe UI" w:eastAsia="Segoe UI" w:hAnsi="Segoe UI" w:cs="Segoe UI"/>
          <w:sz w:val="21"/>
          <w:szCs w:val="21"/>
        </w:rPr>
        <w:t>I just wanted to give a shout out to our Class winners</w:t>
      </w:r>
      <w:r w:rsidR="006A06F2">
        <w:rPr>
          <w:rFonts w:ascii="Segoe UI" w:eastAsia="Segoe UI" w:hAnsi="Segoe UI" w:cs="Segoe UI"/>
          <w:sz w:val="21"/>
          <w:szCs w:val="21"/>
        </w:rPr>
        <w:t xml:space="preserve"> (great job!!)</w:t>
      </w:r>
      <w:r w:rsidR="0056057D">
        <w:rPr>
          <w:rFonts w:ascii="Segoe UI" w:eastAsia="Segoe UI" w:hAnsi="Segoe UI" w:cs="Segoe UI"/>
          <w:sz w:val="21"/>
          <w:szCs w:val="21"/>
        </w:rPr>
        <w:t>:</w:t>
      </w:r>
    </w:p>
    <w:p w14:paraId="67F21701" w14:textId="5F6520B4" w:rsidR="00065AD0" w:rsidRDefault="00065AD0" w:rsidP="00065AD0">
      <w:pPr>
        <w:spacing w:before="210" w:after="210" w:line="240" w:lineRule="auto"/>
        <w:rPr>
          <w:rFonts w:ascii="Segoe UI" w:eastAsia="Segoe UI" w:hAnsi="Segoe UI" w:cs="Segoe UI"/>
          <w:sz w:val="21"/>
          <w:szCs w:val="21"/>
        </w:rPr>
      </w:pPr>
      <w:r>
        <w:rPr>
          <w:rFonts w:ascii="Segoe UI" w:eastAsia="Segoe UI" w:hAnsi="Segoe UI" w:cs="Segoe UI"/>
          <w:sz w:val="21"/>
          <w:szCs w:val="21"/>
        </w:rPr>
        <w:t xml:space="preserve">Class </w:t>
      </w:r>
      <w:r w:rsidR="005F14D2">
        <w:rPr>
          <w:rFonts w:ascii="Segoe UI" w:eastAsia="Segoe UI" w:hAnsi="Segoe UI" w:cs="Segoe UI"/>
          <w:sz w:val="21"/>
          <w:szCs w:val="21"/>
        </w:rPr>
        <w:t>2</w:t>
      </w:r>
      <w:r>
        <w:rPr>
          <w:rFonts w:ascii="Segoe UI" w:eastAsia="Segoe UI" w:hAnsi="Segoe UI" w:cs="Segoe UI"/>
          <w:sz w:val="21"/>
          <w:szCs w:val="21"/>
        </w:rPr>
        <w:t xml:space="preserve"> – </w:t>
      </w:r>
      <w:r w:rsidR="00B6712F">
        <w:rPr>
          <w:rFonts w:ascii="Segoe UI" w:eastAsia="Segoe UI" w:hAnsi="Segoe UI" w:cs="Segoe UI"/>
          <w:sz w:val="21"/>
          <w:szCs w:val="21"/>
        </w:rPr>
        <w:t xml:space="preserve"> Phillip Pyke</w:t>
      </w:r>
      <w:r w:rsidR="00B6712F">
        <w:rPr>
          <w:rFonts w:ascii="Segoe UI" w:eastAsia="Segoe UI" w:hAnsi="Segoe UI" w:cs="Segoe UI"/>
          <w:sz w:val="21"/>
          <w:szCs w:val="21"/>
        </w:rPr>
        <w:tab/>
      </w:r>
      <w:r w:rsidR="00B6712F">
        <w:rPr>
          <w:rFonts w:ascii="Segoe UI" w:eastAsia="Segoe UI" w:hAnsi="Segoe UI" w:cs="Segoe UI"/>
          <w:sz w:val="21"/>
          <w:szCs w:val="21"/>
        </w:rPr>
        <w:tab/>
      </w:r>
      <w:r w:rsidR="00B6712F">
        <w:rPr>
          <w:rFonts w:ascii="Segoe UI" w:eastAsia="Segoe UI" w:hAnsi="Segoe UI" w:cs="Segoe UI"/>
          <w:sz w:val="21"/>
          <w:szCs w:val="21"/>
        </w:rPr>
        <w:tab/>
      </w:r>
      <w:r w:rsidR="00B6712F" w:rsidRPr="00B6712F">
        <w:rPr>
          <w:rFonts w:ascii="Segoe UI" w:eastAsia="Segoe UI" w:hAnsi="Segoe UI" w:cs="Segoe UI"/>
          <w:sz w:val="21"/>
          <w:szCs w:val="21"/>
        </w:rPr>
        <w:t>1:28.807</w:t>
      </w:r>
    </w:p>
    <w:p w14:paraId="12AC54A8" w14:textId="68CEC8E4" w:rsidR="005E70B4" w:rsidRDefault="00065AD0" w:rsidP="00065AD0">
      <w:pPr>
        <w:spacing w:before="210" w:after="210" w:line="240" w:lineRule="auto"/>
        <w:rPr>
          <w:rFonts w:ascii="Segoe UI" w:eastAsia="Segoe UI" w:hAnsi="Segoe UI" w:cs="Segoe UI"/>
          <w:sz w:val="21"/>
          <w:szCs w:val="21"/>
        </w:rPr>
      </w:pPr>
      <w:r>
        <w:rPr>
          <w:rFonts w:ascii="Segoe UI" w:eastAsia="Segoe UI" w:hAnsi="Segoe UI" w:cs="Segoe UI"/>
          <w:sz w:val="21"/>
          <w:szCs w:val="21"/>
        </w:rPr>
        <w:t xml:space="preserve">Class </w:t>
      </w:r>
      <w:r w:rsidR="00306489">
        <w:rPr>
          <w:rFonts w:ascii="Segoe UI" w:eastAsia="Segoe UI" w:hAnsi="Segoe UI" w:cs="Segoe UI"/>
          <w:sz w:val="21"/>
          <w:szCs w:val="21"/>
        </w:rPr>
        <w:t>3</w:t>
      </w:r>
      <w:r>
        <w:rPr>
          <w:rFonts w:ascii="Segoe UI" w:eastAsia="Segoe UI" w:hAnsi="Segoe UI" w:cs="Segoe UI"/>
          <w:sz w:val="21"/>
          <w:szCs w:val="21"/>
        </w:rPr>
        <w:t xml:space="preserve"> – </w:t>
      </w:r>
      <w:r w:rsidR="00D43E8A">
        <w:rPr>
          <w:rFonts w:ascii="Segoe UI" w:eastAsia="Segoe UI" w:hAnsi="Segoe UI" w:cs="Segoe UI"/>
          <w:sz w:val="21"/>
          <w:szCs w:val="21"/>
        </w:rPr>
        <w:t xml:space="preserve"> Alex Teazis</w:t>
      </w:r>
      <w:r w:rsidR="00D43E8A">
        <w:rPr>
          <w:rFonts w:ascii="Segoe UI" w:eastAsia="Segoe UI" w:hAnsi="Segoe UI" w:cs="Segoe UI"/>
          <w:sz w:val="21"/>
          <w:szCs w:val="21"/>
        </w:rPr>
        <w:tab/>
      </w:r>
      <w:r w:rsidR="00D43E8A">
        <w:rPr>
          <w:rFonts w:ascii="Segoe UI" w:eastAsia="Segoe UI" w:hAnsi="Segoe UI" w:cs="Segoe UI"/>
          <w:sz w:val="21"/>
          <w:szCs w:val="21"/>
        </w:rPr>
        <w:tab/>
      </w:r>
      <w:r w:rsidR="00D43E8A">
        <w:rPr>
          <w:rFonts w:ascii="Segoe UI" w:eastAsia="Segoe UI" w:hAnsi="Segoe UI" w:cs="Segoe UI"/>
          <w:sz w:val="21"/>
          <w:szCs w:val="21"/>
        </w:rPr>
        <w:tab/>
      </w:r>
      <w:r w:rsidR="00D43E8A" w:rsidRPr="00D43E8A">
        <w:rPr>
          <w:rFonts w:ascii="Segoe UI" w:eastAsia="Segoe UI" w:hAnsi="Segoe UI" w:cs="Segoe UI"/>
          <w:sz w:val="21"/>
          <w:szCs w:val="21"/>
        </w:rPr>
        <w:t>1:28.607</w:t>
      </w:r>
    </w:p>
    <w:p w14:paraId="188AD6FF" w14:textId="128A93CA" w:rsidR="008F33E7" w:rsidRDefault="001D4D4B" w:rsidP="00065AD0">
      <w:pPr>
        <w:spacing w:before="210" w:after="210" w:line="240" w:lineRule="auto"/>
        <w:rPr>
          <w:rFonts w:ascii="Segoe UI" w:eastAsia="Segoe UI" w:hAnsi="Segoe UI" w:cs="Segoe UI"/>
          <w:sz w:val="21"/>
          <w:szCs w:val="21"/>
        </w:rPr>
      </w:pPr>
      <w:r>
        <w:rPr>
          <w:rFonts w:ascii="Segoe UI" w:eastAsia="Segoe UI" w:hAnsi="Segoe UI" w:cs="Segoe UI"/>
          <w:sz w:val="21"/>
          <w:szCs w:val="21"/>
        </w:rPr>
        <w:t xml:space="preserve">Class </w:t>
      </w:r>
      <w:r w:rsidR="007C40B6">
        <w:rPr>
          <w:rFonts w:ascii="Segoe UI" w:eastAsia="Segoe UI" w:hAnsi="Segoe UI" w:cs="Segoe UI"/>
          <w:sz w:val="21"/>
          <w:szCs w:val="21"/>
        </w:rPr>
        <w:t>4</w:t>
      </w:r>
      <w:r>
        <w:rPr>
          <w:rFonts w:ascii="Segoe UI" w:eastAsia="Segoe UI" w:hAnsi="Segoe UI" w:cs="Segoe UI"/>
          <w:sz w:val="21"/>
          <w:szCs w:val="21"/>
        </w:rPr>
        <w:t xml:space="preserve"> – </w:t>
      </w:r>
      <w:r w:rsidR="00D43E8A">
        <w:rPr>
          <w:rFonts w:ascii="Segoe UI" w:eastAsia="Segoe UI" w:hAnsi="Segoe UI" w:cs="Segoe UI"/>
          <w:sz w:val="21"/>
          <w:szCs w:val="21"/>
        </w:rPr>
        <w:t xml:space="preserve"> </w:t>
      </w:r>
      <w:r w:rsidR="001C0606">
        <w:rPr>
          <w:rFonts w:ascii="Segoe UI" w:eastAsia="Segoe UI" w:hAnsi="Segoe UI" w:cs="Segoe UI"/>
          <w:sz w:val="21"/>
          <w:szCs w:val="21"/>
        </w:rPr>
        <w:t>Rowan Pyke</w:t>
      </w:r>
      <w:r w:rsidR="001C0606">
        <w:rPr>
          <w:rFonts w:ascii="Segoe UI" w:eastAsia="Segoe UI" w:hAnsi="Segoe UI" w:cs="Segoe UI"/>
          <w:sz w:val="21"/>
          <w:szCs w:val="21"/>
        </w:rPr>
        <w:tab/>
      </w:r>
      <w:r w:rsidR="001C0606">
        <w:rPr>
          <w:rFonts w:ascii="Segoe UI" w:eastAsia="Segoe UI" w:hAnsi="Segoe UI" w:cs="Segoe UI"/>
          <w:sz w:val="21"/>
          <w:szCs w:val="21"/>
        </w:rPr>
        <w:tab/>
      </w:r>
      <w:r w:rsidR="001C0606">
        <w:rPr>
          <w:rFonts w:ascii="Segoe UI" w:eastAsia="Segoe UI" w:hAnsi="Segoe UI" w:cs="Segoe UI"/>
          <w:sz w:val="21"/>
          <w:szCs w:val="21"/>
        </w:rPr>
        <w:tab/>
      </w:r>
      <w:r w:rsidR="001C0606" w:rsidRPr="001C0606">
        <w:rPr>
          <w:rFonts w:ascii="Segoe UI" w:eastAsia="Segoe UI" w:hAnsi="Segoe UI" w:cs="Segoe UI"/>
          <w:sz w:val="21"/>
          <w:szCs w:val="21"/>
        </w:rPr>
        <w:t>1:23.256</w:t>
      </w:r>
    </w:p>
    <w:p w14:paraId="05D2DE8E" w14:textId="71038A4D" w:rsidR="000F4AC1" w:rsidRDefault="001D4D4B" w:rsidP="00065AD0">
      <w:pPr>
        <w:spacing w:before="210" w:after="210" w:line="240" w:lineRule="auto"/>
        <w:rPr>
          <w:rFonts w:ascii="Segoe UI" w:eastAsia="Segoe UI" w:hAnsi="Segoe UI" w:cs="Segoe UI"/>
          <w:sz w:val="21"/>
          <w:szCs w:val="21"/>
        </w:rPr>
      </w:pPr>
      <w:r>
        <w:rPr>
          <w:rFonts w:ascii="Segoe UI" w:eastAsia="Segoe UI" w:hAnsi="Segoe UI" w:cs="Segoe UI"/>
          <w:sz w:val="21"/>
          <w:szCs w:val="21"/>
        </w:rPr>
        <w:t xml:space="preserve">Class 5 – </w:t>
      </w:r>
      <w:r w:rsidR="001C0606">
        <w:rPr>
          <w:rFonts w:ascii="Segoe UI" w:eastAsia="Segoe UI" w:hAnsi="Segoe UI" w:cs="Segoe UI"/>
          <w:sz w:val="21"/>
          <w:szCs w:val="21"/>
        </w:rPr>
        <w:t xml:space="preserve"> Bjorn Hawken</w:t>
      </w:r>
      <w:r w:rsidR="001C0606">
        <w:rPr>
          <w:rFonts w:ascii="Segoe UI" w:eastAsia="Segoe UI" w:hAnsi="Segoe UI" w:cs="Segoe UI"/>
          <w:sz w:val="21"/>
          <w:szCs w:val="21"/>
        </w:rPr>
        <w:tab/>
      </w:r>
      <w:r w:rsidR="001C0606">
        <w:rPr>
          <w:rFonts w:ascii="Segoe UI" w:eastAsia="Segoe UI" w:hAnsi="Segoe UI" w:cs="Segoe UI"/>
          <w:sz w:val="21"/>
          <w:szCs w:val="21"/>
        </w:rPr>
        <w:tab/>
      </w:r>
      <w:r w:rsidR="001C0606" w:rsidRPr="001C0606">
        <w:rPr>
          <w:rFonts w:ascii="Segoe UI" w:eastAsia="Segoe UI" w:hAnsi="Segoe UI" w:cs="Segoe UI"/>
          <w:sz w:val="21"/>
          <w:szCs w:val="21"/>
        </w:rPr>
        <w:t>1:27.664</w:t>
      </w:r>
    </w:p>
    <w:p w14:paraId="6F458070" w14:textId="39E671C0" w:rsidR="001D4D4B" w:rsidRDefault="001D4D4B" w:rsidP="00065AD0">
      <w:pPr>
        <w:spacing w:before="210" w:after="210" w:line="240" w:lineRule="auto"/>
        <w:rPr>
          <w:rFonts w:ascii="Segoe UI" w:eastAsia="Segoe UI" w:hAnsi="Segoe UI" w:cs="Segoe UI"/>
          <w:b/>
          <w:bCs/>
          <w:sz w:val="21"/>
          <w:szCs w:val="21"/>
        </w:rPr>
      </w:pPr>
      <w:r>
        <w:rPr>
          <w:rFonts w:ascii="Segoe UI" w:eastAsia="Segoe UI" w:hAnsi="Segoe UI" w:cs="Segoe UI"/>
          <w:sz w:val="21"/>
          <w:szCs w:val="21"/>
        </w:rPr>
        <w:t xml:space="preserve">Class </w:t>
      </w:r>
      <w:r w:rsidR="003A30BE">
        <w:rPr>
          <w:rFonts w:ascii="Segoe UI" w:eastAsia="Segoe UI" w:hAnsi="Segoe UI" w:cs="Segoe UI"/>
          <w:sz w:val="21"/>
          <w:szCs w:val="21"/>
        </w:rPr>
        <w:t xml:space="preserve">6 </w:t>
      </w:r>
      <w:r>
        <w:rPr>
          <w:rFonts w:ascii="Segoe UI" w:eastAsia="Segoe UI" w:hAnsi="Segoe UI" w:cs="Segoe UI"/>
          <w:sz w:val="21"/>
          <w:szCs w:val="21"/>
        </w:rPr>
        <w:t xml:space="preserve">– </w:t>
      </w:r>
      <w:r w:rsidR="00291E91">
        <w:rPr>
          <w:rFonts w:ascii="Segoe UI" w:eastAsia="Segoe UI" w:hAnsi="Segoe UI" w:cs="Segoe UI"/>
          <w:sz w:val="21"/>
          <w:szCs w:val="21"/>
        </w:rPr>
        <w:t xml:space="preserve"> Gary Brown</w:t>
      </w:r>
      <w:r w:rsidR="00291E91">
        <w:rPr>
          <w:rFonts w:ascii="Segoe UI" w:eastAsia="Segoe UI" w:hAnsi="Segoe UI" w:cs="Segoe UI"/>
          <w:sz w:val="21"/>
          <w:szCs w:val="21"/>
        </w:rPr>
        <w:tab/>
      </w:r>
      <w:r w:rsidR="00291E91">
        <w:rPr>
          <w:rFonts w:ascii="Segoe UI" w:eastAsia="Segoe UI" w:hAnsi="Segoe UI" w:cs="Segoe UI"/>
          <w:sz w:val="21"/>
          <w:szCs w:val="21"/>
        </w:rPr>
        <w:tab/>
      </w:r>
      <w:r w:rsidR="00291E91">
        <w:rPr>
          <w:rFonts w:ascii="Segoe UI" w:eastAsia="Segoe UI" w:hAnsi="Segoe UI" w:cs="Segoe UI"/>
          <w:sz w:val="21"/>
          <w:szCs w:val="21"/>
        </w:rPr>
        <w:tab/>
      </w:r>
      <w:r w:rsidR="00291E91" w:rsidRPr="00291E91">
        <w:rPr>
          <w:rFonts w:ascii="Segoe UI" w:eastAsia="Segoe UI" w:hAnsi="Segoe UI" w:cs="Segoe UI"/>
          <w:sz w:val="21"/>
          <w:szCs w:val="21"/>
        </w:rPr>
        <w:t>1:16.689</w:t>
      </w:r>
    </w:p>
    <w:p w14:paraId="39F4C3A9" w14:textId="05DFF465" w:rsidR="00FC6C2D" w:rsidRDefault="00000859" w:rsidP="00065AD0">
      <w:pPr>
        <w:spacing w:before="210" w:after="210" w:line="240" w:lineRule="auto"/>
        <w:rPr>
          <w:rFonts w:ascii="Segoe UI" w:eastAsia="Segoe UI" w:hAnsi="Segoe UI" w:cs="Segoe UI"/>
          <w:b/>
          <w:bCs/>
          <w:sz w:val="21"/>
          <w:szCs w:val="21"/>
        </w:rPr>
      </w:pPr>
      <w:r w:rsidRPr="00000859">
        <w:rPr>
          <w:rFonts w:ascii="Segoe UI" w:eastAsia="Segoe UI" w:hAnsi="Segoe UI" w:cs="Segoe UI"/>
          <w:b/>
          <w:bCs/>
          <w:sz w:val="21"/>
          <w:szCs w:val="21"/>
        </w:rPr>
        <w:t xml:space="preserve">Special Mention </w:t>
      </w:r>
      <w:r w:rsidR="00131B0C">
        <w:rPr>
          <w:rFonts w:ascii="Segoe UI" w:eastAsia="Segoe UI" w:hAnsi="Segoe UI" w:cs="Segoe UI"/>
          <w:b/>
          <w:bCs/>
          <w:sz w:val="21"/>
          <w:szCs w:val="21"/>
        </w:rPr>
        <w:t>Juniors</w:t>
      </w:r>
      <w:r w:rsidRPr="00000859">
        <w:rPr>
          <w:rFonts w:ascii="Segoe UI" w:eastAsia="Segoe UI" w:hAnsi="Segoe UI" w:cs="Segoe UI"/>
          <w:b/>
          <w:bCs/>
          <w:sz w:val="21"/>
          <w:szCs w:val="21"/>
        </w:rPr>
        <w:t>:</w:t>
      </w:r>
    </w:p>
    <w:p w14:paraId="030E936B" w14:textId="0053AB04" w:rsidR="00291E91" w:rsidRDefault="0061762F" w:rsidP="00065AD0">
      <w:pPr>
        <w:spacing w:before="210" w:after="210" w:line="240" w:lineRule="auto"/>
        <w:rPr>
          <w:rFonts w:ascii="Segoe UI" w:eastAsia="Segoe UI" w:hAnsi="Segoe UI" w:cs="Segoe UI"/>
          <w:sz w:val="21"/>
          <w:szCs w:val="21"/>
        </w:rPr>
      </w:pPr>
      <w:r>
        <w:rPr>
          <w:rFonts w:ascii="Segoe UI" w:eastAsia="Segoe UI" w:hAnsi="Segoe UI" w:cs="Segoe UI"/>
          <w:sz w:val="21"/>
          <w:szCs w:val="21"/>
        </w:rPr>
        <w:t xml:space="preserve">Marli Price  </w:t>
      </w:r>
      <w:r w:rsidR="00CF3617">
        <w:rPr>
          <w:rFonts w:ascii="Segoe UI" w:eastAsia="Segoe UI" w:hAnsi="Segoe UI" w:cs="Segoe UI"/>
          <w:sz w:val="21"/>
          <w:szCs w:val="21"/>
        </w:rPr>
        <w:t xml:space="preserve">Class 2  </w:t>
      </w:r>
      <w:r w:rsidR="00CF3617" w:rsidRPr="00CF3617">
        <w:rPr>
          <w:rFonts w:ascii="Segoe UI" w:eastAsia="Segoe UI" w:hAnsi="Segoe UI" w:cs="Segoe UI"/>
          <w:sz w:val="21"/>
          <w:szCs w:val="21"/>
        </w:rPr>
        <w:t>1:33.195</w:t>
      </w:r>
    </w:p>
    <w:p w14:paraId="2957727E" w14:textId="54D6885D" w:rsidR="0061762F" w:rsidRDefault="0061762F" w:rsidP="00065AD0">
      <w:pPr>
        <w:spacing w:before="210" w:after="210" w:line="240" w:lineRule="auto"/>
        <w:rPr>
          <w:rFonts w:ascii="Segoe UI" w:eastAsia="Segoe UI" w:hAnsi="Segoe UI" w:cs="Segoe UI"/>
          <w:sz w:val="21"/>
          <w:szCs w:val="21"/>
        </w:rPr>
      </w:pPr>
      <w:r>
        <w:rPr>
          <w:rFonts w:ascii="Segoe UI" w:eastAsia="Segoe UI" w:hAnsi="Segoe UI" w:cs="Segoe UI"/>
          <w:sz w:val="21"/>
          <w:szCs w:val="21"/>
        </w:rPr>
        <w:lastRenderedPageBreak/>
        <w:t>Harlen Price</w:t>
      </w:r>
      <w:r w:rsidR="00CF3617">
        <w:rPr>
          <w:rFonts w:ascii="Segoe UI" w:eastAsia="Segoe UI" w:hAnsi="Segoe UI" w:cs="Segoe UI"/>
          <w:sz w:val="21"/>
          <w:szCs w:val="21"/>
        </w:rPr>
        <w:t xml:space="preserve"> Class 2 </w:t>
      </w:r>
      <w:r w:rsidR="00096F30" w:rsidRPr="00096F30">
        <w:rPr>
          <w:rFonts w:ascii="Segoe UI" w:eastAsia="Segoe UI" w:hAnsi="Segoe UI" w:cs="Segoe UI"/>
          <w:sz w:val="21"/>
          <w:szCs w:val="21"/>
        </w:rPr>
        <w:t>1:34.296</w:t>
      </w:r>
    </w:p>
    <w:p w14:paraId="4977BB61" w14:textId="6FA23E8A" w:rsidR="00096F30" w:rsidRPr="0061762F" w:rsidRDefault="00096F30" w:rsidP="00065AD0">
      <w:pPr>
        <w:spacing w:before="210" w:after="210" w:line="240" w:lineRule="auto"/>
        <w:rPr>
          <w:rFonts w:ascii="Segoe UI" w:eastAsia="Segoe UI" w:hAnsi="Segoe UI" w:cs="Segoe UI"/>
          <w:sz w:val="21"/>
          <w:szCs w:val="21"/>
        </w:rPr>
      </w:pPr>
      <w:r>
        <w:rPr>
          <w:rFonts w:ascii="Segoe UI" w:eastAsia="Segoe UI" w:hAnsi="Segoe UI" w:cs="Segoe UI"/>
          <w:sz w:val="21"/>
          <w:szCs w:val="21"/>
        </w:rPr>
        <w:t xml:space="preserve">Jye Smith Class 2 </w:t>
      </w:r>
      <w:r w:rsidRPr="00096F30">
        <w:rPr>
          <w:rFonts w:ascii="Segoe UI" w:eastAsia="Segoe UI" w:hAnsi="Segoe UI" w:cs="Segoe UI"/>
          <w:sz w:val="21"/>
          <w:szCs w:val="21"/>
        </w:rPr>
        <w:t>1:39.207</w:t>
      </w:r>
    </w:p>
    <w:p w14:paraId="60B30578" w14:textId="17589DFE" w:rsidR="00E40E40" w:rsidRDefault="00CF4A6B" w:rsidP="00054288">
      <w:pPr>
        <w:spacing w:before="210" w:after="210" w:line="240" w:lineRule="auto"/>
        <w:rPr>
          <w:rFonts w:ascii="Segoe UI" w:eastAsia="Segoe UI" w:hAnsi="Segoe UI" w:cs="Segoe UI"/>
          <w:b/>
          <w:bCs/>
          <w:sz w:val="21"/>
          <w:szCs w:val="21"/>
        </w:rPr>
      </w:pPr>
      <w:r w:rsidRPr="000F15E4">
        <w:rPr>
          <w:rFonts w:ascii="Segoe UI" w:eastAsia="Segoe UI" w:hAnsi="Segoe UI" w:cs="Segoe UI"/>
          <w:b/>
          <w:bCs/>
          <w:sz w:val="21"/>
          <w:szCs w:val="21"/>
        </w:rPr>
        <w:t>M</w:t>
      </w:r>
      <w:r w:rsidR="00A9401B" w:rsidRPr="000F15E4">
        <w:rPr>
          <w:rFonts w:ascii="Segoe UI" w:eastAsia="Segoe UI" w:hAnsi="Segoe UI" w:cs="Segoe UI"/>
          <w:b/>
          <w:bCs/>
          <w:sz w:val="21"/>
          <w:szCs w:val="21"/>
        </w:rPr>
        <w:t>id-Week</w:t>
      </w:r>
      <w:r w:rsidR="2F5D0951" w:rsidRPr="000F15E4">
        <w:rPr>
          <w:rFonts w:ascii="Segoe UI" w:eastAsia="Segoe UI" w:hAnsi="Segoe UI" w:cs="Segoe UI"/>
          <w:b/>
          <w:bCs/>
          <w:sz w:val="21"/>
          <w:szCs w:val="21"/>
        </w:rPr>
        <w:t xml:space="preserve"> Drive – </w:t>
      </w:r>
      <w:r w:rsidR="00361721">
        <w:rPr>
          <w:rFonts w:ascii="Segoe UI" w:eastAsia="Segoe UI" w:hAnsi="Segoe UI" w:cs="Segoe UI"/>
          <w:b/>
          <w:bCs/>
          <w:sz w:val="21"/>
          <w:szCs w:val="21"/>
        </w:rPr>
        <w:t>1</w:t>
      </w:r>
      <w:r w:rsidR="00361721" w:rsidRPr="00361721">
        <w:rPr>
          <w:rFonts w:ascii="Segoe UI" w:eastAsia="Segoe UI" w:hAnsi="Segoe UI" w:cs="Segoe UI"/>
          <w:b/>
          <w:bCs/>
          <w:sz w:val="21"/>
          <w:szCs w:val="21"/>
          <w:vertAlign w:val="superscript"/>
        </w:rPr>
        <w:t>st</w:t>
      </w:r>
      <w:r w:rsidR="00361721">
        <w:rPr>
          <w:rFonts w:ascii="Segoe UI" w:eastAsia="Segoe UI" w:hAnsi="Segoe UI" w:cs="Segoe UI"/>
          <w:b/>
          <w:bCs/>
          <w:sz w:val="21"/>
          <w:szCs w:val="21"/>
        </w:rPr>
        <w:t xml:space="preserve"> July</w:t>
      </w:r>
    </w:p>
    <w:p w14:paraId="6BC0541F" w14:textId="6A6958C5" w:rsidR="00361721" w:rsidRPr="00361721" w:rsidRDefault="00361721" w:rsidP="00054288">
      <w:pPr>
        <w:spacing w:before="210" w:after="210" w:line="240" w:lineRule="auto"/>
        <w:rPr>
          <w:rFonts w:ascii="Segoe UI" w:eastAsia="Segoe UI" w:hAnsi="Segoe UI" w:cs="Segoe UI"/>
          <w:sz w:val="21"/>
          <w:szCs w:val="21"/>
        </w:rPr>
      </w:pPr>
      <w:r>
        <w:rPr>
          <w:rFonts w:ascii="Segoe UI" w:eastAsia="Segoe UI" w:hAnsi="Segoe UI" w:cs="Segoe UI"/>
          <w:sz w:val="21"/>
          <w:szCs w:val="21"/>
        </w:rPr>
        <w:t>Following a drive around town ended up at the Commonwealth Hotel – which as usual is a fantastic venue.</w:t>
      </w:r>
    </w:p>
    <w:p w14:paraId="1877DAF6" w14:textId="26CFB73C" w:rsidR="00054288" w:rsidRPr="00887137" w:rsidRDefault="0026602F" w:rsidP="00054288">
      <w:pPr>
        <w:spacing w:before="210" w:after="210" w:line="240" w:lineRule="auto"/>
        <w:rPr>
          <w:rFonts w:ascii="Segoe UI" w:eastAsia="Segoe UI" w:hAnsi="Segoe UI" w:cs="Segoe UI"/>
          <w:noProof/>
          <w:sz w:val="21"/>
          <w:szCs w:val="21"/>
        </w:rPr>
      </w:pPr>
      <w:r>
        <w:rPr>
          <w:rFonts w:ascii="Segoe UI" w:eastAsia="Segoe UI" w:hAnsi="Segoe UI" w:cs="Segoe UI"/>
          <w:b/>
          <w:bCs/>
          <w:sz w:val="21"/>
          <w:szCs w:val="21"/>
        </w:rPr>
        <w:t xml:space="preserve">Club </w:t>
      </w:r>
      <w:r w:rsidR="00361721">
        <w:rPr>
          <w:rFonts w:ascii="Segoe UI" w:eastAsia="Segoe UI" w:hAnsi="Segoe UI" w:cs="Segoe UI"/>
          <w:b/>
          <w:bCs/>
          <w:sz w:val="21"/>
          <w:szCs w:val="21"/>
        </w:rPr>
        <w:t>Dinner/</w:t>
      </w:r>
      <w:r>
        <w:rPr>
          <w:rFonts w:ascii="Segoe UI" w:eastAsia="Segoe UI" w:hAnsi="Segoe UI" w:cs="Segoe UI"/>
          <w:b/>
          <w:bCs/>
          <w:sz w:val="21"/>
          <w:szCs w:val="21"/>
        </w:rPr>
        <w:t xml:space="preserve">Meeting – </w:t>
      </w:r>
      <w:r w:rsidR="00361721">
        <w:rPr>
          <w:rFonts w:ascii="Segoe UI" w:eastAsia="Segoe UI" w:hAnsi="Segoe UI" w:cs="Segoe UI"/>
          <w:b/>
          <w:bCs/>
          <w:sz w:val="21"/>
          <w:szCs w:val="21"/>
        </w:rPr>
        <w:t>14</w:t>
      </w:r>
      <w:r w:rsidR="00361721" w:rsidRPr="00361721">
        <w:rPr>
          <w:rFonts w:ascii="Segoe UI" w:eastAsia="Segoe UI" w:hAnsi="Segoe UI" w:cs="Segoe UI"/>
          <w:b/>
          <w:bCs/>
          <w:sz w:val="21"/>
          <w:szCs w:val="21"/>
          <w:vertAlign w:val="superscript"/>
        </w:rPr>
        <w:t>th</w:t>
      </w:r>
      <w:r w:rsidR="00361721">
        <w:rPr>
          <w:rFonts w:ascii="Segoe UI" w:eastAsia="Segoe UI" w:hAnsi="Segoe UI" w:cs="Segoe UI"/>
          <w:b/>
          <w:bCs/>
          <w:sz w:val="21"/>
          <w:szCs w:val="21"/>
        </w:rPr>
        <w:t xml:space="preserve"> July</w:t>
      </w:r>
    </w:p>
    <w:p w14:paraId="67337356" w14:textId="10B85C61" w:rsidR="0066719B" w:rsidRDefault="003E3FD4" w:rsidP="00054288">
      <w:pPr>
        <w:spacing w:before="210" w:after="210" w:line="240" w:lineRule="auto"/>
        <w:rPr>
          <w:rFonts w:ascii="Segoe UI" w:eastAsia="Segoe UI" w:hAnsi="Segoe UI" w:cs="Segoe UI"/>
          <w:sz w:val="21"/>
          <w:szCs w:val="21"/>
        </w:rPr>
      </w:pPr>
      <w:r>
        <w:rPr>
          <w:rFonts w:ascii="Segoe UI" w:eastAsia="Segoe UI" w:hAnsi="Segoe UI" w:cs="Segoe UI"/>
          <w:sz w:val="21"/>
          <w:szCs w:val="21"/>
        </w:rPr>
        <w:t>Dinner was at the Sun Hotel.</w:t>
      </w:r>
      <w:r w:rsidR="004C4DE5">
        <w:rPr>
          <w:rFonts w:ascii="Segoe UI" w:eastAsia="Segoe UI" w:hAnsi="Segoe UI" w:cs="Segoe UI"/>
          <w:sz w:val="21"/>
          <w:szCs w:val="21"/>
        </w:rPr>
        <w:t xml:space="preserve">  Great food mixed with great company.  Meeting went well.</w:t>
      </w:r>
    </w:p>
    <w:p w14:paraId="2EF08855" w14:textId="18E59F44" w:rsidR="00BF54B8" w:rsidRDefault="004C4DE5" w:rsidP="00F26E4B">
      <w:pPr>
        <w:spacing w:before="210" w:after="210" w:line="240" w:lineRule="auto"/>
        <w:rPr>
          <w:rFonts w:ascii="Segoe UI" w:eastAsia="Segoe UI" w:hAnsi="Segoe UI" w:cs="Segoe UI"/>
          <w:b/>
          <w:bCs/>
          <w:sz w:val="21"/>
          <w:szCs w:val="21"/>
        </w:rPr>
      </w:pPr>
      <w:r>
        <w:rPr>
          <w:rFonts w:ascii="Segoe UI" w:eastAsia="Segoe UI" w:hAnsi="Segoe UI" w:cs="Segoe UI"/>
          <w:b/>
          <w:bCs/>
          <w:sz w:val="21"/>
          <w:szCs w:val="21"/>
        </w:rPr>
        <w:t>M</w:t>
      </w:r>
      <w:r w:rsidR="00BF54B8" w:rsidRPr="000F15E4">
        <w:rPr>
          <w:rFonts w:ascii="Segoe UI" w:eastAsia="Segoe UI" w:hAnsi="Segoe UI" w:cs="Segoe UI"/>
          <w:b/>
          <w:bCs/>
          <w:sz w:val="21"/>
          <w:szCs w:val="21"/>
        </w:rPr>
        <w:t xml:space="preserve">id-Week Drive – </w:t>
      </w:r>
      <w:r w:rsidR="003E3FD4">
        <w:rPr>
          <w:rFonts w:ascii="Segoe UI" w:eastAsia="Segoe UI" w:hAnsi="Segoe UI" w:cs="Segoe UI"/>
          <w:b/>
          <w:bCs/>
          <w:sz w:val="21"/>
          <w:szCs w:val="21"/>
        </w:rPr>
        <w:t>15</w:t>
      </w:r>
      <w:r w:rsidR="003E3FD4" w:rsidRPr="003E3FD4">
        <w:rPr>
          <w:rFonts w:ascii="Segoe UI" w:eastAsia="Segoe UI" w:hAnsi="Segoe UI" w:cs="Segoe UI"/>
          <w:b/>
          <w:bCs/>
          <w:sz w:val="21"/>
          <w:szCs w:val="21"/>
          <w:vertAlign w:val="superscript"/>
        </w:rPr>
        <w:t>th</w:t>
      </w:r>
      <w:r w:rsidR="003E3FD4">
        <w:rPr>
          <w:rFonts w:ascii="Segoe UI" w:eastAsia="Segoe UI" w:hAnsi="Segoe UI" w:cs="Segoe UI"/>
          <w:b/>
          <w:bCs/>
          <w:sz w:val="21"/>
          <w:szCs w:val="21"/>
        </w:rPr>
        <w:t xml:space="preserve"> July</w:t>
      </w:r>
    </w:p>
    <w:p w14:paraId="483AB4A8" w14:textId="66B8520B" w:rsidR="008D7C2E" w:rsidRPr="009E5375" w:rsidRDefault="009E5375" w:rsidP="00F26E4B">
      <w:pPr>
        <w:spacing w:before="210" w:after="210" w:line="240" w:lineRule="auto"/>
        <w:rPr>
          <w:rFonts w:ascii="Segoe UI" w:eastAsia="Segoe UI" w:hAnsi="Segoe UI" w:cs="Segoe UI"/>
          <w:sz w:val="21"/>
          <w:szCs w:val="21"/>
        </w:rPr>
      </w:pPr>
      <w:r>
        <w:rPr>
          <w:rFonts w:ascii="Segoe UI" w:eastAsia="Segoe UI" w:hAnsi="Segoe UI" w:cs="Segoe UI"/>
          <w:sz w:val="21"/>
          <w:szCs w:val="21"/>
        </w:rPr>
        <w:t xml:space="preserve">Had a great drive around town and then went to </w:t>
      </w:r>
      <w:r w:rsidR="00381A51">
        <w:rPr>
          <w:rFonts w:ascii="Segoe UI" w:eastAsia="Segoe UI" w:hAnsi="Segoe UI" w:cs="Segoe UI"/>
          <w:sz w:val="21"/>
          <w:szCs w:val="21"/>
        </w:rPr>
        <w:t>Banjo’s</w:t>
      </w:r>
      <w:r>
        <w:rPr>
          <w:rFonts w:ascii="Segoe UI" w:eastAsia="Segoe UI" w:hAnsi="Segoe UI" w:cs="Segoe UI"/>
          <w:sz w:val="21"/>
          <w:szCs w:val="21"/>
        </w:rPr>
        <w:t xml:space="preserve"> for morning tea</w:t>
      </w:r>
      <w:r w:rsidR="00813771">
        <w:rPr>
          <w:rFonts w:ascii="Segoe UI" w:eastAsia="Segoe UI" w:hAnsi="Segoe UI" w:cs="Segoe UI"/>
          <w:sz w:val="21"/>
          <w:szCs w:val="21"/>
        </w:rPr>
        <w:t>.  Always great food and many discussions had regarding cars!</w:t>
      </w:r>
    </w:p>
    <w:p w14:paraId="19EC88D1" w14:textId="1A76F988" w:rsidR="0026602F" w:rsidRDefault="003E3FD4" w:rsidP="00BF54B8">
      <w:pPr>
        <w:spacing w:before="210" w:after="210" w:line="240" w:lineRule="auto"/>
        <w:rPr>
          <w:rFonts w:ascii="Segoe UI" w:eastAsia="Segoe UI" w:hAnsi="Segoe UI" w:cs="Segoe UI"/>
          <w:b/>
          <w:bCs/>
          <w:sz w:val="21"/>
          <w:szCs w:val="21"/>
        </w:rPr>
      </w:pPr>
      <w:r>
        <w:rPr>
          <w:rFonts w:ascii="Segoe UI" w:eastAsia="Segoe UI" w:hAnsi="Segoe UI" w:cs="Segoe UI"/>
          <w:b/>
          <w:bCs/>
          <w:sz w:val="21"/>
          <w:szCs w:val="21"/>
        </w:rPr>
        <w:t>Mid Week Drive – 29</w:t>
      </w:r>
      <w:r w:rsidRPr="003E3FD4">
        <w:rPr>
          <w:rFonts w:ascii="Segoe UI" w:eastAsia="Segoe UI" w:hAnsi="Segoe UI" w:cs="Segoe UI"/>
          <w:b/>
          <w:bCs/>
          <w:sz w:val="21"/>
          <w:szCs w:val="21"/>
          <w:vertAlign w:val="superscript"/>
        </w:rPr>
        <w:t>th</w:t>
      </w:r>
      <w:r>
        <w:rPr>
          <w:rFonts w:ascii="Segoe UI" w:eastAsia="Segoe UI" w:hAnsi="Segoe UI" w:cs="Segoe UI"/>
          <w:b/>
          <w:bCs/>
          <w:sz w:val="21"/>
          <w:szCs w:val="21"/>
        </w:rPr>
        <w:t xml:space="preserve"> July</w:t>
      </w:r>
    </w:p>
    <w:p w14:paraId="02114B73" w14:textId="701049F3" w:rsidR="00813771" w:rsidRPr="00813771" w:rsidRDefault="00813771" w:rsidP="00BF54B8">
      <w:pPr>
        <w:spacing w:before="210" w:after="210" w:line="240" w:lineRule="auto"/>
        <w:rPr>
          <w:rFonts w:ascii="Segoe UI" w:eastAsia="Segoe UI" w:hAnsi="Segoe UI" w:cs="Segoe UI"/>
          <w:sz w:val="21"/>
          <w:szCs w:val="21"/>
        </w:rPr>
      </w:pPr>
      <w:r>
        <w:rPr>
          <w:rFonts w:ascii="Segoe UI" w:eastAsia="Segoe UI" w:hAnsi="Segoe UI" w:cs="Segoe UI"/>
          <w:sz w:val="21"/>
          <w:szCs w:val="21"/>
        </w:rPr>
        <w:t xml:space="preserve">Another good drive </w:t>
      </w:r>
      <w:r w:rsidR="00413E9B">
        <w:rPr>
          <w:rFonts w:ascii="Segoe UI" w:eastAsia="Segoe UI" w:hAnsi="Segoe UI" w:cs="Segoe UI"/>
          <w:sz w:val="21"/>
          <w:szCs w:val="21"/>
        </w:rPr>
        <w:t>stopping once again at the Commonwealth Hotel for morning tea</w:t>
      </w:r>
    </w:p>
    <w:p w14:paraId="0D278F30" w14:textId="5CB8C2F6" w:rsidR="000C42CB" w:rsidRDefault="000C42CB" w:rsidP="000C42CB">
      <w:pPr>
        <w:pStyle w:val="Heading2"/>
        <w:spacing w:before="261" w:after="261" w:line="300" w:lineRule="auto"/>
        <w:rPr>
          <w:rFonts w:ascii="Segoe UI" w:eastAsia="Segoe UI" w:hAnsi="Segoe UI" w:cs="Segoe UI"/>
          <w:sz w:val="31"/>
          <w:szCs w:val="31"/>
        </w:rPr>
      </w:pPr>
      <w:r w:rsidRPr="000F15E4">
        <w:rPr>
          <w:rFonts w:ascii="Segoe UI" w:eastAsia="Segoe UI" w:hAnsi="Segoe UI" w:cs="Segoe UI"/>
          <w:sz w:val="31"/>
          <w:szCs w:val="31"/>
        </w:rPr>
        <w:t xml:space="preserve">📢 </w:t>
      </w:r>
      <w:r>
        <w:rPr>
          <w:rFonts w:ascii="Segoe UI" w:eastAsia="Segoe UI" w:hAnsi="Segoe UI" w:cs="Segoe UI"/>
          <w:sz w:val="31"/>
          <w:szCs w:val="31"/>
        </w:rPr>
        <w:t>Massive Shout Out</w:t>
      </w:r>
    </w:p>
    <w:p w14:paraId="79C1138E" w14:textId="750DB9A5" w:rsidR="00E23184" w:rsidRDefault="00E23184" w:rsidP="002D15EC">
      <w:r>
        <w:t>Thanks t</w:t>
      </w:r>
      <w:r w:rsidR="001521F4">
        <w:t xml:space="preserve">o everyone who </w:t>
      </w:r>
      <w:r w:rsidR="00203159">
        <w:t>helped</w:t>
      </w:r>
      <w:r w:rsidR="001521F4">
        <w:t xml:space="preserve"> at the working bee </w:t>
      </w:r>
      <w:r w:rsidR="00771272">
        <w:t xml:space="preserve">taking the </w:t>
      </w:r>
      <w:r w:rsidR="00ED3F8D">
        <w:t>barriers out to the track.  It is greatly appreciated and as the old saying goes – many hands make light work.</w:t>
      </w:r>
    </w:p>
    <w:p w14:paraId="7E10A824" w14:textId="51A43E57" w:rsidR="00ED3F8D" w:rsidRPr="001521F4" w:rsidRDefault="00137EDF" w:rsidP="002D15EC">
      <w:r>
        <w:t>Also,</w:t>
      </w:r>
      <w:r w:rsidR="00ED3F8D">
        <w:t xml:space="preserve"> a shout out to Silvano </w:t>
      </w:r>
      <w:r>
        <w:t>for? lending</w:t>
      </w:r>
      <w:r w:rsidR="0023796B">
        <w:t xml:space="preserve">? his car to a fellow racer after the club car broke down.  </w:t>
      </w:r>
      <w:r w:rsidR="0005126D">
        <w:t>Not many people would have been so generous.  It was really, really appreciated.</w:t>
      </w:r>
    </w:p>
    <w:p w14:paraId="1A8D0C06" w14:textId="1A98E685" w:rsidR="00080338" w:rsidRPr="000F15E4" w:rsidRDefault="2F5D0951" w:rsidP="54AAAAF0">
      <w:pPr>
        <w:pStyle w:val="Heading2"/>
        <w:spacing w:before="261" w:after="261" w:line="300" w:lineRule="auto"/>
      </w:pPr>
      <w:r w:rsidRPr="000F15E4">
        <w:rPr>
          <w:rFonts w:ascii="Segoe UI Emoji" w:eastAsia="Segoe UI" w:hAnsi="Segoe UI Emoji" w:cs="Segoe UI Emoji"/>
          <w:sz w:val="31"/>
          <w:szCs w:val="31"/>
        </w:rPr>
        <w:t>🗓️</w:t>
      </w:r>
      <w:r w:rsidRPr="000F15E4">
        <w:rPr>
          <w:rFonts w:ascii="Segoe UI" w:eastAsia="Segoe UI" w:hAnsi="Segoe UI" w:cs="Segoe UI"/>
          <w:sz w:val="31"/>
          <w:szCs w:val="31"/>
        </w:rPr>
        <w:t xml:space="preserve"> </w:t>
      </w:r>
      <w:r w:rsidR="002D15EC">
        <w:rPr>
          <w:rFonts w:ascii="Segoe UI" w:eastAsia="Segoe UI" w:hAnsi="Segoe UI" w:cs="Segoe UI"/>
          <w:sz w:val="31"/>
          <w:szCs w:val="31"/>
        </w:rPr>
        <w:t>August</w:t>
      </w:r>
      <w:r w:rsidRPr="000F15E4">
        <w:rPr>
          <w:rFonts w:ascii="Segoe UI" w:eastAsia="Segoe UI" w:hAnsi="Segoe UI" w:cs="Segoe UI"/>
          <w:sz w:val="31"/>
          <w:szCs w:val="31"/>
        </w:rPr>
        <w:t xml:space="preserve"> 202</w:t>
      </w:r>
      <w:r w:rsidR="000051D8" w:rsidRPr="000F15E4">
        <w:rPr>
          <w:rFonts w:ascii="Segoe UI" w:eastAsia="Segoe UI" w:hAnsi="Segoe UI" w:cs="Segoe UI"/>
          <w:sz w:val="31"/>
          <w:szCs w:val="31"/>
        </w:rPr>
        <w:t>6</w:t>
      </w:r>
      <w:r w:rsidRPr="000F15E4">
        <w:rPr>
          <w:rFonts w:ascii="Segoe UI" w:eastAsia="Segoe UI" w:hAnsi="Segoe UI" w:cs="Segoe UI"/>
          <w:sz w:val="31"/>
          <w:szCs w:val="31"/>
        </w:rPr>
        <w:t xml:space="preserve"> Events</w:t>
      </w:r>
    </w:p>
    <w:p w14:paraId="3CF1FFF1" w14:textId="38C0CD1A" w:rsidR="00221504" w:rsidRDefault="007524F7" w:rsidP="00221504">
      <w:pPr>
        <w:pStyle w:val="ListParagraph"/>
        <w:numPr>
          <w:ilvl w:val="0"/>
          <w:numId w:val="3"/>
        </w:numPr>
        <w:spacing w:after="0" w:line="300" w:lineRule="auto"/>
        <w:rPr>
          <w:rFonts w:ascii="Segoe UI" w:eastAsia="Segoe UI" w:hAnsi="Segoe UI" w:cs="Segoe UI"/>
        </w:rPr>
      </w:pPr>
      <w:r>
        <w:rPr>
          <w:rFonts w:ascii="Segoe UI" w:eastAsia="Segoe UI" w:hAnsi="Segoe UI" w:cs="Segoe UI"/>
          <w:b/>
          <w:bCs/>
        </w:rPr>
        <w:t>9</w:t>
      </w:r>
      <w:r w:rsidR="009A5BD6">
        <w:rPr>
          <w:rFonts w:ascii="Segoe UI" w:eastAsia="Segoe UI" w:hAnsi="Segoe UI" w:cs="Segoe UI"/>
          <w:b/>
          <w:bCs/>
        </w:rPr>
        <w:t xml:space="preserve"> August</w:t>
      </w:r>
      <w:r w:rsidR="00221504" w:rsidRPr="000F15E4">
        <w:rPr>
          <w:rFonts w:ascii="Segoe UI" w:eastAsia="Segoe UI" w:hAnsi="Segoe UI" w:cs="Segoe UI"/>
          <w:b/>
          <w:bCs/>
        </w:rPr>
        <w:t>:</w:t>
      </w:r>
      <w:r w:rsidR="00221504" w:rsidRPr="000F15E4">
        <w:rPr>
          <w:rFonts w:ascii="Segoe UI" w:eastAsia="Segoe UI" w:hAnsi="Segoe UI" w:cs="Segoe UI"/>
        </w:rPr>
        <w:t xml:space="preserve"> </w:t>
      </w:r>
      <w:r w:rsidR="009C31D2">
        <w:rPr>
          <w:rFonts w:ascii="Segoe UI" w:eastAsia="Segoe UI" w:hAnsi="Segoe UI" w:cs="Segoe UI"/>
        </w:rPr>
        <w:t xml:space="preserve"> </w:t>
      </w:r>
      <w:r w:rsidR="009A5BD6">
        <w:rPr>
          <w:rFonts w:ascii="Segoe UI" w:eastAsia="Segoe UI" w:hAnsi="Segoe UI" w:cs="Segoe UI"/>
        </w:rPr>
        <w:t>Club Drive</w:t>
      </w:r>
      <w:r>
        <w:rPr>
          <w:rFonts w:ascii="Segoe UI" w:eastAsia="Segoe UI" w:hAnsi="Segoe UI" w:cs="Segoe UI"/>
        </w:rPr>
        <w:t xml:space="preserve"> to Mingela Hotel</w:t>
      </w:r>
    </w:p>
    <w:p w14:paraId="4AA646C2" w14:textId="5C7F049E" w:rsidR="00E838A3" w:rsidRPr="000F15E4" w:rsidRDefault="009C31D2" w:rsidP="00221504">
      <w:pPr>
        <w:pStyle w:val="ListParagraph"/>
        <w:numPr>
          <w:ilvl w:val="0"/>
          <w:numId w:val="3"/>
        </w:numPr>
        <w:spacing w:after="0" w:line="300" w:lineRule="auto"/>
        <w:rPr>
          <w:rFonts w:ascii="Segoe UI" w:eastAsia="Segoe UI" w:hAnsi="Segoe UI" w:cs="Segoe UI"/>
        </w:rPr>
      </w:pPr>
      <w:r>
        <w:rPr>
          <w:rFonts w:ascii="Segoe UI" w:eastAsia="Segoe UI" w:hAnsi="Segoe UI" w:cs="Segoe UI"/>
          <w:b/>
          <w:bCs/>
        </w:rPr>
        <w:t>1</w:t>
      </w:r>
      <w:r w:rsidR="009A5BD6">
        <w:rPr>
          <w:rFonts w:ascii="Segoe UI" w:eastAsia="Segoe UI" w:hAnsi="Segoe UI" w:cs="Segoe UI"/>
          <w:b/>
          <w:bCs/>
        </w:rPr>
        <w:t>1 August</w:t>
      </w:r>
      <w:r w:rsidR="00E838A3">
        <w:rPr>
          <w:rFonts w:ascii="Segoe UI" w:eastAsia="Segoe UI" w:hAnsi="Segoe UI" w:cs="Segoe UI"/>
          <w:b/>
          <w:bCs/>
        </w:rPr>
        <w:t>:</w:t>
      </w:r>
      <w:r w:rsidR="00E838A3">
        <w:rPr>
          <w:rFonts w:ascii="Segoe UI" w:eastAsia="Segoe UI" w:hAnsi="Segoe UI" w:cs="Segoe UI"/>
        </w:rPr>
        <w:t xml:space="preserve">  Club </w:t>
      </w:r>
      <w:r>
        <w:rPr>
          <w:rFonts w:ascii="Segoe UI" w:eastAsia="Segoe UI" w:hAnsi="Segoe UI" w:cs="Segoe UI"/>
        </w:rPr>
        <w:t xml:space="preserve">Meeting </w:t>
      </w:r>
      <w:r w:rsidR="009A5BD6">
        <w:rPr>
          <w:rFonts w:ascii="Segoe UI" w:eastAsia="Segoe UI" w:hAnsi="Segoe UI" w:cs="Segoe UI"/>
        </w:rPr>
        <w:t>–</w:t>
      </w:r>
      <w:r>
        <w:rPr>
          <w:rFonts w:ascii="Segoe UI" w:eastAsia="Segoe UI" w:hAnsi="Segoe UI" w:cs="Segoe UI"/>
        </w:rPr>
        <w:t xml:space="preserve"> </w:t>
      </w:r>
      <w:r w:rsidR="009A5BD6">
        <w:rPr>
          <w:rFonts w:ascii="Segoe UI" w:eastAsia="Segoe UI" w:hAnsi="Segoe UI" w:cs="Segoe UI"/>
        </w:rPr>
        <w:t>Rodders Clubhouse</w:t>
      </w:r>
    </w:p>
    <w:p w14:paraId="76410AC0" w14:textId="1D3B2361" w:rsidR="00F13741" w:rsidRPr="000F15E4" w:rsidRDefault="009A5BD6" w:rsidP="00FA221C">
      <w:pPr>
        <w:pStyle w:val="ListParagraph"/>
        <w:numPr>
          <w:ilvl w:val="0"/>
          <w:numId w:val="3"/>
        </w:numPr>
        <w:spacing w:after="0" w:line="300" w:lineRule="auto"/>
        <w:rPr>
          <w:rFonts w:ascii="Segoe UI" w:eastAsia="Segoe UI" w:hAnsi="Segoe UI" w:cs="Segoe UI"/>
        </w:rPr>
      </w:pPr>
      <w:r>
        <w:rPr>
          <w:rFonts w:ascii="Segoe UI" w:eastAsia="Segoe UI" w:hAnsi="Segoe UI" w:cs="Segoe UI"/>
          <w:b/>
          <w:bCs/>
        </w:rPr>
        <w:t>12 August</w:t>
      </w:r>
      <w:r w:rsidR="00F13741" w:rsidRPr="000F15E4">
        <w:rPr>
          <w:rFonts w:ascii="Segoe UI" w:eastAsia="Segoe UI" w:hAnsi="Segoe UI" w:cs="Segoe UI"/>
          <w:b/>
          <w:bCs/>
        </w:rPr>
        <w:t>:</w:t>
      </w:r>
      <w:r w:rsidR="00F13741" w:rsidRPr="000F15E4">
        <w:rPr>
          <w:rFonts w:ascii="Segoe UI" w:eastAsia="Segoe UI" w:hAnsi="Segoe UI" w:cs="Segoe UI"/>
        </w:rPr>
        <w:t xml:space="preserve"> </w:t>
      </w:r>
      <w:r w:rsidR="009C31D2">
        <w:rPr>
          <w:rFonts w:ascii="Segoe UI" w:eastAsia="Segoe UI" w:hAnsi="Segoe UI" w:cs="Segoe UI"/>
        </w:rPr>
        <w:t xml:space="preserve"> </w:t>
      </w:r>
      <w:r w:rsidR="00F13741" w:rsidRPr="000F15E4">
        <w:rPr>
          <w:rFonts w:ascii="Segoe UI" w:eastAsia="Segoe UI" w:hAnsi="Segoe UI" w:cs="Segoe UI"/>
        </w:rPr>
        <w:t>Mid-Week Drive</w:t>
      </w:r>
      <w:r w:rsidR="00334880" w:rsidRPr="000F15E4">
        <w:rPr>
          <w:rFonts w:ascii="Segoe UI" w:eastAsia="Segoe UI" w:hAnsi="Segoe UI" w:cs="Segoe UI"/>
        </w:rPr>
        <w:t xml:space="preserve"> - </w:t>
      </w:r>
      <w:r w:rsidR="00F13741" w:rsidRPr="000F15E4">
        <w:rPr>
          <w:rFonts w:ascii="Segoe UI" w:eastAsia="Segoe UI" w:hAnsi="Segoe UI" w:cs="Segoe UI"/>
        </w:rPr>
        <w:t>9:00 AM @ WildCatz Indoor Sports Arena</w:t>
      </w:r>
    </w:p>
    <w:p w14:paraId="37A06C8D" w14:textId="39171425" w:rsidR="00080338" w:rsidRDefault="009A5BD6" w:rsidP="54AAAAF0">
      <w:pPr>
        <w:pStyle w:val="ListParagraph"/>
        <w:numPr>
          <w:ilvl w:val="0"/>
          <w:numId w:val="3"/>
        </w:numPr>
        <w:spacing w:after="0" w:line="300" w:lineRule="auto"/>
        <w:rPr>
          <w:rFonts w:ascii="Segoe UI" w:eastAsia="Segoe UI" w:hAnsi="Segoe UI" w:cs="Segoe UI"/>
        </w:rPr>
      </w:pPr>
      <w:r>
        <w:rPr>
          <w:rFonts w:ascii="Segoe UI" w:eastAsia="Segoe UI" w:hAnsi="Segoe UI" w:cs="Segoe UI"/>
          <w:b/>
          <w:bCs/>
        </w:rPr>
        <w:t>15 August</w:t>
      </w:r>
      <w:r w:rsidR="2F5D0951" w:rsidRPr="000F15E4">
        <w:rPr>
          <w:rFonts w:ascii="Segoe UI" w:eastAsia="Segoe UI" w:hAnsi="Segoe UI" w:cs="Segoe UI"/>
          <w:b/>
          <w:bCs/>
        </w:rPr>
        <w:t>:</w:t>
      </w:r>
      <w:r w:rsidR="2F5D0951" w:rsidRPr="000F15E4">
        <w:rPr>
          <w:rFonts w:ascii="Segoe UI" w:eastAsia="Segoe UI" w:hAnsi="Segoe UI" w:cs="Segoe UI"/>
        </w:rPr>
        <w:t xml:space="preserve"> </w:t>
      </w:r>
      <w:r w:rsidR="009C31D2">
        <w:rPr>
          <w:rFonts w:ascii="Segoe UI" w:eastAsia="Segoe UI" w:hAnsi="Segoe UI" w:cs="Segoe UI"/>
        </w:rPr>
        <w:t xml:space="preserve"> </w:t>
      </w:r>
      <w:r w:rsidR="00503953">
        <w:rPr>
          <w:rFonts w:ascii="Segoe UI" w:eastAsia="Segoe UI" w:hAnsi="Segoe UI" w:cs="Segoe UI"/>
        </w:rPr>
        <w:t xml:space="preserve">Sprint Round </w:t>
      </w:r>
      <w:r>
        <w:rPr>
          <w:rFonts w:ascii="Segoe UI" w:eastAsia="Segoe UI" w:hAnsi="Segoe UI" w:cs="Segoe UI"/>
        </w:rPr>
        <w:t>6</w:t>
      </w:r>
    </w:p>
    <w:p w14:paraId="28012932" w14:textId="61C58918" w:rsidR="00F327AF" w:rsidRDefault="00F327AF" w:rsidP="54AAAAF0">
      <w:pPr>
        <w:pStyle w:val="ListParagraph"/>
        <w:numPr>
          <w:ilvl w:val="0"/>
          <w:numId w:val="3"/>
        </w:numPr>
        <w:spacing w:after="0" w:line="300" w:lineRule="auto"/>
        <w:rPr>
          <w:rFonts w:ascii="Segoe UI" w:eastAsia="Segoe UI" w:hAnsi="Segoe UI" w:cs="Segoe UI"/>
        </w:rPr>
      </w:pPr>
      <w:r>
        <w:rPr>
          <w:rFonts w:ascii="Segoe UI" w:eastAsia="Segoe UI" w:hAnsi="Segoe UI" w:cs="Segoe UI"/>
          <w:b/>
          <w:bCs/>
        </w:rPr>
        <w:t>22 August:</w:t>
      </w:r>
      <w:r>
        <w:rPr>
          <w:rFonts w:ascii="Segoe UI" w:eastAsia="Segoe UI" w:hAnsi="Segoe UI" w:cs="Segoe UI"/>
        </w:rPr>
        <w:t xml:space="preserve">  Club Dinner</w:t>
      </w:r>
      <w:r w:rsidR="007524F7">
        <w:rPr>
          <w:rFonts w:ascii="Segoe UI" w:eastAsia="Segoe UI" w:hAnsi="Segoe UI" w:cs="Segoe UI"/>
        </w:rPr>
        <w:t xml:space="preserve"> – Hotel Allen</w:t>
      </w:r>
    </w:p>
    <w:p w14:paraId="100862C3" w14:textId="082F9E83" w:rsidR="001521F4" w:rsidRPr="000F15E4" w:rsidRDefault="009C31D2" w:rsidP="54AAAAF0">
      <w:pPr>
        <w:pStyle w:val="ListParagraph"/>
        <w:numPr>
          <w:ilvl w:val="0"/>
          <w:numId w:val="3"/>
        </w:numPr>
        <w:spacing w:after="0" w:line="300" w:lineRule="auto"/>
        <w:rPr>
          <w:rFonts w:ascii="Segoe UI" w:eastAsia="Segoe UI" w:hAnsi="Segoe UI" w:cs="Segoe UI"/>
        </w:rPr>
      </w:pPr>
      <w:r>
        <w:rPr>
          <w:rFonts w:ascii="Segoe UI" w:eastAsia="Segoe UI" w:hAnsi="Segoe UI" w:cs="Segoe UI"/>
          <w:b/>
          <w:bCs/>
        </w:rPr>
        <w:t>2</w:t>
      </w:r>
      <w:r w:rsidR="00F327AF">
        <w:rPr>
          <w:rFonts w:ascii="Segoe UI" w:eastAsia="Segoe UI" w:hAnsi="Segoe UI" w:cs="Segoe UI"/>
          <w:b/>
          <w:bCs/>
        </w:rPr>
        <w:t>6 August</w:t>
      </w:r>
      <w:r w:rsidR="001521F4">
        <w:rPr>
          <w:rFonts w:ascii="Segoe UI" w:eastAsia="Segoe UI" w:hAnsi="Segoe UI" w:cs="Segoe UI"/>
          <w:b/>
          <w:bCs/>
        </w:rPr>
        <w:t>:</w:t>
      </w:r>
      <w:r w:rsidR="001521F4">
        <w:rPr>
          <w:rFonts w:ascii="Segoe UI" w:eastAsia="Segoe UI" w:hAnsi="Segoe UI" w:cs="Segoe UI"/>
        </w:rPr>
        <w:t xml:space="preserve">  </w:t>
      </w:r>
      <w:r w:rsidRPr="000F15E4">
        <w:rPr>
          <w:rFonts w:ascii="Segoe UI" w:eastAsia="Segoe UI" w:hAnsi="Segoe UI" w:cs="Segoe UI"/>
        </w:rPr>
        <w:t>Mid-Week Drive - 9:00 AM @ WildCatz Indoor Sports Arena</w:t>
      </w:r>
    </w:p>
    <w:p w14:paraId="2A74D82C" w14:textId="53A852D2" w:rsidR="00AE3669" w:rsidRDefault="2F5D0951" w:rsidP="54AAAAF0">
      <w:pPr>
        <w:spacing w:before="210" w:after="210" w:line="300" w:lineRule="auto"/>
        <w:rPr>
          <w:rFonts w:ascii="Segoe UI" w:eastAsia="Segoe UI" w:hAnsi="Segoe UI" w:cs="Segoe UI"/>
        </w:rPr>
      </w:pPr>
      <w:r w:rsidRPr="000F15E4">
        <w:rPr>
          <w:rFonts w:ascii="Segoe UI" w:eastAsia="Segoe UI" w:hAnsi="Segoe UI" w:cs="Segoe UI"/>
          <w:b/>
          <w:bCs/>
        </w:rPr>
        <w:t>FNQ Chapter:</w:t>
      </w:r>
      <w:r w:rsidRPr="000F15E4">
        <w:rPr>
          <w:rFonts w:ascii="Segoe UI" w:eastAsia="Segoe UI" w:hAnsi="Segoe UI" w:cs="Segoe UI"/>
        </w:rPr>
        <w:t xml:space="preserve"> Weekly drives every Wednesday, 9:00 AM @ Tolga Pub.</w:t>
      </w:r>
    </w:p>
    <w:p w14:paraId="5393A76F" w14:textId="7D6BDEF8" w:rsidR="00080338" w:rsidRPr="000F15E4" w:rsidRDefault="2F5D0951" w:rsidP="54AAAAF0">
      <w:pPr>
        <w:spacing w:before="210" w:after="210" w:line="300" w:lineRule="auto"/>
      </w:pPr>
      <w:r w:rsidRPr="000F15E4">
        <w:rPr>
          <w:rFonts w:ascii="Segoe UI" w:eastAsia="Segoe UI" w:hAnsi="Segoe UI" w:cs="Segoe UI"/>
          <w:b/>
          <w:bCs/>
        </w:rPr>
        <w:t>Sunday Drives:</w:t>
      </w:r>
      <w:r w:rsidRPr="000F15E4">
        <w:rPr>
          <w:rFonts w:ascii="Segoe UI" w:eastAsia="Segoe UI" w:hAnsi="Segoe UI" w:cs="Segoe UI"/>
        </w:rPr>
        <w:t xml:space="preserve"> </w:t>
      </w:r>
      <w:r w:rsidR="0036410E" w:rsidRPr="000F15E4">
        <w:rPr>
          <w:rFonts w:ascii="Segoe UI" w:eastAsia="Segoe UI" w:hAnsi="Segoe UI" w:cs="Segoe UI"/>
        </w:rPr>
        <w:t>Meet at</w:t>
      </w:r>
      <w:r w:rsidRPr="000F15E4">
        <w:rPr>
          <w:rFonts w:ascii="Segoe UI" w:eastAsia="Segoe UI" w:hAnsi="Segoe UI" w:cs="Segoe UI"/>
        </w:rPr>
        <w:t xml:space="preserve"> 9:00 AM @ Sk8way—destination decided on the day. All SIV drivers welcome!</w:t>
      </w:r>
    </w:p>
    <w:p w14:paraId="225F031D" w14:textId="77777777" w:rsidR="00E1753D" w:rsidRDefault="2F5D0951" w:rsidP="00E1753D">
      <w:pPr>
        <w:rPr>
          <w:rFonts w:ascii="Segoe UI" w:eastAsia="Segoe UI" w:hAnsi="Segoe UI" w:cs="Segoe UI"/>
          <w:b/>
          <w:bCs/>
          <w:color w:val="548DD4" w:themeColor="text2" w:themeTint="99"/>
          <w:sz w:val="31"/>
          <w:szCs w:val="31"/>
        </w:rPr>
      </w:pPr>
      <w:r w:rsidRPr="005E7C6E">
        <w:rPr>
          <w:rFonts w:ascii="Segoe UI Emoji" w:eastAsia="Segoe UI" w:hAnsi="Segoe UI Emoji" w:cs="Segoe UI Emoji"/>
          <w:b/>
          <w:bCs/>
          <w:color w:val="548DD4" w:themeColor="text2" w:themeTint="99"/>
          <w:sz w:val="31"/>
          <w:szCs w:val="31"/>
        </w:rPr>
        <w:lastRenderedPageBreak/>
        <w:t>😂</w:t>
      </w:r>
      <w:r w:rsidRPr="005E7C6E">
        <w:rPr>
          <w:rFonts w:ascii="Segoe UI" w:eastAsia="Segoe UI" w:hAnsi="Segoe UI" w:cs="Segoe UI"/>
          <w:b/>
          <w:bCs/>
          <w:color w:val="548DD4" w:themeColor="text2" w:themeTint="99"/>
          <w:sz w:val="31"/>
          <w:szCs w:val="31"/>
        </w:rPr>
        <w:t xml:space="preserve"> Jokes of the Month</w:t>
      </w:r>
    </w:p>
    <w:p w14:paraId="4E2D33D6" w14:textId="49308131" w:rsidR="00A23132" w:rsidRPr="00277B91" w:rsidRDefault="00A23132" w:rsidP="00A23132">
      <w:pPr>
        <w:rPr>
          <w:rFonts w:ascii="Segoe UI" w:eastAsia="Segoe UI" w:hAnsi="Segoe UI" w:cs="Segoe UI"/>
          <w:b/>
          <w:bCs/>
        </w:rPr>
      </w:pPr>
      <w:r w:rsidRPr="00277B91">
        <w:rPr>
          <w:rFonts w:ascii="Segoe UI" w:eastAsia="Segoe UI" w:hAnsi="Segoe UI" w:cs="Segoe UI"/>
          <w:b/>
          <w:bCs/>
        </w:rPr>
        <w:t>Q: If you have a bee in your hand what do you have in your </w:t>
      </w:r>
      <w:r w:rsidRPr="00277B91">
        <w:rPr>
          <w:rFonts w:ascii="Segoe UI" w:eastAsia="Segoe UI" w:hAnsi="Segoe UI" w:cs="Segoe UI"/>
          <w:b/>
          <w:bCs/>
          <w:i/>
          <w:iCs/>
        </w:rPr>
        <w:t>eye</w:t>
      </w:r>
      <w:r w:rsidRPr="00277B91">
        <w:rPr>
          <w:rFonts w:ascii="Segoe UI" w:eastAsia="Segoe UI" w:hAnsi="Segoe UI" w:cs="Segoe UI"/>
          <w:b/>
          <w:bCs/>
        </w:rPr>
        <w:t>?</w:t>
      </w:r>
    </w:p>
    <w:p w14:paraId="372A85FD" w14:textId="233A7365" w:rsidR="00A23132" w:rsidRPr="00A23132" w:rsidRDefault="00A23132" w:rsidP="00A23132">
      <w:pPr>
        <w:rPr>
          <w:rFonts w:ascii="Segoe UI" w:eastAsia="Segoe UI" w:hAnsi="Segoe UI" w:cs="Segoe UI"/>
        </w:rPr>
      </w:pPr>
      <w:r>
        <w:rPr>
          <w:rFonts w:ascii="Segoe UI" w:eastAsia="Segoe UI" w:hAnsi="Segoe UI" w:cs="Segoe UI"/>
        </w:rPr>
        <w:t xml:space="preserve">A: </w:t>
      </w:r>
      <w:r w:rsidRPr="00A23132">
        <w:rPr>
          <w:rFonts w:ascii="Segoe UI" w:eastAsia="Segoe UI" w:hAnsi="Segoe UI" w:cs="Segoe UI"/>
        </w:rPr>
        <w:t>Beauty. Beauty is in the eye of the bee-holder</w:t>
      </w:r>
    </w:p>
    <w:p w14:paraId="7428A68A" w14:textId="60E08273" w:rsidR="00A23132" w:rsidRPr="00277B91" w:rsidRDefault="00A23132" w:rsidP="00A23132">
      <w:pPr>
        <w:rPr>
          <w:rFonts w:ascii="Segoe UI" w:eastAsia="Segoe UI" w:hAnsi="Segoe UI" w:cs="Segoe UI"/>
          <w:b/>
          <w:bCs/>
        </w:rPr>
      </w:pPr>
      <w:r w:rsidRPr="00277B91">
        <w:rPr>
          <w:rFonts w:ascii="Segoe UI" w:eastAsia="Segoe UI" w:hAnsi="Segoe UI" w:cs="Segoe UI"/>
          <w:b/>
          <w:bCs/>
        </w:rPr>
        <w:t>Q: What do you call a bee thats returned from the dead? </w:t>
      </w:r>
    </w:p>
    <w:p w14:paraId="568A0507" w14:textId="361BBAF8" w:rsidR="00A23132" w:rsidRPr="00A23132" w:rsidRDefault="00A23132" w:rsidP="00A23132">
      <w:pPr>
        <w:rPr>
          <w:rFonts w:ascii="Segoe UI" w:eastAsia="Segoe UI" w:hAnsi="Segoe UI" w:cs="Segoe UI"/>
        </w:rPr>
      </w:pPr>
      <w:r w:rsidRPr="00A23132">
        <w:rPr>
          <w:rFonts w:ascii="Segoe UI" w:eastAsia="Segoe UI" w:hAnsi="Segoe UI" w:cs="Segoe UI"/>
        </w:rPr>
        <w:t>A: A zombee.</w:t>
      </w:r>
    </w:p>
    <w:p w14:paraId="118C0597" w14:textId="5B441101" w:rsidR="00A23132" w:rsidRPr="00A23132" w:rsidRDefault="00A23132" w:rsidP="00A23132">
      <w:pPr>
        <w:rPr>
          <w:rFonts w:ascii="Segoe UI" w:eastAsia="Segoe UI" w:hAnsi="Segoe UI" w:cs="Segoe UI"/>
        </w:rPr>
      </w:pPr>
      <w:r w:rsidRPr="00A23132">
        <w:rPr>
          <w:rFonts w:ascii="Segoe UI" w:eastAsia="Segoe UI" w:hAnsi="Segoe UI" w:cs="Segoe UI"/>
        </w:rPr>
        <w:t> I went to the beekeepers to buy some bees. All the bees had price tags on them except one. It was a freebee.</w:t>
      </w:r>
    </w:p>
    <w:p w14:paraId="4D9659FB" w14:textId="77777777" w:rsidR="00A23132" w:rsidRPr="00277B91" w:rsidRDefault="00A23132" w:rsidP="00A23132">
      <w:pPr>
        <w:rPr>
          <w:rFonts w:ascii="Segoe UI" w:eastAsia="Segoe UI" w:hAnsi="Segoe UI" w:cs="Segoe UI"/>
          <w:b/>
          <w:bCs/>
        </w:rPr>
      </w:pPr>
      <w:r w:rsidRPr="00277B91">
        <w:rPr>
          <w:rFonts w:ascii="Segoe UI" w:eastAsia="Segoe UI" w:hAnsi="Segoe UI" w:cs="Segoe UI"/>
          <w:b/>
          <w:bCs/>
        </w:rPr>
        <w:t xml:space="preserve">Q: Where do worker bees go on vacation? </w:t>
      </w:r>
    </w:p>
    <w:p w14:paraId="43BF1AB1" w14:textId="1D215A0C" w:rsidR="00A23132" w:rsidRPr="00A23132" w:rsidRDefault="00A23132" w:rsidP="00A23132">
      <w:pPr>
        <w:rPr>
          <w:rFonts w:ascii="Segoe UI" w:eastAsia="Segoe UI" w:hAnsi="Segoe UI" w:cs="Segoe UI"/>
        </w:rPr>
      </w:pPr>
      <w:r>
        <w:rPr>
          <w:rFonts w:ascii="Segoe UI" w:eastAsia="Segoe UI" w:hAnsi="Segoe UI" w:cs="Segoe UI"/>
        </w:rPr>
        <w:t xml:space="preserve">A: </w:t>
      </w:r>
      <w:r w:rsidRPr="00A23132">
        <w:rPr>
          <w:rFonts w:ascii="Segoe UI" w:eastAsia="Segoe UI" w:hAnsi="Segoe UI" w:cs="Segoe UI"/>
        </w:rPr>
        <w:t>Sting-apore.</w:t>
      </w:r>
    </w:p>
    <w:p w14:paraId="7DD4E122" w14:textId="1C9C2982" w:rsidR="00A23132" w:rsidRPr="00277B91" w:rsidRDefault="00A23132" w:rsidP="00A23132">
      <w:pPr>
        <w:rPr>
          <w:rFonts w:ascii="Segoe UI" w:eastAsia="Segoe UI" w:hAnsi="Segoe UI" w:cs="Segoe UI"/>
          <w:b/>
          <w:bCs/>
        </w:rPr>
      </w:pPr>
      <w:r w:rsidRPr="00277B91">
        <w:rPr>
          <w:rFonts w:ascii="Segoe UI" w:eastAsia="Segoe UI" w:hAnsi="Segoe UI" w:cs="Segoe UI"/>
          <w:b/>
          <w:bCs/>
        </w:rPr>
        <w:t>Q: What do bees do when their friend moves into a new hive? </w:t>
      </w:r>
    </w:p>
    <w:p w14:paraId="6ACDE177" w14:textId="3B3304CF" w:rsidR="00A23132" w:rsidRPr="00A23132" w:rsidRDefault="00A23132" w:rsidP="00A23132">
      <w:pPr>
        <w:rPr>
          <w:rFonts w:ascii="Segoe UI" w:eastAsia="Segoe UI" w:hAnsi="Segoe UI" w:cs="Segoe UI"/>
        </w:rPr>
      </w:pPr>
      <w:r w:rsidRPr="00A23132">
        <w:rPr>
          <w:rFonts w:ascii="Segoe UI" w:eastAsia="Segoe UI" w:hAnsi="Segoe UI" w:cs="Segoe UI"/>
        </w:rPr>
        <w:t>A: They throw them a house swarming party.</w:t>
      </w:r>
    </w:p>
    <w:p w14:paraId="40CE93CC" w14:textId="7F520AAC" w:rsidR="00A23132" w:rsidRPr="00277B91" w:rsidRDefault="00A23132" w:rsidP="00A23132">
      <w:pPr>
        <w:rPr>
          <w:rFonts w:ascii="Segoe UI" w:eastAsia="Segoe UI" w:hAnsi="Segoe UI" w:cs="Segoe UI"/>
          <w:b/>
          <w:bCs/>
        </w:rPr>
      </w:pPr>
      <w:r w:rsidRPr="00277B91">
        <w:rPr>
          <w:rFonts w:ascii="Segoe UI" w:eastAsia="Segoe UI" w:hAnsi="Segoe UI" w:cs="Segoe UI"/>
          <w:b/>
          <w:bCs/>
        </w:rPr>
        <w:t>Q: Which is a bee’s favourite sport? </w:t>
      </w:r>
    </w:p>
    <w:p w14:paraId="7C79A572" w14:textId="77777777" w:rsidR="00A23132" w:rsidRDefault="00A23132" w:rsidP="00A23132">
      <w:pPr>
        <w:rPr>
          <w:rFonts w:ascii="Segoe UI" w:eastAsia="Segoe UI" w:hAnsi="Segoe UI" w:cs="Segoe UI"/>
        </w:rPr>
      </w:pPr>
      <w:r w:rsidRPr="00A23132">
        <w:rPr>
          <w:rFonts w:ascii="Segoe UI" w:eastAsia="Segoe UI" w:hAnsi="Segoe UI" w:cs="Segoe UI"/>
        </w:rPr>
        <w:t>A: Rug-bee.</w:t>
      </w:r>
    </w:p>
    <w:p w14:paraId="119AE86D" w14:textId="2D56CEE0" w:rsidR="00A23132" w:rsidRPr="00277B91" w:rsidRDefault="00A23132" w:rsidP="00A23132">
      <w:pPr>
        <w:rPr>
          <w:rFonts w:ascii="Segoe UI" w:eastAsia="Segoe UI" w:hAnsi="Segoe UI" w:cs="Segoe UI"/>
          <w:b/>
          <w:bCs/>
        </w:rPr>
      </w:pPr>
      <w:r w:rsidRPr="00277B91">
        <w:rPr>
          <w:rFonts w:ascii="Segoe UI" w:eastAsia="Segoe UI" w:hAnsi="Segoe UI" w:cs="Segoe UI"/>
          <w:b/>
          <w:bCs/>
        </w:rPr>
        <w:t>Q: Who says “zzub zzub zzub”? </w:t>
      </w:r>
    </w:p>
    <w:p w14:paraId="7ED34921" w14:textId="0B638C36" w:rsidR="00A23132" w:rsidRPr="00A23132" w:rsidRDefault="00A23132" w:rsidP="00A23132">
      <w:pPr>
        <w:rPr>
          <w:rFonts w:ascii="Segoe UI" w:eastAsia="Segoe UI" w:hAnsi="Segoe UI" w:cs="Segoe UI"/>
        </w:rPr>
      </w:pPr>
      <w:r w:rsidRPr="00A23132">
        <w:rPr>
          <w:rFonts w:ascii="Segoe UI" w:eastAsia="Segoe UI" w:hAnsi="Segoe UI" w:cs="Segoe UI"/>
        </w:rPr>
        <w:t>A: A bee flying backwards.</w:t>
      </w:r>
    </w:p>
    <w:p w14:paraId="1F9F6362" w14:textId="35A1A60B" w:rsidR="00A23132" w:rsidRPr="00277B91" w:rsidRDefault="00A23132" w:rsidP="00A23132">
      <w:pPr>
        <w:rPr>
          <w:rFonts w:ascii="Segoe UI" w:eastAsia="Segoe UI" w:hAnsi="Segoe UI" w:cs="Segoe UI"/>
          <w:b/>
          <w:bCs/>
        </w:rPr>
      </w:pPr>
      <w:r w:rsidRPr="00277B91">
        <w:rPr>
          <w:rFonts w:ascii="Segoe UI" w:eastAsia="Segoe UI" w:hAnsi="Segoe UI" w:cs="Segoe UI"/>
          <w:b/>
          <w:bCs/>
        </w:rPr>
        <w:t>Q: What kind of bee hums and drop things? </w:t>
      </w:r>
    </w:p>
    <w:p w14:paraId="505AEAED" w14:textId="77777777" w:rsidR="00A23132" w:rsidRDefault="00A23132" w:rsidP="00A23132">
      <w:pPr>
        <w:rPr>
          <w:rFonts w:ascii="Segoe UI" w:eastAsia="Segoe UI" w:hAnsi="Segoe UI" w:cs="Segoe UI"/>
        </w:rPr>
      </w:pPr>
      <w:r w:rsidRPr="00A23132">
        <w:rPr>
          <w:rFonts w:ascii="Segoe UI" w:eastAsia="Segoe UI" w:hAnsi="Segoe UI" w:cs="Segoe UI"/>
        </w:rPr>
        <w:t>A: A fumble bee.</w:t>
      </w:r>
    </w:p>
    <w:p w14:paraId="6A1A4382" w14:textId="2A5184A2" w:rsidR="00A23132" w:rsidRPr="00277B91" w:rsidRDefault="00A23132" w:rsidP="00A23132">
      <w:pPr>
        <w:rPr>
          <w:rFonts w:ascii="Segoe UI" w:eastAsia="Segoe UI" w:hAnsi="Segoe UI" w:cs="Segoe UI"/>
          <w:b/>
          <w:bCs/>
        </w:rPr>
      </w:pPr>
      <w:r w:rsidRPr="00277B91">
        <w:rPr>
          <w:rFonts w:ascii="Segoe UI" w:eastAsia="Segoe UI" w:hAnsi="Segoe UI" w:cs="Segoe UI"/>
          <w:b/>
          <w:bCs/>
        </w:rPr>
        <w:t>Q: Where did Noah keep his bees?</w:t>
      </w:r>
    </w:p>
    <w:p w14:paraId="0C9CD2BB" w14:textId="502889C5" w:rsidR="00A23132" w:rsidRPr="00A23132" w:rsidRDefault="00A23132" w:rsidP="00A23132">
      <w:pPr>
        <w:rPr>
          <w:rFonts w:ascii="Segoe UI" w:eastAsia="Segoe UI" w:hAnsi="Segoe UI" w:cs="Segoe UI"/>
        </w:rPr>
      </w:pPr>
      <w:r w:rsidRPr="00A23132">
        <w:rPr>
          <w:rFonts w:ascii="Segoe UI" w:eastAsia="Segoe UI" w:hAnsi="Segoe UI" w:cs="Segoe UI"/>
        </w:rPr>
        <w:t>A: In the ark hives.</w:t>
      </w:r>
    </w:p>
    <w:p w14:paraId="20CB95ED" w14:textId="770ADBB2" w:rsidR="00A23132" w:rsidRPr="005E7C6E" w:rsidRDefault="00B6251D" w:rsidP="00E1753D">
      <w:pPr>
        <w:rPr>
          <w:rFonts w:ascii="Segoe UI" w:eastAsia="Segoe UI" w:hAnsi="Segoe UI" w:cs="Segoe UI"/>
          <w:b/>
          <w:bCs/>
          <w:color w:val="548DD4" w:themeColor="text2" w:themeTint="99"/>
          <w:sz w:val="31"/>
          <w:szCs w:val="31"/>
        </w:rPr>
      </w:pPr>
      <w:r>
        <w:rPr>
          <w:rFonts w:ascii="Segoe UI" w:eastAsia="Segoe UI" w:hAnsi="Segoe UI" w:cs="Segoe UI"/>
          <w:b/>
          <w:bCs/>
          <w:color w:val="548DD4" w:themeColor="text2" w:themeTint="99"/>
          <w:sz w:val="31"/>
          <w:szCs w:val="31"/>
        </w:rPr>
        <w:t>****Somebody save me from myself and sen</w:t>
      </w:r>
      <w:r w:rsidR="00277B91">
        <w:rPr>
          <w:rFonts w:ascii="Segoe UI" w:eastAsia="Segoe UI" w:hAnsi="Segoe UI" w:cs="Segoe UI"/>
          <w:b/>
          <w:bCs/>
          <w:color w:val="548DD4" w:themeColor="text2" w:themeTint="99"/>
          <w:sz w:val="31"/>
          <w:szCs w:val="31"/>
        </w:rPr>
        <w:t>d</w:t>
      </w:r>
      <w:r>
        <w:rPr>
          <w:rFonts w:ascii="Segoe UI" w:eastAsia="Segoe UI" w:hAnsi="Segoe UI" w:cs="Segoe UI"/>
          <w:b/>
          <w:bCs/>
          <w:color w:val="548DD4" w:themeColor="text2" w:themeTint="99"/>
          <w:sz w:val="31"/>
          <w:szCs w:val="31"/>
        </w:rPr>
        <w:t xml:space="preserve"> me some clean jokes!!*****</w:t>
      </w:r>
    </w:p>
    <w:p w14:paraId="36175F47" w14:textId="104363D7" w:rsidR="00080338" w:rsidRDefault="2F5D0951" w:rsidP="54AAAAF0">
      <w:pPr>
        <w:pStyle w:val="Heading2"/>
        <w:spacing w:before="261" w:after="261" w:line="300" w:lineRule="auto"/>
        <w:rPr>
          <w:rFonts w:ascii="Segoe UI" w:eastAsia="Segoe UI" w:hAnsi="Segoe UI" w:cs="Segoe UI"/>
          <w:sz w:val="31"/>
          <w:szCs w:val="31"/>
        </w:rPr>
      </w:pPr>
      <w:r w:rsidRPr="000F15E4">
        <w:rPr>
          <w:rFonts w:ascii="Segoe UI Emoji" w:eastAsia="Segoe UI" w:hAnsi="Segoe UI Emoji" w:cs="Segoe UI Emoji"/>
          <w:sz w:val="31"/>
          <w:szCs w:val="31"/>
        </w:rPr>
        <w:t>🏍️</w:t>
      </w:r>
      <w:r w:rsidRPr="000F15E4">
        <w:rPr>
          <w:rFonts w:ascii="Segoe UI" w:eastAsia="Segoe UI" w:hAnsi="Segoe UI" w:cs="Segoe UI"/>
          <w:sz w:val="31"/>
          <w:szCs w:val="31"/>
        </w:rPr>
        <w:t xml:space="preserve"> Fun Fact</w:t>
      </w:r>
      <w:r w:rsidR="005F4CC0">
        <w:rPr>
          <w:rFonts w:ascii="Segoe UI" w:eastAsia="Segoe UI" w:hAnsi="Segoe UI" w:cs="Segoe UI"/>
          <w:sz w:val="31"/>
          <w:szCs w:val="31"/>
        </w:rPr>
        <w:t>s</w:t>
      </w:r>
    </w:p>
    <w:p w14:paraId="698DA245" w14:textId="04511269" w:rsidR="00055C4E" w:rsidRPr="00055C4E" w:rsidRDefault="00055C4E" w:rsidP="00055C4E">
      <w:pPr>
        <w:rPr>
          <w:rFonts w:ascii="Segoe UI" w:hAnsi="Segoe UI" w:cs="Segoe UI"/>
        </w:rPr>
      </w:pPr>
      <w:r w:rsidRPr="00055C4E">
        <w:rPr>
          <w:rFonts w:ascii="Segoe UI" w:hAnsi="Segoe UI" w:cs="Segoe UI"/>
        </w:rPr>
        <w:t xml:space="preserve">Australia has more than 10,000 beaches—meaning you could visit a new one every day for over 27 years. It is also the only continent in the world without an active volcano and </w:t>
      </w:r>
      <w:r w:rsidRPr="00055C4E">
        <w:rPr>
          <w:rFonts w:ascii="Segoe UI" w:hAnsi="Segoe UI" w:cs="Segoe UI"/>
        </w:rPr>
        <w:lastRenderedPageBreak/>
        <w:t xml:space="preserve">is home to the world's oldest continuous culture, with Aboriginal history spanning over 65,000 years. </w:t>
      </w:r>
    </w:p>
    <w:p w14:paraId="79970F19" w14:textId="77777777" w:rsidR="00055C4E" w:rsidRPr="00055C4E" w:rsidRDefault="00055C4E" w:rsidP="00055C4E">
      <w:pPr>
        <w:rPr>
          <w:rFonts w:ascii="Segoe UI" w:hAnsi="Segoe UI" w:cs="Segoe UI"/>
        </w:rPr>
      </w:pPr>
      <w:r w:rsidRPr="00055C4E">
        <w:rPr>
          <w:rFonts w:ascii="Segoe UI" w:hAnsi="Segoe UI" w:cs="Segoe UI"/>
          <w:b/>
          <w:bCs/>
        </w:rPr>
        <w:t>Wild &amp; Ancient Wonders</w:t>
      </w:r>
    </w:p>
    <w:p w14:paraId="332B30B6" w14:textId="17F60FE1" w:rsidR="00055C4E" w:rsidRPr="00055C4E" w:rsidRDefault="00055C4E" w:rsidP="00055C4E">
      <w:pPr>
        <w:numPr>
          <w:ilvl w:val="0"/>
          <w:numId w:val="28"/>
        </w:numPr>
        <w:rPr>
          <w:rFonts w:ascii="Segoe UI" w:hAnsi="Segoe UI" w:cs="Segoe UI"/>
        </w:rPr>
      </w:pPr>
      <w:r w:rsidRPr="00055C4E">
        <w:rPr>
          <w:rFonts w:ascii="Segoe UI" w:hAnsi="Segoe UI" w:cs="Segoe UI"/>
          <w:b/>
          <w:bCs/>
        </w:rPr>
        <w:t>Outback Camels:</w:t>
      </w:r>
      <w:r w:rsidRPr="00055C4E">
        <w:rPr>
          <w:rFonts w:ascii="Segoe UI" w:hAnsi="Segoe UI" w:cs="Segoe UI"/>
        </w:rPr>
        <w:t xml:space="preserve"> Despite its reputation for native marsupials like kangaroos, Australia actually has a wild camel population of over one million, giving it more camels than Egypt. </w:t>
      </w:r>
    </w:p>
    <w:p w14:paraId="1AF88F0F" w14:textId="4DE57ACA" w:rsidR="00055C4E" w:rsidRPr="00055C4E" w:rsidRDefault="00055C4E" w:rsidP="00055C4E">
      <w:pPr>
        <w:numPr>
          <w:ilvl w:val="0"/>
          <w:numId w:val="28"/>
        </w:numPr>
        <w:rPr>
          <w:rFonts w:ascii="Segoe UI" w:hAnsi="Segoe UI" w:cs="Segoe UI"/>
        </w:rPr>
      </w:pPr>
      <w:r w:rsidRPr="00055C4E">
        <w:rPr>
          <w:rFonts w:ascii="Segoe UI" w:hAnsi="Segoe UI" w:cs="Segoe UI"/>
          <w:b/>
          <w:bCs/>
        </w:rPr>
        <w:t>Prehistoric Life:</w:t>
      </w:r>
      <w:r w:rsidRPr="00055C4E">
        <w:rPr>
          <w:rFonts w:ascii="Segoe UI" w:hAnsi="Segoe UI" w:cs="Segoe UI"/>
        </w:rPr>
        <w:t xml:space="preserve"> Western Australia is home to some of the world's oldest fossils (Stromatolites) and the Daintree Rainforest, which at an estimated 180 million years old is the oldest continuously surviving tropical rainforest in the world. </w:t>
      </w:r>
    </w:p>
    <w:p w14:paraId="4C94FD3A" w14:textId="5E003F87" w:rsidR="00055C4E" w:rsidRPr="00055C4E" w:rsidRDefault="00055C4E" w:rsidP="00055C4E">
      <w:pPr>
        <w:numPr>
          <w:ilvl w:val="0"/>
          <w:numId w:val="28"/>
        </w:numPr>
        <w:rPr>
          <w:rFonts w:ascii="Segoe UI" w:hAnsi="Segoe UI" w:cs="Segoe UI"/>
        </w:rPr>
      </w:pPr>
      <w:r w:rsidRPr="00055C4E">
        <w:rPr>
          <w:rFonts w:ascii="Segoe UI" w:hAnsi="Segoe UI" w:cs="Segoe UI"/>
          <w:b/>
          <w:bCs/>
        </w:rPr>
        <w:t>Weird Earthworms:</w:t>
      </w:r>
      <w:r w:rsidRPr="00055C4E">
        <w:rPr>
          <w:rFonts w:ascii="Segoe UI" w:hAnsi="Segoe UI" w:cs="Segoe UI"/>
        </w:rPr>
        <w:t xml:space="preserve"> Gippsland, Victoria, is home to the world's longest earthworms, which can grow up to an astonishing 3 meters (10 feet) long. </w:t>
      </w:r>
    </w:p>
    <w:p w14:paraId="0AC37E8D" w14:textId="4A91F4E2" w:rsidR="00055C4E" w:rsidRPr="00055C4E" w:rsidRDefault="00055C4E" w:rsidP="00055C4E">
      <w:pPr>
        <w:numPr>
          <w:ilvl w:val="0"/>
          <w:numId w:val="28"/>
        </w:numPr>
        <w:rPr>
          <w:rFonts w:ascii="Segoe UI" w:hAnsi="Segoe UI" w:cs="Segoe UI"/>
        </w:rPr>
      </w:pPr>
      <w:r w:rsidRPr="00055C4E">
        <w:rPr>
          <w:rFonts w:ascii="Segoe UI" w:hAnsi="Segoe UI" w:cs="Segoe UI"/>
          <w:b/>
          <w:bCs/>
        </w:rPr>
        <w:t>Longest Fence:</w:t>
      </w:r>
      <w:r w:rsidRPr="00055C4E">
        <w:rPr>
          <w:rFonts w:ascii="Segoe UI" w:hAnsi="Segoe UI" w:cs="Segoe UI"/>
        </w:rPr>
        <w:t xml:space="preserve"> The Dingo Barrier Fence is an incredible 5,600 km long, making it one of the longest man-made structures on Earth and longer than the Great Wall of China</w:t>
      </w:r>
      <w:r w:rsidR="00A20876">
        <w:rPr>
          <w:rFonts w:ascii="Segoe UI" w:hAnsi="Segoe UI" w:cs="Segoe UI"/>
        </w:rPr>
        <w:t>.</w:t>
      </w:r>
    </w:p>
    <w:p w14:paraId="13F10864" w14:textId="2804325B" w:rsidR="00080338" w:rsidRPr="000F15E4" w:rsidRDefault="2F5D0951" w:rsidP="54AAAAF0">
      <w:pPr>
        <w:pStyle w:val="Heading2"/>
        <w:spacing w:before="261" w:after="261" w:line="300" w:lineRule="auto"/>
      </w:pPr>
      <w:r w:rsidRPr="000F15E4">
        <w:rPr>
          <w:rFonts w:ascii="Segoe UI" w:eastAsia="Segoe UI" w:hAnsi="Segoe UI" w:cs="Segoe UI"/>
          <w:sz w:val="31"/>
          <w:szCs w:val="31"/>
        </w:rPr>
        <w:t>🏆 Sponsor Shoutout</w:t>
      </w:r>
    </w:p>
    <w:p w14:paraId="508C025E" w14:textId="77777777" w:rsidR="00A20691" w:rsidRPr="000F15E4" w:rsidRDefault="00A20691" w:rsidP="00A20691">
      <w:pPr>
        <w:pStyle w:val="Normal1"/>
        <w:jc w:val="center"/>
        <w:rPr>
          <w:rFonts w:ascii="Verdana" w:hAnsi="Verdana" w:cs="Cavolini"/>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F15E4">
        <w:rPr>
          <w:rFonts w:ascii="Verdana" w:hAnsi="Verdana" w:cs="Cavolini"/>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OUR PLATINUM SPONSOR IS:</w:t>
      </w:r>
    </w:p>
    <w:p w14:paraId="10721755" w14:textId="77777777" w:rsidR="00A20691" w:rsidRPr="000F15E4" w:rsidRDefault="00A20691" w:rsidP="00C664B2">
      <w:r w:rsidRPr="000F15E4">
        <w:rPr>
          <w:noProof/>
        </w:rPr>
        <w:drawing>
          <wp:inline distT="0" distB="0" distL="0" distR="0" wp14:anchorId="6CB76683" wp14:editId="52E4AC0B">
            <wp:extent cx="5944235" cy="1579245"/>
            <wp:effectExtent l="0" t="0" r="0" b="1905"/>
            <wp:docPr id="8796551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1579245"/>
                    </a:xfrm>
                    <a:prstGeom prst="rect">
                      <a:avLst/>
                    </a:prstGeom>
                    <a:noFill/>
                  </pic:spPr>
                </pic:pic>
              </a:graphicData>
            </a:graphic>
          </wp:inline>
        </w:drawing>
      </w:r>
    </w:p>
    <w:p w14:paraId="03F5C0A5" w14:textId="77777777" w:rsidR="00A20691" w:rsidRPr="000F15E4" w:rsidRDefault="00A20691" w:rsidP="00C664B2"/>
    <w:p w14:paraId="05EC263A" w14:textId="77777777" w:rsidR="00A20691" w:rsidRPr="000F15E4" w:rsidRDefault="00A20691" w:rsidP="00A20691">
      <w:pPr>
        <w:pStyle w:val="Normal1"/>
        <w:jc w:val="center"/>
        <w:rPr>
          <w:rFonts w:ascii="Verdana" w:hAnsi="Verdana" w:cs="Cavolini"/>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F15E4">
        <w:rPr>
          <w:rFonts w:ascii="Verdana" w:hAnsi="Verdana" w:cs="Cavolini"/>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REMEMBER TO SUPPORT THOSE THAT SUPPORT US.</w:t>
      </w:r>
    </w:p>
    <w:p w14:paraId="4F833FF5" w14:textId="77777777" w:rsidR="00A20691" w:rsidRPr="000F15E4" w:rsidRDefault="00A20691" w:rsidP="00A20691">
      <w:pPr>
        <w:pStyle w:val="Normal1"/>
        <w:jc w:val="center"/>
        <w:rPr>
          <w:rFonts w:ascii="Verdana" w:hAnsi="Verdana" w:cs="Cavolini"/>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F15E4">
        <w:rPr>
          <w:rFonts w:ascii="Verdana" w:hAnsi="Verdana" w:cs="Cavolini"/>
          <w:b/>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LET THEM KNOW YOU ARE WITH THE MSCRNQ TO </w:t>
      </w:r>
    </w:p>
    <w:p w14:paraId="6AFAACA1" w14:textId="7B477A93" w:rsidR="00C664B2" w:rsidRDefault="00A20691" w:rsidP="000A00CB">
      <w:pPr>
        <w:pStyle w:val="Normal1"/>
        <w:jc w:val="center"/>
      </w:pPr>
      <w:r w:rsidRPr="000F15E4">
        <w:rPr>
          <w:rFonts w:ascii="Verdana" w:hAnsi="Verdana" w:cs="Cavolini"/>
          <w:b/>
          <w:bCs/>
          <w:color w:val="262626" w:themeColor="text1" w:themeTint="D9"/>
          <w:sz w:val="28"/>
          <w:szCs w:val="2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RECEIVE A DISCOUNT!</w:t>
      </w:r>
    </w:p>
    <w:sectPr w:rsidR="00C664B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Verdana">
    <w:panose1 w:val="020B0604030504040204"/>
    <w:charset w:val="00"/>
    <w:family w:val="swiss"/>
    <w:pitch w:val="variable"/>
    <w:sig w:usb0="A00006FF" w:usb1="4000205B" w:usb2="00000010" w:usb3="00000000" w:csb0="0000019F" w:csb1="00000000"/>
  </w:font>
  <w:font w:name="Cavolini">
    <w:charset w:val="00"/>
    <w:family w:val="script"/>
    <w:pitch w:val="variable"/>
    <w:sig w:usb0="A11526FF" w:usb1="8000000A"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D5CE1E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852666"/>
    <w:multiLevelType w:val="hybridMultilevel"/>
    <w:tmpl w:val="FE000C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0DD274F"/>
    <w:multiLevelType w:val="multilevel"/>
    <w:tmpl w:val="5C54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3176CF"/>
    <w:multiLevelType w:val="multilevel"/>
    <w:tmpl w:val="5E1A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29F451"/>
    <w:multiLevelType w:val="hybridMultilevel"/>
    <w:tmpl w:val="FFFFFFFF"/>
    <w:lvl w:ilvl="0" w:tplc="9B825D40">
      <w:start w:val="1"/>
      <w:numFmt w:val="bullet"/>
      <w:lvlText w:val=""/>
      <w:lvlJc w:val="left"/>
      <w:pPr>
        <w:ind w:left="720" w:hanging="360"/>
      </w:pPr>
      <w:rPr>
        <w:rFonts w:ascii="Symbol" w:hAnsi="Symbol" w:hint="default"/>
      </w:rPr>
    </w:lvl>
    <w:lvl w:ilvl="1" w:tplc="CA28D69E">
      <w:start w:val="1"/>
      <w:numFmt w:val="bullet"/>
      <w:lvlText w:val="o"/>
      <w:lvlJc w:val="left"/>
      <w:pPr>
        <w:ind w:left="1440" w:hanging="360"/>
      </w:pPr>
      <w:rPr>
        <w:rFonts w:ascii="Courier New" w:hAnsi="Courier New" w:hint="default"/>
      </w:rPr>
    </w:lvl>
    <w:lvl w:ilvl="2" w:tplc="1C208066">
      <w:start w:val="1"/>
      <w:numFmt w:val="bullet"/>
      <w:lvlText w:val=""/>
      <w:lvlJc w:val="left"/>
      <w:pPr>
        <w:ind w:left="2160" w:hanging="360"/>
      </w:pPr>
      <w:rPr>
        <w:rFonts w:ascii="Wingdings" w:hAnsi="Wingdings" w:hint="default"/>
      </w:rPr>
    </w:lvl>
    <w:lvl w:ilvl="3" w:tplc="3B1033C8">
      <w:start w:val="1"/>
      <w:numFmt w:val="bullet"/>
      <w:lvlText w:val=""/>
      <w:lvlJc w:val="left"/>
      <w:pPr>
        <w:ind w:left="2880" w:hanging="360"/>
      </w:pPr>
      <w:rPr>
        <w:rFonts w:ascii="Symbol" w:hAnsi="Symbol" w:hint="default"/>
      </w:rPr>
    </w:lvl>
    <w:lvl w:ilvl="4" w:tplc="0CF0AD5A">
      <w:start w:val="1"/>
      <w:numFmt w:val="bullet"/>
      <w:lvlText w:val="o"/>
      <w:lvlJc w:val="left"/>
      <w:pPr>
        <w:ind w:left="3600" w:hanging="360"/>
      </w:pPr>
      <w:rPr>
        <w:rFonts w:ascii="Courier New" w:hAnsi="Courier New" w:hint="default"/>
      </w:rPr>
    </w:lvl>
    <w:lvl w:ilvl="5" w:tplc="024EED58">
      <w:start w:val="1"/>
      <w:numFmt w:val="bullet"/>
      <w:lvlText w:val=""/>
      <w:lvlJc w:val="left"/>
      <w:pPr>
        <w:ind w:left="4320" w:hanging="360"/>
      </w:pPr>
      <w:rPr>
        <w:rFonts w:ascii="Wingdings" w:hAnsi="Wingdings" w:hint="default"/>
      </w:rPr>
    </w:lvl>
    <w:lvl w:ilvl="6" w:tplc="D620091C">
      <w:start w:val="1"/>
      <w:numFmt w:val="bullet"/>
      <w:lvlText w:val=""/>
      <w:lvlJc w:val="left"/>
      <w:pPr>
        <w:ind w:left="5040" w:hanging="360"/>
      </w:pPr>
      <w:rPr>
        <w:rFonts w:ascii="Symbol" w:hAnsi="Symbol" w:hint="default"/>
      </w:rPr>
    </w:lvl>
    <w:lvl w:ilvl="7" w:tplc="EFBA4FCA">
      <w:start w:val="1"/>
      <w:numFmt w:val="bullet"/>
      <w:lvlText w:val="o"/>
      <w:lvlJc w:val="left"/>
      <w:pPr>
        <w:ind w:left="5760" w:hanging="360"/>
      </w:pPr>
      <w:rPr>
        <w:rFonts w:ascii="Courier New" w:hAnsi="Courier New" w:hint="default"/>
      </w:rPr>
    </w:lvl>
    <w:lvl w:ilvl="8" w:tplc="796EFE88">
      <w:start w:val="1"/>
      <w:numFmt w:val="bullet"/>
      <w:lvlText w:val=""/>
      <w:lvlJc w:val="left"/>
      <w:pPr>
        <w:ind w:left="6480" w:hanging="360"/>
      </w:pPr>
      <w:rPr>
        <w:rFonts w:ascii="Wingdings" w:hAnsi="Wingdings" w:hint="default"/>
      </w:rPr>
    </w:lvl>
  </w:abstractNum>
  <w:abstractNum w:abstractNumId="13" w15:restartNumberingAfterBreak="0">
    <w:nsid w:val="2D9147CE"/>
    <w:multiLevelType w:val="hybridMultilevel"/>
    <w:tmpl w:val="FF0631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D85340"/>
    <w:multiLevelType w:val="multilevel"/>
    <w:tmpl w:val="119E4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937DC6"/>
    <w:multiLevelType w:val="multilevel"/>
    <w:tmpl w:val="ED4A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E31BA4"/>
    <w:multiLevelType w:val="multilevel"/>
    <w:tmpl w:val="1B24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D0715F"/>
    <w:multiLevelType w:val="multilevel"/>
    <w:tmpl w:val="52E47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2E4C08"/>
    <w:multiLevelType w:val="multilevel"/>
    <w:tmpl w:val="3690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223FA"/>
    <w:multiLevelType w:val="multilevel"/>
    <w:tmpl w:val="D9A8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38AAB0"/>
    <w:multiLevelType w:val="hybridMultilevel"/>
    <w:tmpl w:val="FFFFFFFF"/>
    <w:lvl w:ilvl="0" w:tplc="623278FE">
      <w:start w:val="1"/>
      <w:numFmt w:val="bullet"/>
      <w:lvlText w:val=""/>
      <w:lvlJc w:val="left"/>
      <w:pPr>
        <w:ind w:left="720" w:hanging="360"/>
      </w:pPr>
      <w:rPr>
        <w:rFonts w:ascii="Symbol" w:hAnsi="Symbol" w:hint="default"/>
      </w:rPr>
    </w:lvl>
    <w:lvl w:ilvl="1" w:tplc="036A344E">
      <w:start w:val="1"/>
      <w:numFmt w:val="bullet"/>
      <w:lvlText w:val="o"/>
      <w:lvlJc w:val="left"/>
      <w:pPr>
        <w:ind w:left="1440" w:hanging="360"/>
      </w:pPr>
      <w:rPr>
        <w:rFonts w:ascii="Courier New" w:hAnsi="Courier New" w:hint="default"/>
      </w:rPr>
    </w:lvl>
    <w:lvl w:ilvl="2" w:tplc="126E491E">
      <w:start w:val="1"/>
      <w:numFmt w:val="bullet"/>
      <w:lvlText w:val=""/>
      <w:lvlJc w:val="left"/>
      <w:pPr>
        <w:ind w:left="2160" w:hanging="360"/>
      </w:pPr>
      <w:rPr>
        <w:rFonts w:ascii="Wingdings" w:hAnsi="Wingdings" w:hint="default"/>
      </w:rPr>
    </w:lvl>
    <w:lvl w:ilvl="3" w:tplc="5F604304">
      <w:start w:val="1"/>
      <w:numFmt w:val="bullet"/>
      <w:lvlText w:val=""/>
      <w:lvlJc w:val="left"/>
      <w:pPr>
        <w:ind w:left="2880" w:hanging="360"/>
      </w:pPr>
      <w:rPr>
        <w:rFonts w:ascii="Symbol" w:hAnsi="Symbol" w:hint="default"/>
      </w:rPr>
    </w:lvl>
    <w:lvl w:ilvl="4" w:tplc="5284EA98">
      <w:start w:val="1"/>
      <w:numFmt w:val="bullet"/>
      <w:lvlText w:val="o"/>
      <w:lvlJc w:val="left"/>
      <w:pPr>
        <w:ind w:left="3600" w:hanging="360"/>
      </w:pPr>
      <w:rPr>
        <w:rFonts w:ascii="Courier New" w:hAnsi="Courier New" w:hint="default"/>
      </w:rPr>
    </w:lvl>
    <w:lvl w:ilvl="5" w:tplc="6B808ADE">
      <w:start w:val="1"/>
      <w:numFmt w:val="bullet"/>
      <w:lvlText w:val=""/>
      <w:lvlJc w:val="left"/>
      <w:pPr>
        <w:ind w:left="4320" w:hanging="360"/>
      </w:pPr>
      <w:rPr>
        <w:rFonts w:ascii="Wingdings" w:hAnsi="Wingdings" w:hint="default"/>
      </w:rPr>
    </w:lvl>
    <w:lvl w:ilvl="6" w:tplc="CED41A88">
      <w:start w:val="1"/>
      <w:numFmt w:val="bullet"/>
      <w:lvlText w:val=""/>
      <w:lvlJc w:val="left"/>
      <w:pPr>
        <w:ind w:left="5040" w:hanging="360"/>
      </w:pPr>
      <w:rPr>
        <w:rFonts w:ascii="Symbol" w:hAnsi="Symbol" w:hint="default"/>
      </w:rPr>
    </w:lvl>
    <w:lvl w:ilvl="7" w:tplc="52E0BA78">
      <w:start w:val="1"/>
      <w:numFmt w:val="bullet"/>
      <w:lvlText w:val="o"/>
      <w:lvlJc w:val="left"/>
      <w:pPr>
        <w:ind w:left="5760" w:hanging="360"/>
      </w:pPr>
      <w:rPr>
        <w:rFonts w:ascii="Courier New" w:hAnsi="Courier New" w:hint="default"/>
      </w:rPr>
    </w:lvl>
    <w:lvl w:ilvl="8" w:tplc="231A05E2">
      <w:start w:val="1"/>
      <w:numFmt w:val="bullet"/>
      <w:lvlText w:val=""/>
      <w:lvlJc w:val="left"/>
      <w:pPr>
        <w:ind w:left="6480" w:hanging="360"/>
      </w:pPr>
      <w:rPr>
        <w:rFonts w:ascii="Wingdings" w:hAnsi="Wingdings" w:hint="default"/>
      </w:rPr>
    </w:lvl>
  </w:abstractNum>
  <w:abstractNum w:abstractNumId="21" w15:restartNumberingAfterBreak="0">
    <w:nsid w:val="67822D03"/>
    <w:multiLevelType w:val="multilevel"/>
    <w:tmpl w:val="1DDE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0D54E7"/>
    <w:multiLevelType w:val="multilevel"/>
    <w:tmpl w:val="D1B25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8B3DC9"/>
    <w:multiLevelType w:val="multilevel"/>
    <w:tmpl w:val="F94E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AD4F48"/>
    <w:multiLevelType w:val="hybridMultilevel"/>
    <w:tmpl w:val="FFFFFFFF"/>
    <w:lvl w:ilvl="0" w:tplc="676E5D88">
      <w:start w:val="1"/>
      <w:numFmt w:val="bullet"/>
      <w:lvlText w:val=""/>
      <w:lvlJc w:val="left"/>
      <w:pPr>
        <w:ind w:left="720" w:hanging="360"/>
      </w:pPr>
      <w:rPr>
        <w:rFonts w:ascii="Symbol" w:hAnsi="Symbol" w:hint="default"/>
      </w:rPr>
    </w:lvl>
    <w:lvl w:ilvl="1" w:tplc="867230D4">
      <w:start w:val="1"/>
      <w:numFmt w:val="bullet"/>
      <w:lvlText w:val="o"/>
      <w:lvlJc w:val="left"/>
      <w:pPr>
        <w:ind w:left="1440" w:hanging="360"/>
      </w:pPr>
      <w:rPr>
        <w:rFonts w:ascii="Courier New" w:hAnsi="Courier New" w:hint="default"/>
      </w:rPr>
    </w:lvl>
    <w:lvl w:ilvl="2" w:tplc="B2DC5102">
      <w:start w:val="1"/>
      <w:numFmt w:val="bullet"/>
      <w:lvlText w:val=""/>
      <w:lvlJc w:val="left"/>
      <w:pPr>
        <w:ind w:left="2160" w:hanging="360"/>
      </w:pPr>
      <w:rPr>
        <w:rFonts w:ascii="Wingdings" w:hAnsi="Wingdings" w:hint="default"/>
      </w:rPr>
    </w:lvl>
    <w:lvl w:ilvl="3" w:tplc="2F369DFA">
      <w:start w:val="1"/>
      <w:numFmt w:val="bullet"/>
      <w:lvlText w:val=""/>
      <w:lvlJc w:val="left"/>
      <w:pPr>
        <w:ind w:left="2880" w:hanging="360"/>
      </w:pPr>
      <w:rPr>
        <w:rFonts w:ascii="Symbol" w:hAnsi="Symbol" w:hint="default"/>
      </w:rPr>
    </w:lvl>
    <w:lvl w:ilvl="4" w:tplc="EE4A0B24">
      <w:start w:val="1"/>
      <w:numFmt w:val="bullet"/>
      <w:lvlText w:val="o"/>
      <w:lvlJc w:val="left"/>
      <w:pPr>
        <w:ind w:left="3600" w:hanging="360"/>
      </w:pPr>
      <w:rPr>
        <w:rFonts w:ascii="Courier New" w:hAnsi="Courier New" w:hint="default"/>
      </w:rPr>
    </w:lvl>
    <w:lvl w:ilvl="5" w:tplc="A84018C0">
      <w:start w:val="1"/>
      <w:numFmt w:val="bullet"/>
      <w:lvlText w:val=""/>
      <w:lvlJc w:val="left"/>
      <w:pPr>
        <w:ind w:left="4320" w:hanging="360"/>
      </w:pPr>
      <w:rPr>
        <w:rFonts w:ascii="Wingdings" w:hAnsi="Wingdings" w:hint="default"/>
      </w:rPr>
    </w:lvl>
    <w:lvl w:ilvl="6" w:tplc="E0466626">
      <w:start w:val="1"/>
      <w:numFmt w:val="bullet"/>
      <w:lvlText w:val=""/>
      <w:lvlJc w:val="left"/>
      <w:pPr>
        <w:ind w:left="5040" w:hanging="360"/>
      </w:pPr>
      <w:rPr>
        <w:rFonts w:ascii="Symbol" w:hAnsi="Symbol" w:hint="default"/>
      </w:rPr>
    </w:lvl>
    <w:lvl w:ilvl="7" w:tplc="1BE0CEB8">
      <w:start w:val="1"/>
      <w:numFmt w:val="bullet"/>
      <w:lvlText w:val="o"/>
      <w:lvlJc w:val="left"/>
      <w:pPr>
        <w:ind w:left="5760" w:hanging="360"/>
      </w:pPr>
      <w:rPr>
        <w:rFonts w:ascii="Courier New" w:hAnsi="Courier New" w:hint="default"/>
      </w:rPr>
    </w:lvl>
    <w:lvl w:ilvl="8" w:tplc="12D020AE">
      <w:start w:val="1"/>
      <w:numFmt w:val="bullet"/>
      <w:lvlText w:val=""/>
      <w:lvlJc w:val="left"/>
      <w:pPr>
        <w:ind w:left="6480" w:hanging="360"/>
      </w:pPr>
      <w:rPr>
        <w:rFonts w:ascii="Wingdings" w:hAnsi="Wingdings" w:hint="default"/>
      </w:rPr>
    </w:lvl>
  </w:abstractNum>
  <w:abstractNum w:abstractNumId="25" w15:restartNumberingAfterBreak="0">
    <w:nsid w:val="6E7372CC"/>
    <w:multiLevelType w:val="multilevel"/>
    <w:tmpl w:val="A6D8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F03077"/>
    <w:multiLevelType w:val="multilevel"/>
    <w:tmpl w:val="FDBA9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117EF9"/>
    <w:multiLevelType w:val="hybridMultilevel"/>
    <w:tmpl w:val="62A23D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9428430">
    <w:abstractNumId w:val="20"/>
  </w:num>
  <w:num w:numId="2" w16cid:durableId="1193377435">
    <w:abstractNumId w:val="24"/>
  </w:num>
  <w:num w:numId="3" w16cid:durableId="201405993">
    <w:abstractNumId w:val="12"/>
  </w:num>
  <w:num w:numId="4" w16cid:durableId="169955420">
    <w:abstractNumId w:val="8"/>
  </w:num>
  <w:num w:numId="5" w16cid:durableId="1443693079">
    <w:abstractNumId w:val="6"/>
  </w:num>
  <w:num w:numId="6" w16cid:durableId="1903518498">
    <w:abstractNumId w:val="5"/>
  </w:num>
  <w:num w:numId="7" w16cid:durableId="768503186">
    <w:abstractNumId w:val="4"/>
  </w:num>
  <w:num w:numId="8" w16cid:durableId="273481801">
    <w:abstractNumId w:val="7"/>
  </w:num>
  <w:num w:numId="9" w16cid:durableId="1927222494">
    <w:abstractNumId w:val="3"/>
  </w:num>
  <w:num w:numId="10" w16cid:durableId="2071616648">
    <w:abstractNumId w:val="2"/>
  </w:num>
  <w:num w:numId="11" w16cid:durableId="771516494">
    <w:abstractNumId w:val="1"/>
  </w:num>
  <w:num w:numId="12" w16cid:durableId="421682718">
    <w:abstractNumId w:val="0"/>
  </w:num>
  <w:num w:numId="13" w16cid:durableId="1077552143">
    <w:abstractNumId w:val="9"/>
  </w:num>
  <w:num w:numId="14" w16cid:durableId="1404180506">
    <w:abstractNumId w:val="25"/>
  </w:num>
  <w:num w:numId="15" w16cid:durableId="852106497">
    <w:abstractNumId w:val="16"/>
  </w:num>
  <w:num w:numId="16" w16cid:durableId="385302270">
    <w:abstractNumId w:val="18"/>
  </w:num>
  <w:num w:numId="17" w16cid:durableId="1154563606">
    <w:abstractNumId w:val="23"/>
  </w:num>
  <w:num w:numId="18" w16cid:durableId="672221972">
    <w:abstractNumId w:val="17"/>
  </w:num>
  <w:num w:numId="19" w16cid:durableId="1621258938">
    <w:abstractNumId w:val="14"/>
  </w:num>
  <w:num w:numId="20" w16cid:durableId="167406882">
    <w:abstractNumId w:val="13"/>
  </w:num>
  <w:num w:numId="21" w16cid:durableId="2022077197">
    <w:abstractNumId w:val="15"/>
  </w:num>
  <w:num w:numId="22" w16cid:durableId="1508014076">
    <w:abstractNumId w:val="19"/>
  </w:num>
  <w:num w:numId="23" w16cid:durableId="97874502">
    <w:abstractNumId w:val="11"/>
  </w:num>
  <w:num w:numId="24" w16cid:durableId="809597005">
    <w:abstractNumId w:val="26"/>
  </w:num>
  <w:num w:numId="25" w16cid:durableId="930427341">
    <w:abstractNumId w:val="27"/>
  </w:num>
  <w:num w:numId="26" w16cid:durableId="2084376611">
    <w:abstractNumId w:val="21"/>
  </w:num>
  <w:num w:numId="27" w16cid:durableId="856233390">
    <w:abstractNumId w:val="22"/>
  </w:num>
  <w:num w:numId="28" w16cid:durableId="9009475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A4"/>
    <w:rsid w:val="00000859"/>
    <w:rsid w:val="00004066"/>
    <w:rsid w:val="000051D8"/>
    <w:rsid w:val="0001146C"/>
    <w:rsid w:val="00011522"/>
    <w:rsid w:val="00014D6B"/>
    <w:rsid w:val="00014EE0"/>
    <w:rsid w:val="0001558D"/>
    <w:rsid w:val="000168FE"/>
    <w:rsid w:val="00025858"/>
    <w:rsid w:val="00033FA7"/>
    <w:rsid w:val="00034616"/>
    <w:rsid w:val="00037403"/>
    <w:rsid w:val="00040B8C"/>
    <w:rsid w:val="00040CE2"/>
    <w:rsid w:val="000422B2"/>
    <w:rsid w:val="00042BB6"/>
    <w:rsid w:val="00043B83"/>
    <w:rsid w:val="000460EC"/>
    <w:rsid w:val="0005126D"/>
    <w:rsid w:val="00054288"/>
    <w:rsid w:val="00055C4E"/>
    <w:rsid w:val="0006063C"/>
    <w:rsid w:val="00063E33"/>
    <w:rsid w:val="00065AD0"/>
    <w:rsid w:val="00067853"/>
    <w:rsid w:val="00067D78"/>
    <w:rsid w:val="00073C38"/>
    <w:rsid w:val="00080338"/>
    <w:rsid w:val="0009079D"/>
    <w:rsid w:val="0009220F"/>
    <w:rsid w:val="00096F30"/>
    <w:rsid w:val="000A00CB"/>
    <w:rsid w:val="000A0755"/>
    <w:rsid w:val="000B5867"/>
    <w:rsid w:val="000C0210"/>
    <w:rsid w:val="000C2A2A"/>
    <w:rsid w:val="000C42CB"/>
    <w:rsid w:val="000C5707"/>
    <w:rsid w:val="000C5C5B"/>
    <w:rsid w:val="000D4D13"/>
    <w:rsid w:val="000D7F4A"/>
    <w:rsid w:val="000E444A"/>
    <w:rsid w:val="000E4533"/>
    <w:rsid w:val="000F15E4"/>
    <w:rsid w:val="000F1A96"/>
    <w:rsid w:val="000F2A60"/>
    <w:rsid w:val="000F4AC1"/>
    <w:rsid w:val="000F599A"/>
    <w:rsid w:val="001022FF"/>
    <w:rsid w:val="00105D1B"/>
    <w:rsid w:val="001109A0"/>
    <w:rsid w:val="00124B10"/>
    <w:rsid w:val="00131B0C"/>
    <w:rsid w:val="00134659"/>
    <w:rsid w:val="00135027"/>
    <w:rsid w:val="00137EDF"/>
    <w:rsid w:val="00144E93"/>
    <w:rsid w:val="00146F21"/>
    <w:rsid w:val="00146FF2"/>
    <w:rsid w:val="0015074B"/>
    <w:rsid w:val="001521F4"/>
    <w:rsid w:val="001600CE"/>
    <w:rsid w:val="00162DE6"/>
    <w:rsid w:val="00176530"/>
    <w:rsid w:val="0017702B"/>
    <w:rsid w:val="00191490"/>
    <w:rsid w:val="001927AD"/>
    <w:rsid w:val="001976D7"/>
    <w:rsid w:val="001A33E0"/>
    <w:rsid w:val="001A508C"/>
    <w:rsid w:val="001B1A64"/>
    <w:rsid w:val="001B52B1"/>
    <w:rsid w:val="001B72EE"/>
    <w:rsid w:val="001C0606"/>
    <w:rsid w:val="001C3782"/>
    <w:rsid w:val="001C72DD"/>
    <w:rsid w:val="001D1E0F"/>
    <w:rsid w:val="001D40D7"/>
    <w:rsid w:val="001D48C3"/>
    <w:rsid w:val="001D4D4B"/>
    <w:rsid w:val="001E0D4D"/>
    <w:rsid w:val="001E14FD"/>
    <w:rsid w:val="001E5E71"/>
    <w:rsid w:val="001F65A0"/>
    <w:rsid w:val="00203159"/>
    <w:rsid w:val="00212635"/>
    <w:rsid w:val="002153CE"/>
    <w:rsid w:val="00217099"/>
    <w:rsid w:val="00221504"/>
    <w:rsid w:val="00227D54"/>
    <w:rsid w:val="0023796B"/>
    <w:rsid w:val="00245CE3"/>
    <w:rsid w:val="002514E4"/>
    <w:rsid w:val="00263F0B"/>
    <w:rsid w:val="0026602F"/>
    <w:rsid w:val="002676BE"/>
    <w:rsid w:val="00271663"/>
    <w:rsid w:val="002729FA"/>
    <w:rsid w:val="00277B91"/>
    <w:rsid w:val="002808C4"/>
    <w:rsid w:val="00283749"/>
    <w:rsid w:val="00290480"/>
    <w:rsid w:val="00291E91"/>
    <w:rsid w:val="0029639D"/>
    <w:rsid w:val="002A3F77"/>
    <w:rsid w:val="002A4962"/>
    <w:rsid w:val="002A7C86"/>
    <w:rsid w:val="002C18D2"/>
    <w:rsid w:val="002C1BE8"/>
    <w:rsid w:val="002C6F85"/>
    <w:rsid w:val="002D15EC"/>
    <w:rsid w:val="002E57A0"/>
    <w:rsid w:val="002F13B9"/>
    <w:rsid w:val="0030143D"/>
    <w:rsid w:val="00301CD6"/>
    <w:rsid w:val="003050FC"/>
    <w:rsid w:val="003057D9"/>
    <w:rsid w:val="00306489"/>
    <w:rsid w:val="00307262"/>
    <w:rsid w:val="003079A1"/>
    <w:rsid w:val="00322ABF"/>
    <w:rsid w:val="00326A57"/>
    <w:rsid w:val="00326F90"/>
    <w:rsid w:val="00332EE8"/>
    <w:rsid w:val="00334880"/>
    <w:rsid w:val="003370E2"/>
    <w:rsid w:val="00340950"/>
    <w:rsid w:val="00343267"/>
    <w:rsid w:val="00343793"/>
    <w:rsid w:val="00346B8F"/>
    <w:rsid w:val="00360B51"/>
    <w:rsid w:val="00361721"/>
    <w:rsid w:val="0036410E"/>
    <w:rsid w:val="00374F12"/>
    <w:rsid w:val="00381A51"/>
    <w:rsid w:val="00382B27"/>
    <w:rsid w:val="00387310"/>
    <w:rsid w:val="00390E86"/>
    <w:rsid w:val="003A30BE"/>
    <w:rsid w:val="003A65E9"/>
    <w:rsid w:val="003A74B9"/>
    <w:rsid w:val="003B4FF6"/>
    <w:rsid w:val="003C4058"/>
    <w:rsid w:val="003C4291"/>
    <w:rsid w:val="003D5FF3"/>
    <w:rsid w:val="003E2DC9"/>
    <w:rsid w:val="003E3FD4"/>
    <w:rsid w:val="003E7029"/>
    <w:rsid w:val="003F7118"/>
    <w:rsid w:val="003F78A4"/>
    <w:rsid w:val="003F7E93"/>
    <w:rsid w:val="0040658C"/>
    <w:rsid w:val="004129ED"/>
    <w:rsid w:val="00413E9B"/>
    <w:rsid w:val="004211A9"/>
    <w:rsid w:val="0042133D"/>
    <w:rsid w:val="00423B12"/>
    <w:rsid w:val="00424AE2"/>
    <w:rsid w:val="00436B96"/>
    <w:rsid w:val="004379C8"/>
    <w:rsid w:val="0045189F"/>
    <w:rsid w:val="00457727"/>
    <w:rsid w:val="0046711E"/>
    <w:rsid w:val="0047097F"/>
    <w:rsid w:val="00481E39"/>
    <w:rsid w:val="004827D0"/>
    <w:rsid w:val="00484B4A"/>
    <w:rsid w:val="00484F4B"/>
    <w:rsid w:val="00486B51"/>
    <w:rsid w:val="00493A2B"/>
    <w:rsid w:val="004A38A4"/>
    <w:rsid w:val="004B607F"/>
    <w:rsid w:val="004C4DE5"/>
    <w:rsid w:val="004D317E"/>
    <w:rsid w:val="004E1445"/>
    <w:rsid w:val="004E5AD9"/>
    <w:rsid w:val="004F2E03"/>
    <w:rsid w:val="004F7328"/>
    <w:rsid w:val="00502F55"/>
    <w:rsid w:val="00503005"/>
    <w:rsid w:val="00503953"/>
    <w:rsid w:val="005039AB"/>
    <w:rsid w:val="00505B1F"/>
    <w:rsid w:val="00506812"/>
    <w:rsid w:val="00506AC9"/>
    <w:rsid w:val="00511CFC"/>
    <w:rsid w:val="00513C7A"/>
    <w:rsid w:val="00516E8C"/>
    <w:rsid w:val="00517423"/>
    <w:rsid w:val="00523227"/>
    <w:rsid w:val="005309DF"/>
    <w:rsid w:val="00531513"/>
    <w:rsid w:val="005315C5"/>
    <w:rsid w:val="00531F99"/>
    <w:rsid w:val="005328FB"/>
    <w:rsid w:val="00536BC5"/>
    <w:rsid w:val="00547D56"/>
    <w:rsid w:val="00560231"/>
    <w:rsid w:val="0056057D"/>
    <w:rsid w:val="00567AA2"/>
    <w:rsid w:val="005710EA"/>
    <w:rsid w:val="00571452"/>
    <w:rsid w:val="005727ED"/>
    <w:rsid w:val="00597FAC"/>
    <w:rsid w:val="005A4B1E"/>
    <w:rsid w:val="005A514A"/>
    <w:rsid w:val="005A6DFA"/>
    <w:rsid w:val="005C0145"/>
    <w:rsid w:val="005C206F"/>
    <w:rsid w:val="005C2AB6"/>
    <w:rsid w:val="005C38A4"/>
    <w:rsid w:val="005C567A"/>
    <w:rsid w:val="005E08A9"/>
    <w:rsid w:val="005E4117"/>
    <w:rsid w:val="005E70B4"/>
    <w:rsid w:val="005E7C6E"/>
    <w:rsid w:val="005F14D2"/>
    <w:rsid w:val="005F15BB"/>
    <w:rsid w:val="005F2210"/>
    <w:rsid w:val="005F4CC0"/>
    <w:rsid w:val="00600DB7"/>
    <w:rsid w:val="00600E1A"/>
    <w:rsid w:val="00601AED"/>
    <w:rsid w:val="00610568"/>
    <w:rsid w:val="00616812"/>
    <w:rsid w:val="0061762F"/>
    <w:rsid w:val="00624275"/>
    <w:rsid w:val="00625209"/>
    <w:rsid w:val="00626B9A"/>
    <w:rsid w:val="00636550"/>
    <w:rsid w:val="00640E9E"/>
    <w:rsid w:val="0065379B"/>
    <w:rsid w:val="00665196"/>
    <w:rsid w:val="0066719B"/>
    <w:rsid w:val="006675E1"/>
    <w:rsid w:val="00673349"/>
    <w:rsid w:val="00676063"/>
    <w:rsid w:val="006761DB"/>
    <w:rsid w:val="00683483"/>
    <w:rsid w:val="00684350"/>
    <w:rsid w:val="006965FA"/>
    <w:rsid w:val="0069689F"/>
    <w:rsid w:val="00697443"/>
    <w:rsid w:val="006A06F2"/>
    <w:rsid w:val="006A278E"/>
    <w:rsid w:val="006A4113"/>
    <w:rsid w:val="006C1D61"/>
    <w:rsid w:val="006C489E"/>
    <w:rsid w:val="006C4910"/>
    <w:rsid w:val="006C4D96"/>
    <w:rsid w:val="006C75FC"/>
    <w:rsid w:val="006D2663"/>
    <w:rsid w:val="006E1007"/>
    <w:rsid w:val="006E5C97"/>
    <w:rsid w:val="0070032F"/>
    <w:rsid w:val="0070267B"/>
    <w:rsid w:val="00703A25"/>
    <w:rsid w:val="007117E3"/>
    <w:rsid w:val="00713B6E"/>
    <w:rsid w:val="00717752"/>
    <w:rsid w:val="007234B9"/>
    <w:rsid w:val="00725430"/>
    <w:rsid w:val="00725E02"/>
    <w:rsid w:val="00737B1A"/>
    <w:rsid w:val="0074067E"/>
    <w:rsid w:val="00740790"/>
    <w:rsid w:val="007524F7"/>
    <w:rsid w:val="007578A3"/>
    <w:rsid w:val="00760D99"/>
    <w:rsid w:val="00766691"/>
    <w:rsid w:val="007707D9"/>
    <w:rsid w:val="00770CDD"/>
    <w:rsid w:val="00771272"/>
    <w:rsid w:val="0077266C"/>
    <w:rsid w:val="007726DF"/>
    <w:rsid w:val="0078151B"/>
    <w:rsid w:val="00782681"/>
    <w:rsid w:val="00787239"/>
    <w:rsid w:val="00790F40"/>
    <w:rsid w:val="00791BC1"/>
    <w:rsid w:val="007927BD"/>
    <w:rsid w:val="007C2990"/>
    <w:rsid w:val="007C40B6"/>
    <w:rsid w:val="007C493F"/>
    <w:rsid w:val="007D0575"/>
    <w:rsid w:val="007D13AE"/>
    <w:rsid w:val="007D2F44"/>
    <w:rsid w:val="007D3490"/>
    <w:rsid w:val="007E1533"/>
    <w:rsid w:val="007E4661"/>
    <w:rsid w:val="007E5D57"/>
    <w:rsid w:val="007E6854"/>
    <w:rsid w:val="007F2F64"/>
    <w:rsid w:val="007F30CD"/>
    <w:rsid w:val="008016A6"/>
    <w:rsid w:val="00802A55"/>
    <w:rsid w:val="00803763"/>
    <w:rsid w:val="00810A7E"/>
    <w:rsid w:val="00813771"/>
    <w:rsid w:val="0081536F"/>
    <w:rsid w:val="008165D4"/>
    <w:rsid w:val="00820316"/>
    <w:rsid w:val="00831161"/>
    <w:rsid w:val="00851C10"/>
    <w:rsid w:val="00871AC2"/>
    <w:rsid w:val="00871C55"/>
    <w:rsid w:val="00872375"/>
    <w:rsid w:val="008736D8"/>
    <w:rsid w:val="00881F17"/>
    <w:rsid w:val="00883B01"/>
    <w:rsid w:val="0088430E"/>
    <w:rsid w:val="00887137"/>
    <w:rsid w:val="00890621"/>
    <w:rsid w:val="0089211F"/>
    <w:rsid w:val="008A3980"/>
    <w:rsid w:val="008A3F00"/>
    <w:rsid w:val="008A482B"/>
    <w:rsid w:val="008A7640"/>
    <w:rsid w:val="008B5FF6"/>
    <w:rsid w:val="008B782F"/>
    <w:rsid w:val="008B79FA"/>
    <w:rsid w:val="008C3EA1"/>
    <w:rsid w:val="008D37C0"/>
    <w:rsid w:val="008D523F"/>
    <w:rsid w:val="008D6126"/>
    <w:rsid w:val="008D7C2E"/>
    <w:rsid w:val="008E0398"/>
    <w:rsid w:val="008E0CE8"/>
    <w:rsid w:val="008E31A7"/>
    <w:rsid w:val="008F33E7"/>
    <w:rsid w:val="009023FE"/>
    <w:rsid w:val="009030D1"/>
    <w:rsid w:val="00903205"/>
    <w:rsid w:val="00913EBB"/>
    <w:rsid w:val="00920AAA"/>
    <w:rsid w:val="00937327"/>
    <w:rsid w:val="009442BA"/>
    <w:rsid w:val="00954860"/>
    <w:rsid w:val="00957C6D"/>
    <w:rsid w:val="00960233"/>
    <w:rsid w:val="0096029E"/>
    <w:rsid w:val="00960ADC"/>
    <w:rsid w:val="00973CDA"/>
    <w:rsid w:val="00980A48"/>
    <w:rsid w:val="0098216E"/>
    <w:rsid w:val="00993B7D"/>
    <w:rsid w:val="00997388"/>
    <w:rsid w:val="00997F85"/>
    <w:rsid w:val="009A0192"/>
    <w:rsid w:val="009A1825"/>
    <w:rsid w:val="009A3997"/>
    <w:rsid w:val="009A5BD6"/>
    <w:rsid w:val="009B1C8D"/>
    <w:rsid w:val="009B6E19"/>
    <w:rsid w:val="009C2EFE"/>
    <w:rsid w:val="009C31D2"/>
    <w:rsid w:val="009C3E97"/>
    <w:rsid w:val="009C6901"/>
    <w:rsid w:val="009D0E0B"/>
    <w:rsid w:val="009D5FB7"/>
    <w:rsid w:val="009E070A"/>
    <w:rsid w:val="009E1317"/>
    <w:rsid w:val="009E22DB"/>
    <w:rsid w:val="009E5375"/>
    <w:rsid w:val="009F615B"/>
    <w:rsid w:val="009F6E44"/>
    <w:rsid w:val="009F78E2"/>
    <w:rsid w:val="00A02D68"/>
    <w:rsid w:val="00A03887"/>
    <w:rsid w:val="00A03EE2"/>
    <w:rsid w:val="00A055BB"/>
    <w:rsid w:val="00A10878"/>
    <w:rsid w:val="00A136CD"/>
    <w:rsid w:val="00A138F9"/>
    <w:rsid w:val="00A20691"/>
    <w:rsid w:val="00A20876"/>
    <w:rsid w:val="00A23132"/>
    <w:rsid w:val="00A26639"/>
    <w:rsid w:val="00A26D45"/>
    <w:rsid w:val="00A27264"/>
    <w:rsid w:val="00A27B5A"/>
    <w:rsid w:val="00A311DA"/>
    <w:rsid w:val="00A35639"/>
    <w:rsid w:val="00A618D2"/>
    <w:rsid w:val="00A61EE4"/>
    <w:rsid w:val="00A647AA"/>
    <w:rsid w:val="00A746B1"/>
    <w:rsid w:val="00A773DB"/>
    <w:rsid w:val="00A92D3A"/>
    <w:rsid w:val="00A934A0"/>
    <w:rsid w:val="00A9401B"/>
    <w:rsid w:val="00A9520F"/>
    <w:rsid w:val="00A9721E"/>
    <w:rsid w:val="00AA1D8D"/>
    <w:rsid w:val="00AA78AF"/>
    <w:rsid w:val="00AB285A"/>
    <w:rsid w:val="00AC0F66"/>
    <w:rsid w:val="00AD1969"/>
    <w:rsid w:val="00AD61A5"/>
    <w:rsid w:val="00AE3669"/>
    <w:rsid w:val="00AE53AC"/>
    <w:rsid w:val="00AF0E3A"/>
    <w:rsid w:val="00AF3EC2"/>
    <w:rsid w:val="00B02351"/>
    <w:rsid w:val="00B03694"/>
    <w:rsid w:val="00B038C6"/>
    <w:rsid w:val="00B0461C"/>
    <w:rsid w:val="00B053F6"/>
    <w:rsid w:val="00B12959"/>
    <w:rsid w:val="00B16A64"/>
    <w:rsid w:val="00B17ECE"/>
    <w:rsid w:val="00B2032D"/>
    <w:rsid w:val="00B257FA"/>
    <w:rsid w:val="00B279B1"/>
    <w:rsid w:val="00B30AE4"/>
    <w:rsid w:val="00B32B97"/>
    <w:rsid w:val="00B3608E"/>
    <w:rsid w:val="00B367B2"/>
    <w:rsid w:val="00B36D44"/>
    <w:rsid w:val="00B4120E"/>
    <w:rsid w:val="00B42E0B"/>
    <w:rsid w:val="00B47730"/>
    <w:rsid w:val="00B6215E"/>
    <w:rsid w:val="00B6251D"/>
    <w:rsid w:val="00B643C9"/>
    <w:rsid w:val="00B6712F"/>
    <w:rsid w:val="00B7509D"/>
    <w:rsid w:val="00B853BA"/>
    <w:rsid w:val="00B8591F"/>
    <w:rsid w:val="00B97972"/>
    <w:rsid w:val="00BB1769"/>
    <w:rsid w:val="00BD2560"/>
    <w:rsid w:val="00BD607F"/>
    <w:rsid w:val="00BE2ADA"/>
    <w:rsid w:val="00BF364D"/>
    <w:rsid w:val="00BF54B8"/>
    <w:rsid w:val="00C12F30"/>
    <w:rsid w:val="00C14F42"/>
    <w:rsid w:val="00C22EE8"/>
    <w:rsid w:val="00C24D82"/>
    <w:rsid w:val="00C25F08"/>
    <w:rsid w:val="00C274FD"/>
    <w:rsid w:val="00C33529"/>
    <w:rsid w:val="00C43A65"/>
    <w:rsid w:val="00C615A8"/>
    <w:rsid w:val="00C64E0F"/>
    <w:rsid w:val="00C664B2"/>
    <w:rsid w:val="00C66560"/>
    <w:rsid w:val="00C734CB"/>
    <w:rsid w:val="00C74A52"/>
    <w:rsid w:val="00C82CD7"/>
    <w:rsid w:val="00C84488"/>
    <w:rsid w:val="00C855ED"/>
    <w:rsid w:val="00C86475"/>
    <w:rsid w:val="00C90E86"/>
    <w:rsid w:val="00C95372"/>
    <w:rsid w:val="00CA0AD6"/>
    <w:rsid w:val="00CA65F7"/>
    <w:rsid w:val="00CB0664"/>
    <w:rsid w:val="00CB57C8"/>
    <w:rsid w:val="00CD3D9F"/>
    <w:rsid w:val="00CF33F1"/>
    <w:rsid w:val="00CF3617"/>
    <w:rsid w:val="00CF4A6B"/>
    <w:rsid w:val="00CF7971"/>
    <w:rsid w:val="00D01C6D"/>
    <w:rsid w:val="00D04D94"/>
    <w:rsid w:val="00D111FC"/>
    <w:rsid w:val="00D14134"/>
    <w:rsid w:val="00D27ECA"/>
    <w:rsid w:val="00D36688"/>
    <w:rsid w:val="00D43E8A"/>
    <w:rsid w:val="00D548B2"/>
    <w:rsid w:val="00D573C9"/>
    <w:rsid w:val="00D662AD"/>
    <w:rsid w:val="00D7203E"/>
    <w:rsid w:val="00D76DA1"/>
    <w:rsid w:val="00D81686"/>
    <w:rsid w:val="00D91BF2"/>
    <w:rsid w:val="00DB5559"/>
    <w:rsid w:val="00DC6623"/>
    <w:rsid w:val="00DD33E9"/>
    <w:rsid w:val="00DD4D57"/>
    <w:rsid w:val="00DD6EAC"/>
    <w:rsid w:val="00DE6751"/>
    <w:rsid w:val="00DE6D92"/>
    <w:rsid w:val="00DF07B9"/>
    <w:rsid w:val="00DF6F13"/>
    <w:rsid w:val="00E04D2F"/>
    <w:rsid w:val="00E05C23"/>
    <w:rsid w:val="00E07578"/>
    <w:rsid w:val="00E10033"/>
    <w:rsid w:val="00E1753D"/>
    <w:rsid w:val="00E2265C"/>
    <w:rsid w:val="00E23184"/>
    <w:rsid w:val="00E301EC"/>
    <w:rsid w:val="00E31876"/>
    <w:rsid w:val="00E40E40"/>
    <w:rsid w:val="00E52F36"/>
    <w:rsid w:val="00E53392"/>
    <w:rsid w:val="00E57CE0"/>
    <w:rsid w:val="00E60EDE"/>
    <w:rsid w:val="00E67A4E"/>
    <w:rsid w:val="00E75FA1"/>
    <w:rsid w:val="00E82B35"/>
    <w:rsid w:val="00E838A3"/>
    <w:rsid w:val="00E84789"/>
    <w:rsid w:val="00E91428"/>
    <w:rsid w:val="00E949DB"/>
    <w:rsid w:val="00E95B20"/>
    <w:rsid w:val="00EA12DE"/>
    <w:rsid w:val="00EB68E9"/>
    <w:rsid w:val="00ED3F8D"/>
    <w:rsid w:val="00ED42A3"/>
    <w:rsid w:val="00ED724D"/>
    <w:rsid w:val="00ED72F6"/>
    <w:rsid w:val="00ED74A3"/>
    <w:rsid w:val="00EE0837"/>
    <w:rsid w:val="00EE151C"/>
    <w:rsid w:val="00EE2974"/>
    <w:rsid w:val="00EE40DC"/>
    <w:rsid w:val="00EE427B"/>
    <w:rsid w:val="00EE5321"/>
    <w:rsid w:val="00EE6B0B"/>
    <w:rsid w:val="00EF31F6"/>
    <w:rsid w:val="00F041A5"/>
    <w:rsid w:val="00F0495F"/>
    <w:rsid w:val="00F051C3"/>
    <w:rsid w:val="00F064DC"/>
    <w:rsid w:val="00F06E15"/>
    <w:rsid w:val="00F07955"/>
    <w:rsid w:val="00F12CFD"/>
    <w:rsid w:val="00F13741"/>
    <w:rsid w:val="00F15C2B"/>
    <w:rsid w:val="00F16D01"/>
    <w:rsid w:val="00F24680"/>
    <w:rsid w:val="00F2487E"/>
    <w:rsid w:val="00F26E4B"/>
    <w:rsid w:val="00F327AF"/>
    <w:rsid w:val="00F35FAE"/>
    <w:rsid w:val="00F40BCB"/>
    <w:rsid w:val="00F44BAA"/>
    <w:rsid w:val="00F5607F"/>
    <w:rsid w:val="00F65FA4"/>
    <w:rsid w:val="00F67FB3"/>
    <w:rsid w:val="00F71440"/>
    <w:rsid w:val="00F800DD"/>
    <w:rsid w:val="00F818E3"/>
    <w:rsid w:val="00F82DE4"/>
    <w:rsid w:val="00F917DB"/>
    <w:rsid w:val="00F95406"/>
    <w:rsid w:val="00F95439"/>
    <w:rsid w:val="00F960C7"/>
    <w:rsid w:val="00F964D5"/>
    <w:rsid w:val="00FA157C"/>
    <w:rsid w:val="00FA4DA3"/>
    <w:rsid w:val="00FA5E06"/>
    <w:rsid w:val="00FB3ADB"/>
    <w:rsid w:val="00FC693F"/>
    <w:rsid w:val="00FC6C2D"/>
    <w:rsid w:val="00FD2786"/>
    <w:rsid w:val="00FF4988"/>
    <w:rsid w:val="00FF59EC"/>
    <w:rsid w:val="2F5D0951"/>
    <w:rsid w:val="54AAAAF0"/>
    <w:rsid w:val="7E3F59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84C02E"/>
  <w14:defaultImageDpi w14:val="300"/>
  <w15:docId w15:val="{E5292A3E-8003-4418-84AF-4EDDF46C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AU"/>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4"/>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10"/>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1">
    <w:name w:val="Title1"/>
    <w:basedOn w:val="Normal"/>
    <w:next w:val="Normal"/>
    <w:uiPriority w:val="1"/>
    <w:unhideWhenUsed/>
    <w:qFormat/>
    <w:rsid w:val="00080338"/>
    <w:pPr>
      <w:spacing w:after="160" w:line="240" w:lineRule="auto"/>
      <w:outlineLvl w:val="0"/>
    </w:pPr>
    <w:rPr>
      <w:rFonts w:ascii="Calibri Light"/>
      <w:kern w:val="2"/>
      <w:sz w:val="56"/>
      <w:szCs w:val="24"/>
      <w:lang w:eastAsia="en-AU"/>
      <w14:ligatures w14:val="standardContextual"/>
    </w:rPr>
  </w:style>
  <w:style w:type="character" w:customStyle="1" w:styleId="Strong1">
    <w:name w:val="Strong1"/>
    <w:uiPriority w:val="1"/>
    <w:unhideWhenUsed/>
    <w:qFormat/>
    <w:rsid w:val="00080338"/>
    <w:rPr>
      <w:rFonts w:ascii="Calibri"/>
      <w:b/>
    </w:rPr>
  </w:style>
  <w:style w:type="paragraph" w:customStyle="1" w:styleId="Normal1">
    <w:name w:val="Normal1"/>
    <w:basedOn w:val="Normal"/>
    <w:uiPriority w:val="1"/>
    <w:unhideWhenUsed/>
    <w:qFormat/>
    <w:rsid w:val="00080338"/>
    <w:pPr>
      <w:spacing w:after="160" w:line="278" w:lineRule="auto"/>
    </w:pPr>
    <w:rPr>
      <w:rFonts w:ascii="Calibri"/>
      <w:kern w:val="2"/>
      <w:sz w:val="24"/>
      <w:szCs w:val="24"/>
      <w:lang w:eastAsia="en-AU"/>
      <w14:ligatures w14:val="standardContextual"/>
    </w:rPr>
  </w:style>
  <w:style w:type="character" w:styleId="Hyperlink">
    <w:name w:val="Hyperlink"/>
    <w:basedOn w:val="DefaultParagraphFont"/>
    <w:uiPriority w:val="99"/>
    <w:unhideWhenUsed/>
    <w:rsid w:val="54AAAAF0"/>
    <w:rPr>
      <w:color w:val="0000FF"/>
      <w:u w:val="single"/>
    </w:rPr>
  </w:style>
  <w:style w:type="character" w:styleId="UnresolvedMention">
    <w:name w:val="Unresolved Mention"/>
    <w:basedOn w:val="DefaultParagraphFont"/>
    <w:uiPriority w:val="99"/>
    <w:semiHidden/>
    <w:unhideWhenUsed/>
    <w:rsid w:val="00A934A0"/>
    <w:rPr>
      <w:color w:val="605E5C"/>
      <w:shd w:val="clear" w:color="auto" w:fill="E1DFDD"/>
    </w:rPr>
  </w:style>
  <w:style w:type="paragraph" w:styleId="NormalWeb">
    <w:name w:val="Normal (Web)"/>
    <w:basedOn w:val="Normal"/>
    <w:uiPriority w:val="99"/>
    <w:semiHidden/>
    <w:unhideWhenUsed/>
    <w:rsid w:val="004F2E03"/>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371958">
      <w:bodyDiv w:val="1"/>
      <w:marLeft w:val="0"/>
      <w:marRight w:val="0"/>
      <w:marTop w:val="0"/>
      <w:marBottom w:val="0"/>
      <w:divBdr>
        <w:top w:val="none" w:sz="0" w:space="0" w:color="auto"/>
        <w:left w:val="none" w:sz="0" w:space="0" w:color="auto"/>
        <w:bottom w:val="none" w:sz="0" w:space="0" w:color="auto"/>
        <w:right w:val="none" w:sz="0" w:space="0" w:color="auto"/>
      </w:divBdr>
    </w:div>
    <w:div w:id="1247570645">
      <w:bodyDiv w:val="1"/>
      <w:marLeft w:val="0"/>
      <w:marRight w:val="0"/>
      <w:marTop w:val="0"/>
      <w:marBottom w:val="0"/>
      <w:divBdr>
        <w:top w:val="none" w:sz="0" w:space="0" w:color="auto"/>
        <w:left w:val="none" w:sz="0" w:space="0" w:color="auto"/>
        <w:bottom w:val="none" w:sz="0" w:space="0" w:color="auto"/>
        <w:right w:val="none" w:sz="0" w:space="0" w:color="auto"/>
      </w:divBdr>
    </w:div>
    <w:div w:id="1297220983">
      <w:bodyDiv w:val="1"/>
      <w:marLeft w:val="0"/>
      <w:marRight w:val="0"/>
      <w:marTop w:val="0"/>
      <w:marBottom w:val="0"/>
      <w:divBdr>
        <w:top w:val="none" w:sz="0" w:space="0" w:color="auto"/>
        <w:left w:val="none" w:sz="0" w:space="0" w:color="auto"/>
        <w:bottom w:val="none" w:sz="0" w:space="0" w:color="auto"/>
        <w:right w:val="none" w:sz="0" w:space="0" w:color="auto"/>
      </w:divBdr>
    </w:div>
    <w:div w:id="19756777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quenq\OneDrive\Desktop\Monthly%20News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Monthly Newsletter</Template>
  <TotalTime>547</TotalTime>
  <Pages>4</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Marquenq</dc:creator>
  <cp:keywords/>
  <dc:description>generated by python-docx</dc:description>
  <cp:lastModifiedBy>Michele Fraser</cp:lastModifiedBy>
  <cp:revision>475</cp:revision>
  <cp:lastPrinted>2026-04-30T23:17:00Z</cp:lastPrinted>
  <dcterms:created xsi:type="dcterms:W3CDTF">2025-11-04T06:40:00Z</dcterms:created>
  <dcterms:modified xsi:type="dcterms:W3CDTF">2026-08-04T23:45:00Z</dcterms:modified>
  <cp:category/>
</cp:coreProperties>
</file>